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C5A7" w14:textId="36659B4B" w:rsidR="00AC4262" w:rsidRPr="00C40B3B" w:rsidRDefault="00AC4262" w:rsidP="00AC4262">
      <w:pPr>
        <w:pStyle w:val="Heading1"/>
        <w:spacing w:before="0"/>
        <w:jc w:val="center"/>
        <w:rPr>
          <w:rFonts w:ascii="Arial" w:hAnsi="Arial" w:cs="Arial"/>
        </w:rPr>
      </w:pPr>
      <w:r w:rsidRPr="00C40B3B">
        <w:rPr>
          <w:rFonts w:ascii="Arial" w:hAnsi="Arial"/>
        </w:rPr>
        <w:t>Fondo para Pymes de 2026 – Bono 5, Indicaciones geográficas artesanales e industriales – Formulario de solicitud</w:t>
      </w:r>
    </w:p>
    <w:p w14:paraId="7E78433F" w14:textId="77777777" w:rsidR="001A0320" w:rsidRPr="00C40B3B" w:rsidRDefault="001A0320" w:rsidP="001A0320">
      <w:pPr>
        <w:rPr>
          <w:rFonts w:ascii="Arial" w:hAnsi="Arial" w:cs="Arial"/>
          <w:bCs/>
        </w:rPr>
      </w:pPr>
    </w:p>
    <w:p w14:paraId="3CCF44FC" w14:textId="6BE075E0" w:rsidR="001A0320" w:rsidRPr="00C40B3B" w:rsidRDefault="001A0320" w:rsidP="00EC54E3">
      <w:pPr>
        <w:pStyle w:val="Style1"/>
        <w:rPr>
          <w:rStyle w:val="DNEx3"/>
        </w:rPr>
      </w:pPr>
      <w:r w:rsidRPr="00C40B3B">
        <w:t xml:space="preserve">Rellene todos los campos de este formulario y envíe la solicitud por correo electrónico a la siguiente dirección: </w:t>
      </w:r>
      <w:hyperlink r:id="rId11" w:history="1">
        <w:r w:rsidRPr="00C40B3B">
          <w:rPr>
            <w:rStyle w:val="DNEx3"/>
            <w:color w:val="4F81BD"/>
          </w:rPr>
          <w:t>cigi.grants.smefund@euipo.europa.eu</w:t>
        </w:r>
      </w:hyperlink>
    </w:p>
    <w:p w14:paraId="4A61A89F" w14:textId="48C49AE3" w:rsidR="00791545" w:rsidRPr="00C40B3B" w:rsidRDefault="00551C53">
      <w:pPr>
        <w:pStyle w:val="Heading2"/>
        <w:rPr>
          <w:rFonts w:ascii="Arial" w:hAnsi="Arial" w:cs="Arial"/>
        </w:rPr>
      </w:pPr>
      <w:r w:rsidRPr="00C40B3B">
        <w:rPr>
          <w:rFonts w:ascii="Arial" w:hAnsi="Arial"/>
        </w:rPr>
        <w:t>DATOS DE LA ENTIDAD SOLICITANTE</w:t>
      </w:r>
    </w:p>
    <w:tbl>
      <w:tblPr>
        <w:tblStyle w:val="TableGrid"/>
        <w:tblW w:w="9638" w:type="dxa"/>
        <w:tblLayout w:type="fixed"/>
        <w:tblLook w:val="04A0" w:firstRow="1" w:lastRow="0" w:firstColumn="1" w:lastColumn="0" w:noHBand="0" w:noVBand="1"/>
      </w:tblPr>
      <w:tblGrid>
        <w:gridCol w:w="3969"/>
        <w:gridCol w:w="5669"/>
      </w:tblGrid>
      <w:tr w:rsidR="00791545" w:rsidRPr="00C40B3B" w14:paraId="734445B3" w14:textId="77777777" w:rsidTr="006F38BC">
        <w:tc>
          <w:tcPr>
            <w:tcW w:w="3969" w:type="dxa"/>
            <w:vAlign w:val="center"/>
          </w:tcPr>
          <w:p w14:paraId="1F8EA8A4" w14:textId="5313E418" w:rsidR="00791545" w:rsidRPr="00C40B3B" w:rsidRDefault="006F38BC">
            <w:pPr>
              <w:rPr>
                <w:rFonts w:ascii="Arial" w:hAnsi="Arial" w:cs="Arial"/>
              </w:rPr>
            </w:pPr>
            <w:r w:rsidRPr="00C40B3B">
              <w:rPr>
                <w:rFonts w:ascii="Arial" w:hAnsi="Arial"/>
              </w:rPr>
              <w:t>Seleccione la opción pertinente:</w:t>
            </w:r>
          </w:p>
        </w:tc>
        <w:tc>
          <w:tcPr>
            <w:tcW w:w="5669" w:type="dxa"/>
          </w:tcPr>
          <w:p w14:paraId="3EE85CFE" w14:textId="4D96FE80" w:rsidR="00791545" w:rsidRPr="00C40B3B" w:rsidRDefault="00791545">
            <w:pPr>
              <w:rPr>
                <w:rFonts w:ascii="Arial" w:hAnsi="Arial" w:cs="Arial"/>
              </w:rPr>
            </w:pPr>
          </w:p>
        </w:tc>
      </w:tr>
      <w:tr w:rsidR="006F38BC" w:rsidRPr="00C40B3B" w14:paraId="39EE7B44" w14:textId="77777777" w:rsidTr="006F38BC">
        <w:tc>
          <w:tcPr>
            <w:tcW w:w="3969" w:type="dxa"/>
            <w:vAlign w:val="center"/>
          </w:tcPr>
          <w:p w14:paraId="5002B9B3" w14:textId="7303687B" w:rsidR="006F38BC" w:rsidRPr="00C40B3B" w:rsidRDefault="006F38BC" w:rsidP="006F38BC">
            <w:pPr>
              <w:ind w:left="284"/>
              <w:rPr>
                <w:rFonts w:ascii="Arial" w:hAnsi="Arial" w:cs="Arial"/>
              </w:rPr>
            </w:pPr>
            <w:r w:rsidRPr="00C40B3B">
              <w:rPr>
                <w:rFonts w:ascii="Arial" w:hAnsi="Arial"/>
              </w:rPr>
              <w:t>Productor único</w:t>
            </w:r>
          </w:p>
        </w:tc>
        <w:tc>
          <w:tcPr>
            <w:tcW w:w="5669" w:type="dxa"/>
          </w:tcPr>
          <w:p w14:paraId="139AEFCE" w14:textId="18BD5AE7" w:rsidR="006F38BC" w:rsidRPr="00C40B3B" w:rsidRDefault="00000000" w:rsidP="006F38BC">
            <w:pPr>
              <w:rPr>
                <w:rFonts w:ascii="Arial" w:hAnsi="Arial" w:cs="Arial"/>
              </w:rPr>
            </w:pPr>
            <w:sdt>
              <w:sdtPr>
                <w:rPr>
                  <w:rStyle w:val="DNIn2"/>
                </w:rPr>
                <w:id w:val="-1386331065"/>
                <w14:checkbox>
                  <w14:checked w14:val="0"/>
                  <w14:checkedState w14:val="2612" w14:font="MS Gothic"/>
                  <w14:uncheckedState w14:val="2610" w14:font="MS Gothic"/>
                </w14:checkbox>
              </w:sdtPr>
              <w:sdtContent>
                <w:r w:rsidR="00356C22" w:rsidRPr="00C40B3B">
                  <w:rPr>
                    <w:rStyle w:val="DNIn2"/>
                    <w:rFonts w:hint="eastAsia"/>
                  </w:rPr>
                  <w:t>☐</w:t>
                </w:r>
              </w:sdtContent>
            </w:sdt>
            <w:r w:rsidR="00EC54E3" w:rsidRPr="00C40B3B">
              <w:rPr>
                <w:rFonts w:ascii="Arial" w:hAnsi="Arial"/>
              </w:rPr>
              <w:t>Sí</w:t>
            </w:r>
          </w:p>
        </w:tc>
      </w:tr>
      <w:tr w:rsidR="006F38BC" w:rsidRPr="00C40B3B" w14:paraId="7D6AD5A1" w14:textId="77777777" w:rsidTr="006F38BC">
        <w:tc>
          <w:tcPr>
            <w:tcW w:w="3969" w:type="dxa"/>
            <w:vAlign w:val="center"/>
          </w:tcPr>
          <w:p w14:paraId="1D32E488" w14:textId="64CC2786" w:rsidR="006F38BC" w:rsidRPr="00C40B3B" w:rsidRDefault="006F38BC" w:rsidP="006F38BC">
            <w:pPr>
              <w:ind w:left="284"/>
              <w:rPr>
                <w:rFonts w:ascii="Arial" w:hAnsi="Arial" w:cs="Arial"/>
              </w:rPr>
            </w:pPr>
            <w:r w:rsidRPr="00C40B3B">
              <w:rPr>
                <w:rFonts w:ascii="Arial" w:hAnsi="Arial"/>
              </w:rPr>
              <w:t>Agrupación de productores</w:t>
            </w:r>
          </w:p>
        </w:tc>
        <w:tc>
          <w:tcPr>
            <w:tcW w:w="5669" w:type="dxa"/>
          </w:tcPr>
          <w:p w14:paraId="4475FCAA" w14:textId="0B42C3D6" w:rsidR="006F38BC" w:rsidRPr="00C40B3B" w:rsidRDefault="00000000" w:rsidP="006F38BC">
            <w:pPr>
              <w:rPr>
                <w:rFonts w:ascii="Arial" w:hAnsi="Arial" w:cs="Arial"/>
              </w:rPr>
            </w:pPr>
            <w:sdt>
              <w:sdtPr>
                <w:rPr>
                  <w:rStyle w:val="DNIn2"/>
                </w:rPr>
                <w:id w:val="1185399621"/>
                <w14:checkbox>
                  <w14:checked w14:val="0"/>
                  <w14:checkedState w14:val="2612" w14:font="MS Gothic"/>
                  <w14:uncheckedState w14:val="2610" w14:font="MS Gothic"/>
                </w14:checkbox>
              </w:sdtPr>
              <w:sdtContent>
                <w:r w:rsidR="00356C22" w:rsidRPr="00C40B3B">
                  <w:rPr>
                    <w:rStyle w:val="DNIn2"/>
                    <w:rFonts w:hint="eastAsia"/>
                  </w:rPr>
                  <w:t>☐</w:t>
                </w:r>
              </w:sdtContent>
            </w:sdt>
            <w:r w:rsidR="00EC54E3" w:rsidRPr="00C40B3B">
              <w:rPr>
                <w:rFonts w:ascii="Arial" w:hAnsi="Arial"/>
              </w:rPr>
              <w:t>Sí</w:t>
            </w:r>
          </w:p>
        </w:tc>
      </w:tr>
      <w:tr w:rsidR="006F38BC" w:rsidRPr="00C40B3B" w14:paraId="086B567F" w14:textId="77777777" w:rsidTr="006F38BC">
        <w:tc>
          <w:tcPr>
            <w:tcW w:w="3969" w:type="dxa"/>
            <w:vAlign w:val="center"/>
          </w:tcPr>
          <w:p w14:paraId="06927375" w14:textId="07152ECD" w:rsidR="006F38BC" w:rsidRPr="00C40B3B" w:rsidRDefault="006F38BC" w:rsidP="006F38BC">
            <w:pPr>
              <w:ind w:left="284"/>
              <w:rPr>
                <w:rFonts w:ascii="Arial" w:hAnsi="Arial" w:cs="Arial"/>
              </w:rPr>
            </w:pPr>
            <w:r w:rsidRPr="00C40B3B">
              <w:rPr>
                <w:rFonts w:ascii="Arial" w:hAnsi="Arial"/>
              </w:rPr>
              <w:t>Autoridad local o regional, o</w:t>
            </w:r>
            <w:r w:rsidRPr="00C40B3B">
              <w:rPr>
                <w:rFonts w:ascii="Arial" w:hAnsi="Arial"/>
              </w:rPr>
              <w:br/>
              <w:t>entidad privada designada por un Estado miembro</w:t>
            </w:r>
          </w:p>
        </w:tc>
        <w:tc>
          <w:tcPr>
            <w:tcW w:w="5669" w:type="dxa"/>
          </w:tcPr>
          <w:p w14:paraId="3B640D9F" w14:textId="5F2566E0" w:rsidR="006F38BC" w:rsidRPr="00C40B3B" w:rsidRDefault="00000000" w:rsidP="006F38BC">
            <w:pPr>
              <w:rPr>
                <w:rFonts w:ascii="Arial" w:hAnsi="Arial" w:cs="Arial"/>
              </w:rPr>
            </w:pPr>
            <w:sdt>
              <w:sdtPr>
                <w:rPr>
                  <w:rStyle w:val="DNIn2"/>
                </w:rPr>
                <w:id w:val="-1507598543"/>
                <w14:checkbox>
                  <w14:checked w14:val="0"/>
                  <w14:checkedState w14:val="2612" w14:font="MS Gothic"/>
                  <w14:uncheckedState w14:val="2610" w14:font="MS Gothic"/>
                </w14:checkbox>
              </w:sdtPr>
              <w:sdtContent>
                <w:r w:rsidR="003C73B5" w:rsidRPr="00C40B3B">
                  <w:rPr>
                    <w:rStyle w:val="DNIn2"/>
                    <w:rFonts w:hint="eastAsia"/>
                  </w:rPr>
                  <w:t>☐</w:t>
                </w:r>
              </w:sdtContent>
            </w:sdt>
            <w:r w:rsidR="00EC54E3" w:rsidRPr="00C40B3B">
              <w:rPr>
                <w:rFonts w:ascii="Arial" w:hAnsi="Arial"/>
              </w:rPr>
              <w:t>Sí</w:t>
            </w:r>
          </w:p>
        </w:tc>
      </w:tr>
      <w:tr w:rsidR="006F38BC" w:rsidRPr="00C40B3B" w14:paraId="6941CC13" w14:textId="77777777" w:rsidTr="0026293E">
        <w:trPr>
          <w:trHeight w:val="895"/>
        </w:trPr>
        <w:tc>
          <w:tcPr>
            <w:tcW w:w="3969" w:type="dxa"/>
            <w:vAlign w:val="center"/>
          </w:tcPr>
          <w:p w14:paraId="35762817" w14:textId="52B13042" w:rsidR="006F38BC" w:rsidRPr="00C40B3B" w:rsidRDefault="00213795" w:rsidP="006F38BC">
            <w:pPr>
              <w:rPr>
                <w:rFonts w:ascii="Arial" w:hAnsi="Arial" w:cs="Arial"/>
              </w:rPr>
            </w:pPr>
            <w:r w:rsidRPr="00C40B3B">
              <w:rPr>
                <w:rFonts w:ascii="Arial" w:hAnsi="Arial"/>
              </w:rPr>
              <w:t>Nombre de la entidad solicitante (</w:t>
            </w:r>
            <w:r w:rsidR="00844A13" w:rsidRPr="00C40B3B">
              <w:rPr>
                <w:rFonts w:ascii="Arial" w:hAnsi="Arial" w:cs="Arial"/>
                <w:vertAlign w:val="superscript"/>
              </w:rPr>
              <w:footnoteReference w:id="1"/>
            </w:r>
            <w:r w:rsidRPr="00C40B3B">
              <w:rPr>
                <w:rFonts w:ascii="Arial" w:hAnsi="Arial"/>
              </w:rPr>
              <w:t>)</w:t>
            </w:r>
          </w:p>
        </w:tc>
        <w:tc>
          <w:tcPr>
            <w:tcW w:w="5669" w:type="dxa"/>
            <w:vAlign w:val="center"/>
          </w:tcPr>
          <w:p w14:paraId="10ECD8B2" w14:textId="77777777" w:rsidR="006F38BC" w:rsidRPr="00C40B3B" w:rsidRDefault="006F38BC" w:rsidP="006F38BC">
            <w:pPr>
              <w:rPr>
                <w:rFonts w:ascii="Arial" w:hAnsi="Arial" w:cs="Arial"/>
              </w:rPr>
            </w:pPr>
            <w:r w:rsidRPr="00C40B3B">
              <w:rPr>
                <w:rFonts w:ascii="Arial" w:hAnsi="Arial"/>
              </w:rPr>
              <w:br/>
            </w:r>
            <w:r w:rsidRPr="00C40B3B">
              <w:rPr>
                <w:rFonts w:ascii="Arial" w:hAnsi="Arial"/>
              </w:rPr>
              <w:br/>
            </w:r>
          </w:p>
        </w:tc>
      </w:tr>
      <w:tr w:rsidR="0026293E" w:rsidRPr="00875964" w14:paraId="08C2BBD3" w14:textId="77777777" w:rsidTr="006F38BC">
        <w:tc>
          <w:tcPr>
            <w:tcW w:w="3969" w:type="dxa"/>
          </w:tcPr>
          <w:p w14:paraId="1C3EE393" w14:textId="701650CF" w:rsidR="0026293E" w:rsidRPr="00C40B3B" w:rsidRDefault="0026293E" w:rsidP="0026293E">
            <w:pPr>
              <w:rPr>
                <w:rFonts w:ascii="Arial" w:hAnsi="Arial" w:cs="Arial"/>
              </w:rPr>
            </w:pPr>
            <w:r w:rsidRPr="00C40B3B">
              <w:rPr>
                <w:rFonts w:ascii="Arial" w:hAnsi="Arial"/>
              </w:rPr>
              <w:t xml:space="preserve">País – </w:t>
            </w:r>
            <w:r w:rsidRPr="00C40B3B">
              <w:rPr>
                <w:rFonts w:ascii="Arial" w:hAnsi="Arial"/>
                <w:i/>
                <w:sz w:val="20"/>
              </w:rPr>
              <w:t xml:space="preserve">Elija </w:t>
            </w:r>
            <w:r w:rsidRPr="00C40B3B">
              <w:rPr>
                <w:rFonts w:ascii="Arial" w:hAnsi="Arial"/>
                <w:b/>
                <w:i/>
                <w:sz w:val="20"/>
              </w:rPr>
              <w:t>solo uno</w:t>
            </w:r>
          </w:p>
        </w:tc>
        <w:tc>
          <w:tcPr>
            <w:tcW w:w="5669" w:type="dxa"/>
          </w:tcPr>
          <w:p w14:paraId="008BFB0D" w14:textId="45C10CC7" w:rsidR="0026293E" w:rsidRPr="00C40B3B" w:rsidRDefault="00000000" w:rsidP="0026293E">
            <w:pPr>
              <w:rPr>
                <w:rFonts w:ascii="Arial" w:hAnsi="Arial" w:cs="Arial"/>
              </w:rPr>
            </w:pPr>
            <w:sdt>
              <w:sdtPr>
                <w:rPr>
                  <w:rStyle w:val="DNEx1"/>
                </w:rPr>
                <w:id w:val="-1147197465"/>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Austria</w:t>
            </w:r>
          </w:p>
          <w:p w14:paraId="152AD7AD" w14:textId="32084A2A" w:rsidR="0026293E" w:rsidRPr="00C40B3B" w:rsidRDefault="00000000" w:rsidP="0026293E">
            <w:pPr>
              <w:rPr>
                <w:rFonts w:ascii="Arial" w:hAnsi="Arial" w:cs="Arial"/>
              </w:rPr>
            </w:pPr>
            <w:sdt>
              <w:sdtPr>
                <w:rPr>
                  <w:rStyle w:val="DNEx1"/>
                </w:rPr>
                <w:id w:val="-1048298514"/>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Bélgica</w:t>
            </w:r>
          </w:p>
          <w:p w14:paraId="27A0B2EF" w14:textId="7B1C4828" w:rsidR="0026293E" w:rsidRPr="00C40B3B" w:rsidRDefault="00000000" w:rsidP="0026293E">
            <w:pPr>
              <w:rPr>
                <w:rFonts w:ascii="Arial" w:hAnsi="Arial" w:cs="Arial"/>
              </w:rPr>
            </w:pPr>
            <w:sdt>
              <w:sdtPr>
                <w:rPr>
                  <w:rStyle w:val="DNEx1"/>
                </w:rPr>
                <w:id w:val="127676978"/>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Bulgaria</w:t>
            </w:r>
          </w:p>
          <w:p w14:paraId="5AFD4ACF" w14:textId="6CD4312E" w:rsidR="0026293E" w:rsidRPr="00C40B3B" w:rsidRDefault="00000000" w:rsidP="0026293E">
            <w:pPr>
              <w:rPr>
                <w:rFonts w:ascii="Arial" w:hAnsi="Arial" w:cs="Arial"/>
              </w:rPr>
            </w:pPr>
            <w:sdt>
              <w:sdtPr>
                <w:rPr>
                  <w:rStyle w:val="DNEx1"/>
                </w:rPr>
                <w:id w:val="214085429"/>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Croacia</w:t>
            </w:r>
          </w:p>
          <w:p w14:paraId="422BD070" w14:textId="4F464873" w:rsidR="0026293E" w:rsidRPr="00C40B3B" w:rsidRDefault="00000000" w:rsidP="0026293E">
            <w:pPr>
              <w:rPr>
                <w:rFonts w:ascii="Arial" w:hAnsi="Arial" w:cs="Arial"/>
              </w:rPr>
            </w:pPr>
            <w:sdt>
              <w:sdtPr>
                <w:rPr>
                  <w:rStyle w:val="DNEx1"/>
                </w:rPr>
                <w:id w:val="-1549450997"/>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República de Chipre</w:t>
            </w:r>
          </w:p>
          <w:p w14:paraId="25E823C4" w14:textId="4E80333C" w:rsidR="0026293E" w:rsidRPr="00C40B3B" w:rsidRDefault="00000000" w:rsidP="0026293E">
            <w:pPr>
              <w:rPr>
                <w:rFonts w:ascii="Arial" w:hAnsi="Arial" w:cs="Arial"/>
              </w:rPr>
            </w:pPr>
            <w:sdt>
              <w:sdtPr>
                <w:rPr>
                  <w:rStyle w:val="DNEx1"/>
                </w:rPr>
                <w:id w:val="-844393602"/>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República Checa</w:t>
            </w:r>
          </w:p>
          <w:p w14:paraId="55B0F031" w14:textId="2E43BA00" w:rsidR="0026293E" w:rsidRPr="00C40B3B" w:rsidRDefault="00000000" w:rsidP="0026293E">
            <w:pPr>
              <w:rPr>
                <w:rFonts w:ascii="Arial" w:hAnsi="Arial" w:cs="Arial"/>
              </w:rPr>
            </w:pPr>
            <w:sdt>
              <w:sdtPr>
                <w:rPr>
                  <w:rStyle w:val="DNEx1"/>
                </w:rPr>
                <w:id w:val="696519095"/>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Dinamarca</w:t>
            </w:r>
          </w:p>
          <w:p w14:paraId="7FFB6768" w14:textId="3B138655" w:rsidR="0026293E" w:rsidRPr="00C40B3B" w:rsidRDefault="00000000" w:rsidP="0026293E">
            <w:pPr>
              <w:rPr>
                <w:rFonts w:ascii="Arial" w:hAnsi="Arial" w:cs="Arial"/>
              </w:rPr>
            </w:pPr>
            <w:sdt>
              <w:sdtPr>
                <w:rPr>
                  <w:rStyle w:val="DNEx1"/>
                </w:rPr>
                <w:id w:val="1084652792"/>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Estonia</w:t>
            </w:r>
          </w:p>
          <w:p w14:paraId="6ABAF84A" w14:textId="03AB7808" w:rsidR="0026293E" w:rsidRPr="00C40B3B" w:rsidRDefault="00000000" w:rsidP="0026293E">
            <w:pPr>
              <w:rPr>
                <w:rFonts w:ascii="Arial" w:hAnsi="Arial" w:cs="Arial"/>
              </w:rPr>
            </w:pPr>
            <w:sdt>
              <w:sdtPr>
                <w:rPr>
                  <w:rStyle w:val="DNEx1"/>
                </w:rPr>
                <w:id w:val="-1230762265"/>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Finlandia</w:t>
            </w:r>
          </w:p>
          <w:p w14:paraId="21D4244C" w14:textId="27E339F5" w:rsidR="0026293E" w:rsidRPr="00C40B3B" w:rsidRDefault="00000000" w:rsidP="0026293E">
            <w:pPr>
              <w:rPr>
                <w:rFonts w:ascii="Arial" w:hAnsi="Arial" w:cs="Arial"/>
              </w:rPr>
            </w:pPr>
            <w:sdt>
              <w:sdtPr>
                <w:rPr>
                  <w:rStyle w:val="DNEx1"/>
                </w:rPr>
                <w:id w:val="1871182093"/>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Francia</w:t>
            </w:r>
          </w:p>
          <w:p w14:paraId="62814349" w14:textId="2FDE9800" w:rsidR="0026293E" w:rsidRPr="00C40B3B" w:rsidRDefault="00000000" w:rsidP="0026293E">
            <w:pPr>
              <w:rPr>
                <w:rFonts w:ascii="Arial" w:hAnsi="Arial" w:cs="Arial"/>
              </w:rPr>
            </w:pPr>
            <w:sdt>
              <w:sdtPr>
                <w:rPr>
                  <w:rStyle w:val="DNEx1"/>
                </w:rPr>
                <w:id w:val="-1579742277"/>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Alemania</w:t>
            </w:r>
          </w:p>
          <w:p w14:paraId="13FF32E5" w14:textId="2693F245" w:rsidR="0026293E" w:rsidRPr="00C40B3B" w:rsidRDefault="00000000" w:rsidP="0026293E">
            <w:pPr>
              <w:rPr>
                <w:rFonts w:ascii="Arial" w:hAnsi="Arial" w:cs="Arial"/>
              </w:rPr>
            </w:pPr>
            <w:sdt>
              <w:sdtPr>
                <w:rPr>
                  <w:rStyle w:val="DNEx1"/>
                </w:rPr>
                <w:id w:val="81188660"/>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Grecia</w:t>
            </w:r>
          </w:p>
          <w:p w14:paraId="405039D5" w14:textId="732D391D" w:rsidR="0026293E" w:rsidRPr="00C40B3B" w:rsidRDefault="00000000" w:rsidP="0026293E">
            <w:pPr>
              <w:rPr>
                <w:rFonts w:ascii="Arial" w:hAnsi="Arial" w:cs="Arial"/>
              </w:rPr>
            </w:pPr>
            <w:sdt>
              <w:sdtPr>
                <w:rPr>
                  <w:rStyle w:val="DNEx1"/>
                </w:rPr>
                <w:id w:val="134072526"/>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Hungría</w:t>
            </w:r>
          </w:p>
          <w:p w14:paraId="60C77486" w14:textId="30B7BC96" w:rsidR="0026293E" w:rsidRPr="00C40B3B" w:rsidRDefault="00000000" w:rsidP="0026293E">
            <w:pPr>
              <w:rPr>
                <w:rFonts w:ascii="Arial" w:hAnsi="Arial" w:cs="Arial"/>
              </w:rPr>
            </w:pPr>
            <w:sdt>
              <w:sdtPr>
                <w:rPr>
                  <w:rStyle w:val="DNEx1"/>
                </w:rPr>
                <w:id w:val="-1037807716"/>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Irlanda</w:t>
            </w:r>
          </w:p>
          <w:p w14:paraId="5ECE11D8" w14:textId="364DB058" w:rsidR="0026293E" w:rsidRPr="00C40B3B" w:rsidRDefault="00000000" w:rsidP="0026293E">
            <w:pPr>
              <w:rPr>
                <w:rFonts w:ascii="Arial" w:hAnsi="Arial" w:cs="Arial"/>
              </w:rPr>
            </w:pPr>
            <w:sdt>
              <w:sdtPr>
                <w:rPr>
                  <w:rStyle w:val="DNEx1"/>
                </w:rPr>
                <w:id w:val="-1577351857"/>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Italia</w:t>
            </w:r>
          </w:p>
          <w:p w14:paraId="228F6B28" w14:textId="319F8680" w:rsidR="0026293E" w:rsidRPr="00C40B3B" w:rsidRDefault="00000000" w:rsidP="0026293E">
            <w:pPr>
              <w:rPr>
                <w:rFonts w:ascii="Arial" w:hAnsi="Arial" w:cs="Arial"/>
              </w:rPr>
            </w:pPr>
            <w:sdt>
              <w:sdtPr>
                <w:rPr>
                  <w:rStyle w:val="DNEx1"/>
                </w:rPr>
                <w:id w:val="111105962"/>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Letonia</w:t>
            </w:r>
          </w:p>
          <w:p w14:paraId="730E8F48" w14:textId="711CF09B" w:rsidR="0026293E" w:rsidRPr="00875964" w:rsidRDefault="00000000" w:rsidP="0026293E">
            <w:pPr>
              <w:rPr>
                <w:rFonts w:ascii="Arial" w:hAnsi="Arial" w:cs="Arial"/>
                <w:lang w:val="pt-PT"/>
              </w:rPr>
            </w:pPr>
            <w:sdt>
              <w:sdtPr>
                <w:rPr>
                  <w:rStyle w:val="DNEx1"/>
                  <w:lang w:val="pt-PT"/>
                </w:rPr>
                <w:id w:val="-920793428"/>
                <w14:checkbox>
                  <w14:checked w14:val="0"/>
                  <w14:checkedState w14:val="2612" w14:font="MS Gothic"/>
                  <w14:uncheckedState w14:val="2610" w14:font="MS Gothic"/>
                </w14:checkbox>
              </w:sdtPr>
              <w:sdtContent>
                <w:r w:rsidR="00356C22" w:rsidRPr="00875964">
                  <w:rPr>
                    <w:rStyle w:val="DNEx1"/>
                    <w:rFonts w:hint="eastAsia"/>
                    <w:lang w:val="pt-PT"/>
                  </w:rPr>
                  <w:t>☐</w:t>
                </w:r>
              </w:sdtContent>
            </w:sdt>
            <w:r w:rsidR="00EC54E3" w:rsidRPr="00875964">
              <w:rPr>
                <w:rFonts w:ascii="Arial" w:hAnsi="Arial"/>
                <w:lang w:val="pt-PT"/>
              </w:rPr>
              <w:t xml:space="preserve"> Lituania</w:t>
            </w:r>
          </w:p>
          <w:p w14:paraId="109BAE60" w14:textId="15485468" w:rsidR="0026293E" w:rsidRPr="00875964" w:rsidRDefault="00000000" w:rsidP="0026293E">
            <w:pPr>
              <w:rPr>
                <w:rFonts w:ascii="Arial" w:hAnsi="Arial" w:cs="Arial"/>
                <w:lang w:val="pt-PT"/>
              </w:rPr>
            </w:pPr>
            <w:sdt>
              <w:sdtPr>
                <w:rPr>
                  <w:rStyle w:val="DNEx1"/>
                  <w:lang w:val="pt-PT"/>
                </w:rPr>
                <w:id w:val="-1131706041"/>
                <w14:checkbox>
                  <w14:checked w14:val="0"/>
                  <w14:checkedState w14:val="2612" w14:font="MS Gothic"/>
                  <w14:uncheckedState w14:val="2610" w14:font="MS Gothic"/>
                </w14:checkbox>
              </w:sdtPr>
              <w:sdtContent>
                <w:r w:rsidR="00356C22" w:rsidRPr="00875964">
                  <w:rPr>
                    <w:rStyle w:val="DNEx1"/>
                    <w:rFonts w:hint="eastAsia"/>
                    <w:lang w:val="pt-PT"/>
                  </w:rPr>
                  <w:t>☐</w:t>
                </w:r>
              </w:sdtContent>
            </w:sdt>
            <w:r w:rsidR="00EC54E3" w:rsidRPr="00875964">
              <w:rPr>
                <w:rFonts w:ascii="Arial" w:hAnsi="Arial"/>
                <w:lang w:val="pt-PT"/>
              </w:rPr>
              <w:t xml:space="preserve"> Luxemburgo</w:t>
            </w:r>
          </w:p>
          <w:p w14:paraId="3F7D5E09" w14:textId="096DE3FB" w:rsidR="0026293E" w:rsidRPr="00875964" w:rsidRDefault="00000000" w:rsidP="0026293E">
            <w:pPr>
              <w:rPr>
                <w:rFonts w:ascii="Arial" w:hAnsi="Arial" w:cs="Arial"/>
                <w:lang w:val="pt-PT"/>
              </w:rPr>
            </w:pPr>
            <w:sdt>
              <w:sdtPr>
                <w:rPr>
                  <w:rStyle w:val="DNEx1"/>
                  <w:lang w:val="pt-PT"/>
                </w:rPr>
                <w:id w:val="390400213"/>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Malta</w:t>
            </w:r>
          </w:p>
          <w:p w14:paraId="478D4BD9" w14:textId="24E048C9" w:rsidR="0026293E" w:rsidRPr="00875964" w:rsidRDefault="00000000" w:rsidP="0026293E">
            <w:pPr>
              <w:rPr>
                <w:rFonts w:ascii="Arial" w:hAnsi="Arial" w:cs="Arial"/>
                <w:lang w:val="pt-PT"/>
              </w:rPr>
            </w:pPr>
            <w:sdt>
              <w:sdtPr>
                <w:rPr>
                  <w:rStyle w:val="DNEx1"/>
                  <w:lang w:val="pt-PT"/>
                </w:rPr>
                <w:id w:val="-1662921782"/>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Países Bajos</w:t>
            </w:r>
          </w:p>
          <w:p w14:paraId="12A38FBD" w14:textId="64A1FA63" w:rsidR="0026293E" w:rsidRPr="00875964" w:rsidRDefault="00000000" w:rsidP="0026293E">
            <w:pPr>
              <w:rPr>
                <w:rFonts w:ascii="Arial" w:hAnsi="Arial" w:cs="Arial"/>
                <w:lang w:val="pt-PT"/>
              </w:rPr>
            </w:pPr>
            <w:sdt>
              <w:sdtPr>
                <w:rPr>
                  <w:rStyle w:val="DNEx1"/>
                  <w:lang w:val="pt-PT"/>
                </w:rPr>
                <w:id w:val="-595796248"/>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Polonia</w:t>
            </w:r>
          </w:p>
          <w:p w14:paraId="27CDF936" w14:textId="166FD15A" w:rsidR="0026293E" w:rsidRPr="00875964" w:rsidRDefault="00000000" w:rsidP="0026293E">
            <w:pPr>
              <w:rPr>
                <w:rFonts w:ascii="Arial" w:hAnsi="Arial" w:cs="Arial"/>
                <w:lang w:val="pt-PT"/>
              </w:rPr>
            </w:pPr>
            <w:sdt>
              <w:sdtPr>
                <w:rPr>
                  <w:rStyle w:val="DNEx1"/>
                  <w:lang w:val="pt-PT"/>
                </w:rPr>
                <w:id w:val="819010858"/>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Portugal</w:t>
            </w:r>
          </w:p>
          <w:p w14:paraId="23DE6542" w14:textId="2BE8D970" w:rsidR="0026293E" w:rsidRPr="00875964" w:rsidRDefault="00000000" w:rsidP="0026293E">
            <w:pPr>
              <w:rPr>
                <w:rFonts w:ascii="Arial" w:hAnsi="Arial" w:cs="Arial"/>
                <w:lang w:val="pt-PT"/>
              </w:rPr>
            </w:pPr>
            <w:sdt>
              <w:sdtPr>
                <w:rPr>
                  <w:rStyle w:val="DNEx1"/>
                  <w:lang w:val="pt-PT"/>
                </w:rPr>
                <w:id w:val="1175150466"/>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Rumanía</w:t>
            </w:r>
          </w:p>
          <w:p w14:paraId="25DF6A3F" w14:textId="616F6CFD" w:rsidR="0026293E" w:rsidRPr="00875964" w:rsidRDefault="00000000" w:rsidP="0026293E">
            <w:pPr>
              <w:rPr>
                <w:rFonts w:ascii="Arial" w:hAnsi="Arial" w:cs="Arial"/>
                <w:lang w:val="pt-PT"/>
              </w:rPr>
            </w:pPr>
            <w:sdt>
              <w:sdtPr>
                <w:rPr>
                  <w:rStyle w:val="DNEx1"/>
                  <w:lang w:val="pt-PT"/>
                </w:rPr>
                <w:id w:val="1475407299"/>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Eslovaquia</w:t>
            </w:r>
          </w:p>
          <w:p w14:paraId="06FBC17E" w14:textId="78BB0AAA" w:rsidR="0026293E" w:rsidRPr="00875964" w:rsidRDefault="00000000" w:rsidP="0026293E">
            <w:pPr>
              <w:rPr>
                <w:rFonts w:ascii="Arial" w:hAnsi="Arial" w:cs="Arial"/>
                <w:lang w:val="pt-PT"/>
              </w:rPr>
            </w:pPr>
            <w:sdt>
              <w:sdtPr>
                <w:rPr>
                  <w:rStyle w:val="DNEx1"/>
                  <w:lang w:val="pt-PT"/>
                </w:rPr>
                <w:id w:val="-1087921579"/>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Eslovenia</w:t>
            </w:r>
          </w:p>
          <w:p w14:paraId="033AA0A5" w14:textId="05568E24" w:rsidR="0026293E" w:rsidRPr="00875964" w:rsidRDefault="00000000" w:rsidP="0026293E">
            <w:pPr>
              <w:rPr>
                <w:rFonts w:ascii="Arial" w:hAnsi="Arial" w:cs="Arial"/>
                <w:lang w:val="pt-PT"/>
              </w:rPr>
            </w:pPr>
            <w:sdt>
              <w:sdtPr>
                <w:rPr>
                  <w:rStyle w:val="DNEx1"/>
                  <w:lang w:val="pt-PT"/>
                </w:rPr>
                <w:id w:val="-569584716"/>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España</w:t>
            </w:r>
          </w:p>
          <w:p w14:paraId="0CF75D4B" w14:textId="70CE6756" w:rsidR="0026293E" w:rsidRPr="00875964" w:rsidRDefault="00000000" w:rsidP="0026293E">
            <w:pPr>
              <w:rPr>
                <w:rFonts w:ascii="Arial" w:hAnsi="Arial" w:cs="Arial"/>
                <w:lang w:val="pt-PT"/>
              </w:rPr>
            </w:pPr>
            <w:sdt>
              <w:sdtPr>
                <w:rPr>
                  <w:rStyle w:val="DNEx1"/>
                  <w:lang w:val="pt-PT"/>
                </w:rPr>
                <w:id w:val="286014249"/>
                <w14:checkbox>
                  <w14:checked w14:val="0"/>
                  <w14:checkedState w14:val="2612" w14:font="MS Gothic"/>
                  <w14:uncheckedState w14:val="2610" w14:font="MS Gothic"/>
                </w14:checkbox>
              </w:sdtPr>
              <w:sdtContent>
                <w:r w:rsidR="003C73B5" w:rsidRPr="00875964">
                  <w:rPr>
                    <w:rStyle w:val="DNEx1"/>
                    <w:rFonts w:hint="eastAsia"/>
                    <w:lang w:val="pt-PT"/>
                  </w:rPr>
                  <w:t>☐</w:t>
                </w:r>
              </w:sdtContent>
            </w:sdt>
            <w:r w:rsidR="00EC54E3" w:rsidRPr="00875964">
              <w:rPr>
                <w:rFonts w:ascii="Arial" w:hAnsi="Arial"/>
                <w:lang w:val="pt-PT"/>
              </w:rPr>
              <w:t xml:space="preserve"> Suecia</w:t>
            </w:r>
          </w:p>
        </w:tc>
      </w:tr>
      <w:tr w:rsidR="0026293E" w:rsidRPr="00C40B3B" w14:paraId="3EE729E4" w14:textId="77777777" w:rsidTr="006F38BC">
        <w:tc>
          <w:tcPr>
            <w:tcW w:w="3969" w:type="dxa"/>
            <w:vAlign w:val="center"/>
          </w:tcPr>
          <w:p w14:paraId="31AC3C42" w14:textId="77777777" w:rsidR="0026293E" w:rsidRPr="00C40B3B" w:rsidRDefault="0026293E" w:rsidP="0026293E">
            <w:pPr>
              <w:rPr>
                <w:rFonts w:ascii="Arial" w:hAnsi="Arial" w:cs="Arial"/>
              </w:rPr>
            </w:pPr>
            <w:r w:rsidRPr="00C40B3B">
              <w:rPr>
                <w:rFonts w:ascii="Arial" w:hAnsi="Arial"/>
              </w:rPr>
              <w:lastRenderedPageBreak/>
              <w:t>Dirección</w:t>
            </w:r>
          </w:p>
        </w:tc>
        <w:tc>
          <w:tcPr>
            <w:tcW w:w="5669" w:type="dxa"/>
            <w:vAlign w:val="center"/>
          </w:tcPr>
          <w:p w14:paraId="37908911" w14:textId="77777777" w:rsidR="0026293E" w:rsidRPr="00C40B3B" w:rsidRDefault="0026293E" w:rsidP="0026293E">
            <w:pPr>
              <w:rPr>
                <w:rFonts w:ascii="Arial" w:hAnsi="Arial" w:cs="Arial"/>
              </w:rPr>
            </w:pPr>
            <w:r w:rsidRPr="00C40B3B">
              <w:rPr>
                <w:rFonts w:ascii="Arial" w:hAnsi="Arial"/>
              </w:rPr>
              <w:br/>
            </w:r>
            <w:r w:rsidRPr="00C40B3B">
              <w:rPr>
                <w:rFonts w:ascii="Arial" w:hAnsi="Arial"/>
              </w:rPr>
              <w:br/>
            </w:r>
          </w:p>
        </w:tc>
      </w:tr>
      <w:tr w:rsidR="0026293E" w:rsidRPr="00C40B3B" w14:paraId="1D1F7FA4" w14:textId="77777777" w:rsidTr="006F38BC">
        <w:tc>
          <w:tcPr>
            <w:tcW w:w="3969" w:type="dxa"/>
            <w:vAlign w:val="center"/>
          </w:tcPr>
          <w:p w14:paraId="453EEC11" w14:textId="7295403F" w:rsidR="0026293E" w:rsidRPr="00C40B3B" w:rsidRDefault="0026293E" w:rsidP="0026293E">
            <w:pPr>
              <w:rPr>
                <w:rFonts w:ascii="Arial" w:hAnsi="Arial" w:cs="Arial"/>
              </w:rPr>
            </w:pPr>
            <w:r w:rsidRPr="00C40B3B">
              <w:rPr>
                <w:rFonts w:ascii="Arial" w:hAnsi="Arial"/>
              </w:rPr>
              <w:t>Código postal</w:t>
            </w:r>
          </w:p>
        </w:tc>
        <w:tc>
          <w:tcPr>
            <w:tcW w:w="5669" w:type="dxa"/>
            <w:vAlign w:val="center"/>
          </w:tcPr>
          <w:p w14:paraId="19F312A8" w14:textId="002ECD8F" w:rsidR="0026293E" w:rsidRPr="00C40B3B" w:rsidRDefault="0026293E" w:rsidP="0026293E">
            <w:pPr>
              <w:rPr>
                <w:rFonts w:ascii="Arial" w:hAnsi="Arial" w:cs="Arial"/>
              </w:rPr>
            </w:pPr>
            <w:r w:rsidRPr="00C40B3B">
              <w:rPr>
                <w:rFonts w:ascii="Arial" w:hAnsi="Arial"/>
              </w:rPr>
              <w:br/>
            </w:r>
            <w:r w:rsidRPr="00C40B3B">
              <w:rPr>
                <w:rFonts w:ascii="Arial" w:hAnsi="Arial"/>
              </w:rPr>
              <w:br/>
            </w:r>
          </w:p>
        </w:tc>
      </w:tr>
      <w:tr w:rsidR="0026293E" w:rsidRPr="00C40B3B" w14:paraId="76363951" w14:textId="77777777" w:rsidTr="006F38BC">
        <w:tc>
          <w:tcPr>
            <w:tcW w:w="3969" w:type="dxa"/>
            <w:vAlign w:val="center"/>
          </w:tcPr>
          <w:p w14:paraId="5C706A6D" w14:textId="77777777" w:rsidR="0026293E" w:rsidRPr="00C40B3B" w:rsidRDefault="0026293E" w:rsidP="0026293E">
            <w:pPr>
              <w:rPr>
                <w:rFonts w:ascii="Arial" w:hAnsi="Arial" w:cs="Arial"/>
              </w:rPr>
            </w:pPr>
            <w:r w:rsidRPr="00C40B3B">
              <w:rPr>
                <w:rFonts w:ascii="Arial" w:hAnsi="Arial"/>
              </w:rPr>
              <w:t>Población</w:t>
            </w:r>
          </w:p>
        </w:tc>
        <w:tc>
          <w:tcPr>
            <w:tcW w:w="5669" w:type="dxa"/>
            <w:vAlign w:val="center"/>
          </w:tcPr>
          <w:p w14:paraId="5FAFCC1C" w14:textId="3034F28F" w:rsidR="0026293E" w:rsidRPr="00C40B3B" w:rsidRDefault="0026293E" w:rsidP="0026293E">
            <w:pPr>
              <w:rPr>
                <w:rFonts w:ascii="Arial" w:hAnsi="Arial" w:cs="Arial"/>
              </w:rPr>
            </w:pPr>
            <w:r w:rsidRPr="00C40B3B">
              <w:rPr>
                <w:rFonts w:ascii="Arial" w:hAnsi="Arial"/>
              </w:rPr>
              <w:br/>
            </w:r>
          </w:p>
        </w:tc>
      </w:tr>
    </w:tbl>
    <w:p w14:paraId="1941CEE4" w14:textId="77777777" w:rsidR="00791545" w:rsidRPr="00C40B3B" w:rsidRDefault="00791545">
      <w:pPr>
        <w:rPr>
          <w:rFonts w:ascii="Arial" w:hAnsi="Arial" w:cs="Arial"/>
        </w:rPr>
      </w:pPr>
    </w:p>
    <w:p w14:paraId="0CAABB0D" w14:textId="6BAB6A57" w:rsidR="00791545" w:rsidRPr="00C40B3B" w:rsidRDefault="00551C53" w:rsidP="00EC54E3">
      <w:pPr>
        <w:pStyle w:val="Style2"/>
        <w:rPr>
          <w:b w:val="0"/>
          <w:bCs w:val="0"/>
          <w:i/>
          <w:iCs/>
          <w:color w:val="auto"/>
          <w:sz w:val="20"/>
          <w:szCs w:val="20"/>
        </w:rPr>
      </w:pPr>
      <w:r w:rsidRPr="00C40B3B">
        <w:t xml:space="preserve">IDENTIFICADOR DE ENTIDAD SOLICITANTE </w:t>
      </w:r>
      <w:r w:rsidRPr="00C40B3B">
        <w:rPr>
          <w:b w:val="0"/>
          <w:i/>
          <w:color w:val="auto"/>
          <w:sz w:val="20"/>
        </w:rPr>
        <w:t xml:space="preserve">– Rellene solo </w:t>
      </w:r>
      <w:r w:rsidRPr="00C40B3B">
        <w:rPr>
          <w:i/>
          <w:color w:val="auto"/>
          <w:sz w:val="20"/>
        </w:rPr>
        <w:t>uno</w:t>
      </w:r>
      <w:r w:rsidRPr="00C40B3B">
        <w:rPr>
          <w:b w:val="0"/>
          <w:i/>
          <w:color w:val="auto"/>
          <w:sz w:val="20"/>
        </w:rPr>
        <w:t xml:space="preserve"> de los identificadores fiscales. El identificador deberá coincidir con el identificador del certificado oficial que facilite.</w:t>
      </w:r>
    </w:p>
    <w:tbl>
      <w:tblPr>
        <w:tblStyle w:val="TableGrid"/>
        <w:tblW w:w="9638" w:type="dxa"/>
        <w:tblLayout w:type="fixed"/>
        <w:tblLook w:val="04A0" w:firstRow="1" w:lastRow="0" w:firstColumn="1" w:lastColumn="0" w:noHBand="0" w:noVBand="1"/>
      </w:tblPr>
      <w:tblGrid>
        <w:gridCol w:w="3969"/>
        <w:gridCol w:w="5669"/>
      </w:tblGrid>
      <w:tr w:rsidR="00791545" w:rsidRPr="00C40B3B" w14:paraId="5F7DE35F" w14:textId="77777777" w:rsidTr="00F10110">
        <w:tc>
          <w:tcPr>
            <w:tcW w:w="3969" w:type="dxa"/>
            <w:vAlign w:val="center"/>
          </w:tcPr>
          <w:p w14:paraId="0CD69A5F" w14:textId="77777777" w:rsidR="00791545" w:rsidRPr="00C40B3B" w:rsidRDefault="00551C53">
            <w:pPr>
              <w:rPr>
                <w:rFonts w:ascii="Arial" w:hAnsi="Arial" w:cs="Arial"/>
              </w:rPr>
            </w:pPr>
            <w:r w:rsidRPr="00C40B3B">
              <w:rPr>
                <w:rFonts w:ascii="Arial" w:hAnsi="Arial"/>
              </w:rPr>
              <w:t>Número de identificación a efectos del IVA</w:t>
            </w:r>
          </w:p>
        </w:tc>
        <w:tc>
          <w:tcPr>
            <w:tcW w:w="5669" w:type="dxa"/>
            <w:vAlign w:val="center"/>
          </w:tcPr>
          <w:p w14:paraId="1FECEE47"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791545" w:rsidRPr="00C40B3B" w14:paraId="34CF91C4" w14:textId="77777777" w:rsidTr="00F10110">
        <w:tc>
          <w:tcPr>
            <w:tcW w:w="3969" w:type="dxa"/>
            <w:vAlign w:val="center"/>
          </w:tcPr>
          <w:p w14:paraId="7B889B95" w14:textId="24778069" w:rsidR="00791545" w:rsidRPr="00C40B3B" w:rsidRDefault="00551C53">
            <w:pPr>
              <w:rPr>
                <w:rFonts w:ascii="Arial" w:hAnsi="Arial" w:cs="Arial"/>
              </w:rPr>
            </w:pPr>
            <w:r w:rsidRPr="00C40B3B">
              <w:rPr>
                <w:rFonts w:ascii="Arial" w:hAnsi="Arial"/>
              </w:rPr>
              <w:t>Número de identificación fiscal</w:t>
            </w:r>
          </w:p>
        </w:tc>
        <w:tc>
          <w:tcPr>
            <w:tcW w:w="5669" w:type="dxa"/>
            <w:vAlign w:val="center"/>
          </w:tcPr>
          <w:p w14:paraId="42C5AECC"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F10110" w:rsidRPr="00C40B3B" w14:paraId="00C2FF66" w14:textId="77777777" w:rsidTr="00F10110">
        <w:trPr>
          <w:trHeight w:val="624"/>
        </w:trPr>
        <w:tc>
          <w:tcPr>
            <w:tcW w:w="3969" w:type="dxa"/>
            <w:vAlign w:val="center"/>
          </w:tcPr>
          <w:p w14:paraId="341DADD4" w14:textId="7D3F6D4E" w:rsidR="00F10110" w:rsidRPr="00C40B3B" w:rsidRDefault="00F10110">
            <w:pPr>
              <w:rPr>
                <w:rFonts w:ascii="Arial" w:hAnsi="Arial" w:cs="Arial"/>
              </w:rPr>
            </w:pPr>
            <w:r w:rsidRPr="00C40B3B">
              <w:rPr>
                <w:rFonts w:ascii="Arial" w:hAnsi="Arial"/>
              </w:rPr>
              <w:t>Estatuto jurídico</w:t>
            </w:r>
          </w:p>
        </w:tc>
        <w:tc>
          <w:tcPr>
            <w:tcW w:w="5669" w:type="dxa"/>
            <w:vAlign w:val="center"/>
          </w:tcPr>
          <w:p w14:paraId="71A2772D" w14:textId="77777777" w:rsidR="00F10110" w:rsidRPr="00C40B3B" w:rsidRDefault="00F10110">
            <w:pPr>
              <w:rPr>
                <w:rFonts w:ascii="Arial" w:hAnsi="Arial" w:cs="Arial"/>
              </w:rPr>
            </w:pPr>
          </w:p>
        </w:tc>
      </w:tr>
    </w:tbl>
    <w:p w14:paraId="1A17D4E3" w14:textId="77777777" w:rsidR="00791545" w:rsidRPr="00C40B3B" w:rsidRDefault="00791545">
      <w:pPr>
        <w:rPr>
          <w:rFonts w:ascii="Arial" w:hAnsi="Arial" w:cs="Arial"/>
        </w:rPr>
      </w:pPr>
    </w:p>
    <w:p w14:paraId="1F4EC349" w14:textId="731F22C8" w:rsidR="00791545" w:rsidRPr="00C40B3B" w:rsidRDefault="00551C53">
      <w:pPr>
        <w:pStyle w:val="Heading2"/>
        <w:rPr>
          <w:rFonts w:ascii="Arial" w:hAnsi="Arial" w:cs="Arial"/>
        </w:rPr>
      </w:pPr>
      <w:r w:rsidRPr="00C40B3B">
        <w:rPr>
          <w:rFonts w:ascii="Arial" w:hAnsi="Arial"/>
        </w:rPr>
        <w:t>DATOS DE CONTACTO DE LA ENTIDAD SOLICITANTE</w:t>
      </w:r>
    </w:p>
    <w:tbl>
      <w:tblPr>
        <w:tblStyle w:val="TableGrid"/>
        <w:tblW w:w="9638" w:type="dxa"/>
        <w:tblLayout w:type="fixed"/>
        <w:tblLook w:val="04A0" w:firstRow="1" w:lastRow="0" w:firstColumn="1" w:lastColumn="0" w:noHBand="0" w:noVBand="1"/>
      </w:tblPr>
      <w:tblGrid>
        <w:gridCol w:w="3969"/>
        <w:gridCol w:w="5669"/>
      </w:tblGrid>
      <w:tr w:rsidR="00791545" w:rsidRPr="00C40B3B" w14:paraId="6C64E32D" w14:textId="77777777" w:rsidTr="0026293E">
        <w:tc>
          <w:tcPr>
            <w:tcW w:w="3969" w:type="dxa"/>
            <w:vAlign w:val="center"/>
          </w:tcPr>
          <w:p w14:paraId="2BA6918D" w14:textId="77777777" w:rsidR="00791545" w:rsidRPr="00C40B3B" w:rsidRDefault="00551C53">
            <w:pPr>
              <w:rPr>
                <w:rFonts w:ascii="Arial" w:hAnsi="Arial" w:cs="Arial"/>
              </w:rPr>
            </w:pPr>
            <w:r w:rsidRPr="00C40B3B">
              <w:rPr>
                <w:rFonts w:ascii="Arial" w:hAnsi="Arial"/>
              </w:rPr>
              <w:t>Nombre</w:t>
            </w:r>
          </w:p>
        </w:tc>
        <w:tc>
          <w:tcPr>
            <w:tcW w:w="5669" w:type="dxa"/>
            <w:vAlign w:val="center"/>
          </w:tcPr>
          <w:p w14:paraId="302A9362"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791545" w:rsidRPr="00C40B3B" w14:paraId="0160A1DE" w14:textId="77777777" w:rsidTr="0026293E">
        <w:tc>
          <w:tcPr>
            <w:tcW w:w="3969" w:type="dxa"/>
            <w:vAlign w:val="center"/>
          </w:tcPr>
          <w:p w14:paraId="756C279C" w14:textId="77777777" w:rsidR="00791545" w:rsidRPr="00C40B3B" w:rsidRDefault="00551C53">
            <w:pPr>
              <w:rPr>
                <w:rFonts w:ascii="Arial" w:hAnsi="Arial" w:cs="Arial"/>
              </w:rPr>
            </w:pPr>
            <w:r w:rsidRPr="00C40B3B">
              <w:rPr>
                <w:rFonts w:ascii="Arial" w:hAnsi="Arial"/>
              </w:rPr>
              <w:t>Apellido(s)</w:t>
            </w:r>
          </w:p>
        </w:tc>
        <w:tc>
          <w:tcPr>
            <w:tcW w:w="5669" w:type="dxa"/>
            <w:vAlign w:val="center"/>
          </w:tcPr>
          <w:p w14:paraId="51388C06"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791545" w:rsidRPr="00C40B3B" w14:paraId="2C53AB21" w14:textId="77777777" w:rsidTr="0026293E">
        <w:tc>
          <w:tcPr>
            <w:tcW w:w="3969" w:type="dxa"/>
            <w:vAlign w:val="center"/>
          </w:tcPr>
          <w:p w14:paraId="732E7366" w14:textId="62CE9CC8" w:rsidR="00791545" w:rsidRPr="00C40B3B" w:rsidRDefault="00551C53">
            <w:pPr>
              <w:rPr>
                <w:rFonts w:ascii="Arial" w:hAnsi="Arial" w:cs="Arial"/>
              </w:rPr>
            </w:pPr>
            <w:r w:rsidRPr="00C40B3B">
              <w:rPr>
                <w:rFonts w:ascii="Arial" w:hAnsi="Arial"/>
              </w:rPr>
              <w:t>Dirección de correo electrónico</w:t>
            </w:r>
          </w:p>
        </w:tc>
        <w:tc>
          <w:tcPr>
            <w:tcW w:w="5669" w:type="dxa"/>
            <w:vAlign w:val="center"/>
          </w:tcPr>
          <w:p w14:paraId="580E0145"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791545" w:rsidRPr="00C40B3B" w14:paraId="57267036" w14:textId="77777777" w:rsidTr="0026293E">
        <w:tc>
          <w:tcPr>
            <w:tcW w:w="3969" w:type="dxa"/>
            <w:vAlign w:val="center"/>
          </w:tcPr>
          <w:p w14:paraId="20D8DC85" w14:textId="77777777" w:rsidR="00791545" w:rsidRPr="00C40B3B" w:rsidRDefault="00551C53">
            <w:pPr>
              <w:rPr>
                <w:rFonts w:ascii="Arial" w:hAnsi="Arial" w:cs="Arial"/>
              </w:rPr>
            </w:pPr>
            <w:r w:rsidRPr="00C40B3B">
              <w:rPr>
                <w:rFonts w:ascii="Arial" w:hAnsi="Arial"/>
              </w:rPr>
              <w:t>Número de móvil</w:t>
            </w:r>
          </w:p>
        </w:tc>
        <w:tc>
          <w:tcPr>
            <w:tcW w:w="5669" w:type="dxa"/>
            <w:vAlign w:val="center"/>
          </w:tcPr>
          <w:p w14:paraId="3A909164"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26293E" w:rsidRPr="00C40B3B" w14:paraId="4EF7A255" w14:textId="77777777" w:rsidTr="0026293E">
        <w:tc>
          <w:tcPr>
            <w:tcW w:w="3969" w:type="dxa"/>
          </w:tcPr>
          <w:p w14:paraId="78AB9B02" w14:textId="2B619414" w:rsidR="0026293E" w:rsidRPr="00C40B3B" w:rsidRDefault="0026293E" w:rsidP="0026293E">
            <w:pPr>
              <w:rPr>
                <w:rFonts w:ascii="Arial" w:hAnsi="Arial" w:cs="Arial"/>
              </w:rPr>
            </w:pPr>
            <w:r w:rsidRPr="00C40B3B">
              <w:rPr>
                <w:rFonts w:ascii="Arial" w:hAnsi="Arial"/>
              </w:rPr>
              <w:t xml:space="preserve">Lengua para la notificación de los documentos oficiales relacionados con este procedimiento de subvención – </w:t>
            </w:r>
            <w:r w:rsidRPr="00C40B3B">
              <w:rPr>
                <w:rFonts w:ascii="Arial" w:hAnsi="Arial"/>
                <w:i/>
                <w:sz w:val="20"/>
              </w:rPr>
              <w:t xml:space="preserve">Elija </w:t>
            </w:r>
            <w:r w:rsidRPr="00C40B3B">
              <w:rPr>
                <w:rFonts w:ascii="Arial" w:hAnsi="Arial"/>
                <w:b/>
                <w:i/>
                <w:sz w:val="20"/>
              </w:rPr>
              <w:t>solo una</w:t>
            </w:r>
          </w:p>
        </w:tc>
        <w:tc>
          <w:tcPr>
            <w:tcW w:w="5669" w:type="dxa"/>
          </w:tcPr>
          <w:p w14:paraId="4734A044" w14:textId="77777777" w:rsidR="00F447E9" w:rsidRPr="00C40B3B" w:rsidRDefault="00000000" w:rsidP="0026293E">
            <w:pPr>
              <w:rPr>
                <w:rFonts w:ascii="Arial" w:hAnsi="Arial" w:cs="Arial"/>
              </w:rPr>
            </w:pPr>
            <w:sdt>
              <w:sdtPr>
                <w:rPr>
                  <w:rStyle w:val="DNEx1"/>
                </w:rPr>
                <w:id w:val="-1312785823"/>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Búlgaro</w:t>
            </w:r>
          </w:p>
          <w:p w14:paraId="4456A127" w14:textId="126B1917" w:rsidR="00F447E9" w:rsidRPr="00C40B3B" w:rsidRDefault="00000000" w:rsidP="0026293E">
            <w:pPr>
              <w:rPr>
                <w:rFonts w:ascii="Arial" w:hAnsi="Arial" w:cs="Arial"/>
              </w:rPr>
            </w:pPr>
            <w:sdt>
              <w:sdtPr>
                <w:rPr>
                  <w:rStyle w:val="DNEx1"/>
                </w:rPr>
                <w:id w:val="544790817"/>
                <w14:checkbox>
                  <w14:checked w14:val="0"/>
                  <w14:checkedState w14:val="2612" w14:font="MS Gothic"/>
                  <w14:uncheckedState w14:val="2610" w14:font="MS Gothic"/>
                </w14:checkbox>
              </w:sdtPr>
              <w:sdtContent>
                <w:r w:rsidR="00802691" w:rsidRPr="00C40B3B">
                  <w:rPr>
                    <w:rStyle w:val="DNEx1"/>
                    <w:rFonts w:hint="eastAsia"/>
                  </w:rPr>
                  <w:t>☐</w:t>
                </w:r>
              </w:sdtContent>
            </w:sdt>
            <w:r w:rsidR="00EC54E3" w:rsidRPr="00C40B3B">
              <w:rPr>
                <w:rFonts w:ascii="Arial" w:hAnsi="Arial"/>
              </w:rPr>
              <w:t xml:space="preserve"> Croata</w:t>
            </w:r>
          </w:p>
          <w:p w14:paraId="21C6A7AA" w14:textId="6992EB38" w:rsidR="00F447E9" w:rsidRPr="00C40B3B" w:rsidRDefault="00000000" w:rsidP="0026293E">
            <w:pPr>
              <w:rPr>
                <w:rFonts w:ascii="Arial" w:hAnsi="Arial" w:cs="Arial"/>
              </w:rPr>
            </w:pPr>
            <w:sdt>
              <w:sdtPr>
                <w:rPr>
                  <w:rStyle w:val="DNEx1"/>
                </w:rPr>
                <w:id w:val="-1913685329"/>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Checo</w:t>
            </w:r>
          </w:p>
          <w:p w14:paraId="0B4C70A1" w14:textId="4F2D8EA8" w:rsidR="00F447E9" w:rsidRPr="00C40B3B" w:rsidRDefault="00000000" w:rsidP="0026293E">
            <w:pPr>
              <w:rPr>
                <w:rFonts w:ascii="Arial" w:hAnsi="Arial" w:cs="Arial"/>
              </w:rPr>
            </w:pPr>
            <w:sdt>
              <w:sdtPr>
                <w:rPr>
                  <w:rStyle w:val="DNEx1"/>
                </w:rPr>
                <w:id w:val="975028447"/>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Danés</w:t>
            </w:r>
          </w:p>
          <w:p w14:paraId="2BEDBF7A" w14:textId="1439DFD3" w:rsidR="00F447E9" w:rsidRPr="00C40B3B" w:rsidRDefault="00000000" w:rsidP="0026293E">
            <w:pPr>
              <w:rPr>
                <w:rFonts w:ascii="Arial" w:hAnsi="Arial" w:cs="Arial"/>
              </w:rPr>
            </w:pPr>
            <w:sdt>
              <w:sdtPr>
                <w:rPr>
                  <w:rStyle w:val="DNEx1"/>
                </w:rPr>
                <w:id w:val="603078016"/>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Neerlandés</w:t>
            </w:r>
          </w:p>
          <w:p w14:paraId="0B3F5FF0" w14:textId="664289BF" w:rsidR="00F447E9" w:rsidRPr="00C40B3B" w:rsidRDefault="00000000" w:rsidP="0026293E">
            <w:pPr>
              <w:rPr>
                <w:rFonts w:ascii="Arial" w:hAnsi="Arial" w:cs="Arial"/>
              </w:rPr>
            </w:pPr>
            <w:sdt>
              <w:sdtPr>
                <w:rPr>
                  <w:rStyle w:val="DNEx1"/>
                </w:rPr>
                <w:id w:val="-1681663947"/>
                <w14:checkbox>
                  <w14:checked w14:val="0"/>
                  <w14:checkedState w14:val="2612" w14:font="MS Gothic"/>
                  <w14:uncheckedState w14:val="2610" w14:font="MS Gothic"/>
                </w14:checkbox>
              </w:sdtPr>
              <w:sdtContent>
                <w:r w:rsidR="00802691" w:rsidRPr="00C40B3B">
                  <w:rPr>
                    <w:rStyle w:val="DNEx1"/>
                    <w:rFonts w:hint="eastAsia"/>
                  </w:rPr>
                  <w:t>☐</w:t>
                </w:r>
              </w:sdtContent>
            </w:sdt>
            <w:r w:rsidR="00EC54E3" w:rsidRPr="00C40B3B">
              <w:rPr>
                <w:rFonts w:ascii="Arial" w:hAnsi="Arial"/>
              </w:rPr>
              <w:t xml:space="preserve"> Estonio</w:t>
            </w:r>
          </w:p>
          <w:p w14:paraId="1324B14E" w14:textId="3D97FFDC" w:rsidR="00F447E9" w:rsidRPr="00C40B3B" w:rsidRDefault="00000000" w:rsidP="0026293E">
            <w:pPr>
              <w:rPr>
                <w:rFonts w:ascii="Arial" w:hAnsi="Arial" w:cs="Arial"/>
              </w:rPr>
            </w:pPr>
            <w:sdt>
              <w:sdtPr>
                <w:rPr>
                  <w:rStyle w:val="DNEx1"/>
                </w:rPr>
                <w:id w:val="1485743946"/>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Finés</w:t>
            </w:r>
          </w:p>
          <w:p w14:paraId="23A6F341" w14:textId="55CC2141" w:rsidR="00F447E9" w:rsidRPr="00C40B3B" w:rsidRDefault="00000000" w:rsidP="0026293E">
            <w:pPr>
              <w:rPr>
                <w:rFonts w:ascii="Arial" w:hAnsi="Arial" w:cs="Arial"/>
              </w:rPr>
            </w:pPr>
            <w:sdt>
              <w:sdtPr>
                <w:rPr>
                  <w:rStyle w:val="DNEx1"/>
                </w:rPr>
                <w:id w:val="114027623"/>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Francés</w:t>
            </w:r>
          </w:p>
          <w:p w14:paraId="21DECA56" w14:textId="0B785D7B" w:rsidR="00F447E9" w:rsidRPr="00C40B3B" w:rsidRDefault="00000000" w:rsidP="0026293E">
            <w:pPr>
              <w:rPr>
                <w:rFonts w:ascii="Arial" w:hAnsi="Arial" w:cs="Arial"/>
              </w:rPr>
            </w:pPr>
            <w:sdt>
              <w:sdtPr>
                <w:rPr>
                  <w:rStyle w:val="DNEx1"/>
                </w:rPr>
                <w:id w:val="1110167571"/>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Alemán</w:t>
            </w:r>
          </w:p>
          <w:p w14:paraId="0A107243" w14:textId="6C736461" w:rsidR="00F447E9" w:rsidRPr="00C40B3B" w:rsidRDefault="00000000" w:rsidP="0026293E">
            <w:pPr>
              <w:rPr>
                <w:rFonts w:ascii="Arial" w:hAnsi="Arial" w:cs="Arial"/>
              </w:rPr>
            </w:pPr>
            <w:sdt>
              <w:sdtPr>
                <w:rPr>
                  <w:rStyle w:val="DNEx1"/>
                </w:rPr>
                <w:id w:val="1898317699"/>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Griego</w:t>
            </w:r>
          </w:p>
          <w:p w14:paraId="1ACFB0A9" w14:textId="52DD2CE7" w:rsidR="00F447E9" w:rsidRPr="00C40B3B" w:rsidRDefault="00000000" w:rsidP="0026293E">
            <w:pPr>
              <w:rPr>
                <w:rFonts w:ascii="Arial" w:hAnsi="Arial" w:cs="Arial"/>
              </w:rPr>
            </w:pPr>
            <w:sdt>
              <w:sdtPr>
                <w:rPr>
                  <w:rStyle w:val="DNEx1"/>
                </w:rPr>
                <w:id w:val="-509066145"/>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Húngaro</w:t>
            </w:r>
          </w:p>
          <w:p w14:paraId="7CF27442" w14:textId="7F4BD24C" w:rsidR="00F447E9" w:rsidRPr="00C40B3B" w:rsidRDefault="00000000" w:rsidP="0026293E">
            <w:pPr>
              <w:rPr>
                <w:rFonts w:ascii="Arial" w:hAnsi="Arial" w:cs="Arial"/>
              </w:rPr>
            </w:pPr>
            <w:sdt>
              <w:sdtPr>
                <w:rPr>
                  <w:rStyle w:val="DNEx1"/>
                </w:rPr>
                <w:id w:val="-83848804"/>
                <w14:checkbox>
                  <w14:checked w14:val="0"/>
                  <w14:checkedState w14:val="2612" w14:font="MS Gothic"/>
                  <w14:uncheckedState w14:val="2610" w14:font="MS Gothic"/>
                </w14:checkbox>
              </w:sdtPr>
              <w:sdtContent>
                <w:r w:rsidR="00356C22" w:rsidRPr="00C40B3B">
                  <w:rPr>
                    <w:rStyle w:val="DNEx1"/>
                    <w:rFonts w:hint="eastAsia"/>
                  </w:rPr>
                  <w:t>☐</w:t>
                </w:r>
              </w:sdtContent>
            </w:sdt>
            <w:r w:rsidR="00EC54E3" w:rsidRPr="00C40B3B">
              <w:rPr>
                <w:rFonts w:ascii="Arial" w:hAnsi="Arial"/>
              </w:rPr>
              <w:t xml:space="preserve"> Italiano</w:t>
            </w:r>
          </w:p>
          <w:p w14:paraId="6288FCB9" w14:textId="063A12DE" w:rsidR="00F447E9" w:rsidRPr="00C40B3B" w:rsidRDefault="00000000" w:rsidP="0026293E">
            <w:pPr>
              <w:rPr>
                <w:rFonts w:ascii="Arial" w:hAnsi="Arial" w:cs="Arial"/>
              </w:rPr>
            </w:pPr>
            <w:sdt>
              <w:sdtPr>
                <w:rPr>
                  <w:rStyle w:val="DNEx1"/>
                </w:rPr>
                <w:id w:val="-1705252951"/>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Letón</w:t>
            </w:r>
          </w:p>
          <w:p w14:paraId="6A2863CE" w14:textId="04E50F4F" w:rsidR="00F447E9" w:rsidRPr="00C40B3B" w:rsidRDefault="00000000" w:rsidP="0026293E">
            <w:pPr>
              <w:rPr>
                <w:rFonts w:ascii="Arial" w:hAnsi="Arial" w:cs="Arial"/>
              </w:rPr>
            </w:pPr>
            <w:sdt>
              <w:sdtPr>
                <w:rPr>
                  <w:rStyle w:val="DNEx1"/>
                </w:rPr>
                <w:id w:val="-229777384"/>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Lituano</w:t>
            </w:r>
          </w:p>
          <w:p w14:paraId="094ECBD3" w14:textId="7C1FC729" w:rsidR="00F447E9" w:rsidRPr="00C40B3B" w:rsidRDefault="00000000" w:rsidP="0026293E">
            <w:pPr>
              <w:rPr>
                <w:rFonts w:ascii="Arial" w:hAnsi="Arial" w:cs="Arial"/>
              </w:rPr>
            </w:pPr>
            <w:sdt>
              <w:sdtPr>
                <w:rPr>
                  <w:rStyle w:val="DNEx1"/>
                </w:rPr>
                <w:id w:val="-23563930"/>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Maltés</w:t>
            </w:r>
          </w:p>
          <w:p w14:paraId="5DFA56AB" w14:textId="70CD269A" w:rsidR="00F447E9" w:rsidRPr="00C40B3B" w:rsidRDefault="00000000" w:rsidP="0026293E">
            <w:pPr>
              <w:rPr>
                <w:rFonts w:ascii="Arial" w:hAnsi="Arial" w:cs="Arial"/>
              </w:rPr>
            </w:pPr>
            <w:sdt>
              <w:sdtPr>
                <w:rPr>
                  <w:rStyle w:val="DNEx1"/>
                </w:rPr>
                <w:id w:val="-621528780"/>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Polaco</w:t>
            </w:r>
          </w:p>
          <w:p w14:paraId="212EA342" w14:textId="69863DB6" w:rsidR="00F447E9" w:rsidRPr="00C40B3B" w:rsidRDefault="00000000" w:rsidP="0026293E">
            <w:pPr>
              <w:rPr>
                <w:rFonts w:ascii="Arial" w:hAnsi="Arial" w:cs="Arial"/>
              </w:rPr>
            </w:pPr>
            <w:sdt>
              <w:sdtPr>
                <w:rPr>
                  <w:rStyle w:val="DNEx1"/>
                </w:rPr>
                <w:id w:val="-1149203208"/>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Portugués</w:t>
            </w:r>
          </w:p>
          <w:p w14:paraId="458D65F8" w14:textId="3D19C886" w:rsidR="00F447E9" w:rsidRPr="00C40B3B" w:rsidRDefault="00000000" w:rsidP="0026293E">
            <w:pPr>
              <w:rPr>
                <w:rFonts w:ascii="Arial" w:hAnsi="Arial" w:cs="Arial"/>
              </w:rPr>
            </w:pPr>
            <w:sdt>
              <w:sdtPr>
                <w:rPr>
                  <w:rStyle w:val="DNEx1"/>
                </w:rPr>
                <w:id w:val="-1373070955"/>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Rumano</w:t>
            </w:r>
          </w:p>
          <w:p w14:paraId="629761BC" w14:textId="1B667B1A" w:rsidR="00F447E9" w:rsidRPr="00C40B3B" w:rsidRDefault="00000000" w:rsidP="0026293E">
            <w:pPr>
              <w:rPr>
                <w:rFonts w:ascii="Arial" w:hAnsi="Arial" w:cs="Arial"/>
              </w:rPr>
            </w:pPr>
            <w:sdt>
              <w:sdtPr>
                <w:rPr>
                  <w:rStyle w:val="DNEx1"/>
                </w:rPr>
                <w:id w:val="1475881406"/>
                <w14:checkbox>
                  <w14:checked w14:val="0"/>
                  <w14:checkedState w14:val="2612" w14:font="MS Gothic"/>
                  <w14:uncheckedState w14:val="2610" w14:font="MS Gothic"/>
                </w14:checkbox>
              </w:sdtPr>
              <w:sdtContent>
                <w:r w:rsidR="00F447E9" w:rsidRPr="00C40B3B">
                  <w:rPr>
                    <w:rStyle w:val="DNEx1"/>
                    <w:rFonts w:hint="eastAsia"/>
                  </w:rPr>
                  <w:t>☐</w:t>
                </w:r>
              </w:sdtContent>
            </w:sdt>
            <w:r w:rsidR="00EC54E3" w:rsidRPr="00C40B3B">
              <w:rPr>
                <w:rFonts w:ascii="Arial" w:hAnsi="Arial"/>
              </w:rPr>
              <w:t xml:space="preserve"> Eslovaco</w:t>
            </w:r>
          </w:p>
          <w:p w14:paraId="2B07BDC6" w14:textId="4395BD99" w:rsidR="00F447E9" w:rsidRPr="00C40B3B" w:rsidRDefault="00000000" w:rsidP="0026293E">
            <w:pPr>
              <w:rPr>
                <w:rFonts w:ascii="Arial" w:hAnsi="Arial" w:cs="Arial"/>
              </w:rPr>
            </w:pPr>
            <w:sdt>
              <w:sdtPr>
                <w:rPr>
                  <w:rStyle w:val="DNEx1"/>
                </w:rPr>
                <w:id w:val="-351336150"/>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Esloveno</w:t>
            </w:r>
          </w:p>
          <w:p w14:paraId="4D28CED7" w14:textId="1238E076" w:rsidR="00F447E9" w:rsidRPr="00C40B3B" w:rsidRDefault="00000000" w:rsidP="0026293E">
            <w:pPr>
              <w:rPr>
                <w:rFonts w:ascii="Arial" w:hAnsi="Arial" w:cs="Arial"/>
              </w:rPr>
            </w:pPr>
            <w:sdt>
              <w:sdtPr>
                <w:rPr>
                  <w:rStyle w:val="DNEx1"/>
                </w:rPr>
                <w:id w:val="1558975380"/>
                <w14:checkbox>
                  <w14:checked w14:val="0"/>
                  <w14:checkedState w14:val="2612" w14:font="MS Gothic"/>
                  <w14:uncheckedState w14:val="2610" w14:font="MS Gothic"/>
                </w14:checkbox>
              </w:sdtPr>
              <w:sdtContent>
                <w:r w:rsidR="00F447E9" w:rsidRPr="00C40B3B">
                  <w:rPr>
                    <w:rStyle w:val="DNEx1"/>
                    <w:rFonts w:hint="eastAsia"/>
                  </w:rPr>
                  <w:t>☐</w:t>
                </w:r>
              </w:sdtContent>
            </w:sdt>
            <w:r w:rsidR="00EC54E3" w:rsidRPr="00C40B3B">
              <w:rPr>
                <w:rFonts w:ascii="Arial" w:hAnsi="Arial"/>
              </w:rPr>
              <w:t xml:space="preserve"> Español</w:t>
            </w:r>
          </w:p>
          <w:p w14:paraId="7366EF4F" w14:textId="0847FFB1" w:rsidR="0026293E" w:rsidRPr="00C40B3B" w:rsidRDefault="00000000" w:rsidP="0026293E">
            <w:pPr>
              <w:rPr>
                <w:rFonts w:ascii="Arial" w:hAnsi="Arial" w:cs="Arial"/>
              </w:rPr>
            </w:pPr>
            <w:sdt>
              <w:sdtPr>
                <w:rPr>
                  <w:rStyle w:val="DNEx1"/>
                </w:rPr>
                <w:id w:val="664905755"/>
                <w14:checkbox>
                  <w14:checked w14:val="0"/>
                  <w14:checkedState w14:val="2612" w14:font="MS Gothic"/>
                  <w14:uncheckedState w14:val="2610" w14:font="MS Gothic"/>
                </w14:checkbox>
              </w:sdtPr>
              <w:sdtContent>
                <w:r w:rsidR="00F447E9" w:rsidRPr="00C40B3B">
                  <w:rPr>
                    <w:rStyle w:val="DNEx1"/>
                    <w:rFonts w:hint="eastAsia"/>
                  </w:rPr>
                  <w:t>☐</w:t>
                </w:r>
              </w:sdtContent>
            </w:sdt>
            <w:r w:rsidR="00EC54E3" w:rsidRPr="00C40B3B">
              <w:rPr>
                <w:rFonts w:ascii="Arial" w:hAnsi="Arial"/>
              </w:rPr>
              <w:t xml:space="preserve"> Sueco</w:t>
            </w:r>
          </w:p>
        </w:tc>
      </w:tr>
      <w:tr w:rsidR="0026293E" w:rsidRPr="00C40B3B" w14:paraId="1992EE36" w14:textId="77777777" w:rsidTr="0026293E">
        <w:tc>
          <w:tcPr>
            <w:tcW w:w="3969" w:type="dxa"/>
          </w:tcPr>
          <w:p w14:paraId="0D1B81CE" w14:textId="597A7A90" w:rsidR="0026293E" w:rsidRPr="00C40B3B" w:rsidRDefault="0026293E" w:rsidP="0026293E">
            <w:pPr>
              <w:rPr>
                <w:rFonts w:ascii="Arial" w:hAnsi="Arial" w:cs="Arial"/>
              </w:rPr>
            </w:pPr>
            <w:r w:rsidRPr="00C40B3B">
              <w:rPr>
                <w:rFonts w:ascii="Arial" w:hAnsi="Arial"/>
              </w:rPr>
              <w:lastRenderedPageBreak/>
              <w:t xml:space="preserve">Lengua de comunicación con el Centro de Información de la EUIPO — </w:t>
            </w:r>
            <w:r w:rsidRPr="00C40B3B">
              <w:rPr>
                <w:rFonts w:ascii="Arial" w:hAnsi="Arial"/>
                <w:i/>
                <w:sz w:val="20"/>
              </w:rPr>
              <w:t xml:space="preserve"> Elija </w:t>
            </w:r>
            <w:r w:rsidRPr="00C40B3B">
              <w:rPr>
                <w:rFonts w:ascii="Arial" w:hAnsi="Arial"/>
                <w:b/>
                <w:i/>
                <w:sz w:val="20"/>
              </w:rPr>
              <w:t>solo una</w:t>
            </w:r>
          </w:p>
        </w:tc>
        <w:tc>
          <w:tcPr>
            <w:tcW w:w="5669" w:type="dxa"/>
          </w:tcPr>
          <w:p w14:paraId="4A96346A" w14:textId="44E30E2F" w:rsidR="0026293E" w:rsidRPr="00C40B3B" w:rsidRDefault="00000000" w:rsidP="0026293E">
            <w:pPr>
              <w:rPr>
                <w:rFonts w:ascii="Arial" w:hAnsi="Arial" w:cs="Arial"/>
              </w:rPr>
            </w:pPr>
            <w:sdt>
              <w:sdtPr>
                <w:rPr>
                  <w:rStyle w:val="DNEx1"/>
                </w:rPr>
                <w:id w:val="845443175"/>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Inglés</w:t>
            </w:r>
          </w:p>
          <w:p w14:paraId="7F659D7F" w14:textId="7FCA7B45" w:rsidR="0026293E" w:rsidRPr="00C40B3B" w:rsidRDefault="00000000" w:rsidP="0026293E">
            <w:pPr>
              <w:rPr>
                <w:rFonts w:ascii="Arial" w:hAnsi="Arial" w:cs="Arial"/>
              </w:rPr>
            </w:pPr>
            <w:sdt>
              <w:sdtPr>
                <w:rPr>
                  <w:rStyle w:val="DNEx1"/>
                </w:rPr>
                <w:id w:val="-295841963"/>
                <w14:checkbox>
                  <w14:checked w14:val="0"/>
                  <w14:checkedState w14:val="2612" w14:font="MS Gothic"/>
                  <w14:uncheckedState w14:val="2610" w14:font="MS Gothic"/>
                </w14:checkbox>
              </w:sdtPr>
              <w:sdtContent>
                <w:r w:rsidR="00F447E9" w:rsidRPr="00C40B3B">
                  <w:rPr>
                    <w:rStyle w:val="DNEx1"/>
                    <w:rFonts w:hint="eastAsia"/>
                  </w:rPr>
                  <w:t>☐</w:t>
                </w:r>
              </w:sdtContent>
            </w:sdt>
            <w:r w:rsidR="00EC54E3" w:rsidRPr="00C40B3B">
              <w:rPr>
                <w:rFonts w:ascii="Arial" w:hAnsi="Arial"/>
              </w:rPr>
              <w:t xml:space="preserve"> Francés</w:t>
            </w:r>
          </w:p>
          <w:p w14:paraId="78580CEA" w14:textId="3182C1F8" w:rsidR="0026293E" w:rsidRPr="00C40B3B" w:rsidRDefault="00000000" w:rsidP="0026293E">
            <w:pPr>
              <w:rPr>
                <w:rFonts w:ascii="Arial" w:hAnsi="Arial" w:cs="Arial"/>
              </w:rPr>
            </w:pPr>
            <w:sdt>
              <w:sdtPr>
                <w:rPr>
                  <w:rStyle w:val="DNEx1"/>
                </w:rPr>
                <w:id w:val="-1026176134"/>
                <w14:checkbox>
                  <w14:checked w14:val="0"/>
                  <w14:checkedState w14:val="2612" w14:font="MS Gothic"/>
                  <w14:uncheckedState w14:val="2610" w14:font="MS Gothic"/>
                </w14:checkbox>
              </w:sdtPr>
              <w:sdtContent>
                <w:r w:rsidR="00F447E9" w:rsidRPr="00C40B3B">
                  <w:rPr>
                    <w:rStyle w:val="DNEx1"/>
                    <w:rFonts w:hint="eastAsia"/>
                  </w:rPr>
                  <w:t>☐</w:t>
                </w:r>
              </w:sdtContent>
            </w:sdt>
            <w:r w:rsidR="00EC54E3" w:rsidRPr="00C40B3B">
              <w:rPr>
                <w:rFonts w:ascii="Arial" w:hAnsi="Arial"/>
              </w:rPr>
              <w:t xml:space="preserve"> Alemán</w:t>
            </w:r>
          </w:p>
          <w:p w14:paraId="64F46FE8" w14:textId="2D3C0C77" w:rsidR="0026293E" w:rsidRPr="00C40B3B" w:rsidRDefault="00000000" w:rsidP="0026293E">
            <w:pPr>
              <w:rPr>
                <w:rFonts w:ascii="Arial" w:hAnsi="Arial" w:cs="Arial"/>
              </w:rPr>
            </w:pPr>
            <w:sdt>
              <w:sdtPr>
                <w:rPr>
                  <w:rStyle w:val="DNEx1"/>
                </w:rPr>
                <w:id w:val="994924404"/>
                <w14:checkbox>
                  <w14:checked w14:val="0"/>
                  <w14:checkedState w14:val="2612" w14:font="MS Gothic"/>
                  <w14:uncheckedState w14:val="2610" w14:font="MS Gothic"/>
                </w14:checkbox>
              </w:sdtPr>
              <w:sdtContent>
                <w:r w:rsidR="003C73B5" w:rsidRPr="00C40B3B">
                  <w:rPr>
                    <w:rStyle w:val="DNEx1"/>
                    <w:rFonts w:hint="eastAsia"/>
                  </w:rPr>
                  <w:t>☐</w:t>
                </w:r>
              </w:sdtContent>
            </w:sdt>
            <w:r w:rsidR="00EC54E3" w:rsidRPr="00C40B3B">
              <w:rPr>
                <w:rFonts w:ascii="Arial" w:hAnsi="Arial"/>
              </w:rPr>
              <w:t xml:space="preserve"> Italiano</w:t>
            </w:r>
          </w:p>
          <w:p w14:paraId="1075FDB6" w14:textId="251E62AA" w:rsidR="0026293E" w:rsidRPr="00C40B3B" w:rsidRDefault="00000000" w:rsidP="0026293E">
            <w:pPr>
              <w:rPr>
                <w:rFonts w:ascii="Arial" w:hAnsi="Arial" w:cs="Arial"/>
              </w:rPr>
            </w:pPr>
            <w:sdt>
              <w:sdtPr>
                <w:rPr>
                  <w:rStyle w:val="DNEx1"/>
                </w:rPr>
                <w:id w:val="1263723528"/>
                <w14:checkbox>
                  <w14:checked w14:val="0"/>
                  <w14:checkedState w14:val="2612" w14:font="MS Gothic"/>
                  <w14:uncheckedState w14:val="2610" w14:font="MS Gothic"/>
                </w14:checkbox>
              </w:sdtPr>
              <w:sdtContent>
                <w:r w:rsidR="00F447E9" w:rsidRPr="00C40B3B">
                  <w:rPr>
                    <w:rStyle w:val="DNEx1"/>
                    <w:rFonts w:hint="eastAsia"/>
                  </w:rPr>
                  <w:t>☐</w:t>
                </w:r>
              </w:sdtContent>
            </w:sdt>
            <w:r w:rsidR="00EC54E3" w:rsidRPr="00C40B3B">
              <w:rPr>
                <w:rFonts w:ascii="Arial" w:hAnsi="Arial"/>
              </w:rPr>
              <w:t xml:space="preserve"> Español</w:t>
            </w:r>
          </w:p>
        </w:tc>
      </w:tr>
    </w:tbl>
    <w:p w14:paraId="22037BE6" w14:textId="77777777" w:rsidR="00414A69" w:rsidRPr="00C40B3B" w:rsidRDefault="00414A69" w:rsidP="00414A69">
      <w:pPr>
        <w:rPr>
          <w:rFonts w:ascii="Arial" w:hAnsi="Arial" w:cs="Arial"/>
        </w:rPr>
      </w:pPr>
    </w:p>
    <w:p w14:paraId="7AB4E9C3" w14:textId="4BE099A2" w:rsidR="00414A69" w:rsidRPr="00C40B3B" w:rsidRDefault="00414A69" w:rsidP="00EC54E3">
      <w:pPr>
        <w:pStyle w:val="Style3"/>
      </w:pPr>
      <w:r w:rsidRPr="00C40B3B">
        <w:t>SOLO agrupaciones de productores</w:t>
      </w:r>
      <w:r w:rsidRPr="00C40B3B">
        <w:rPr>
          <w:b w:val="0"/>
          <w:i/>
          <w:color w:val="auto"/>
          <w:sz w:val="20"/>
        </w:rPr>
        <w:t xml:space="preserve"> —</w:t>
      </w:r>
      <w:r w:rsidRPr="00C40B3B">
        <w:rPr>
          <w:color w:val="auto"/>
        </w:rPr>
        <w:t xml:space="preserve"> </w:t>
      </w:r>
      <w:r w:rsidRPr="00C40B3B">
        <w:rPr>
          <w:b w:val="0"/>
          <w:i/>
          <w:color w:val="auto"/>
          <w:sz w:val="20"/>
        </w:rPr>
        <w:t xml:space="preserve">Cumpliméntese únicamente si el </w:t>
      </w:r>
      <w:r w:rsidRPr="00C40B3B">
        <w:rPr>
          <w:i/>
          <w:color w:val="auto"/>
          <w:sz w:val="20"/>
        </w:rPr>
        <w:t>solicitante es una agrupación de productores</w:t>
      </w:r>
      <w:r w:rsidRPr="00C40B3B">
        <w:rPr>
          <w:b w:val="0"/>
          <w:i/>
          <w:color w:val="auto"/>
          <w:sz w:val="20"/>
        </w:rPr>
        <w:t xml:space="preserve">, ya que al menos </w:t>
      </w:r>
      <w:r w:rsidRPr="00C40B3B">
        <w:rPr>
          <w:i/>
          <w:color w:val="auto"/>
          <w:sz w:val="20"/>
        </w:rPr>
        <w:t xml:space="preserve">uno </w:t>
      </w:r>
      <w:r w:rsidRPr="00C40B3B">
        <w:rPr>
          <w:b w:val="0"/>
          <w:i/>
          <w:color w:val="auto"/>
          <w:sz w:val="20"/>
        </w:rPr>
        <w:t xml:space="preserve"> de sus miembros debe cumplir los requisitos para ser considerado una pyme con arreglo a la definición de la Recomendación 2003/361/CE de la Comisión.</w:t>
      </w:r>
    </w:p>
    <w:tbl>
      <w:tblPr>
        <w:tblStyle w:val="TableGrid"/>
        <w:tblW w:w="9638" w:type="dxa"/>
        <w:tblLayout w:type="fixed"/>
        <w:tblLook w:val="04A0" w:firstRow="1" w:lastRow="0" w:firstColumn="1" w:lastColumn="0" w:noHBand="0" w:noVBand="1"/>
      </w:tblPr>
      <w:tblGrid>
        <w:gridCol w:w="3969"/>
        <w:gridCol w:w="5669"/>
      </w:tblGrid>
      <w:tr w:rsidR="00414A69" w:rsidRPr="00C40B3B" w14:paraId="4F3D8856" w14:textId="77777777" w:rsidTr="00414A69">
        <w:tc>
          <w:tcPr>
            <w:tcW w:w="3969" w:type="dxa"/>
            <w:vAlign w:val="center"/>
          </w:tcPr>
          <w:p w14:paraId="0978DB6C" w14:textId="6A7BA30B" w:rsidR="00414A69" w:rsidRPr="00C40B3B" w:rsidRDefault="00FE3397" w:rsidP="00414A69">
            <w:pPr>
              <w:rPr>
                <w:rFonts w:ascii="Arial" w:hAnsi="Arial" w:cs="Arial"/>
              </w:rPr>
            </w:pPr>
            <w:r w:rsidRPr="00C40B3B">
              <w:rPr>
                <w:rFonts w:ascii="Arial" w:hAnsi="Arial"/>
              </w:rPr>
              <w:t>Nombre de la pyme</w:t>
            </w:r>
          </w:p>
        </w:tc>
        <w:tc>
          <w:tcPr>
            <w:tcW w:w="5669" w:type="dxa"/>
            <w:vAlign w:val="center"/>
          </w:tcPr>
          <w:p w14:paraId="7C868231" w14:textId="77777777" w:rsidR="00414A69" w:rsidRPr="00C40B3B" w:rsidRDefault="00414A69" w:rsidP="00414A69">
            <w:pPr>
              <w:rPr>
                <w:rFonts w:ascii="Arial" w:hAnsi="Arial" w:cs="Arial"/>
              </w:rPr>
            </w:pPr>
            <w:r w:rsidRPr="00C40B3B">
              <w:rPr>
                <w:rFonts w:ascii="Arial" w:hAnsi="Arial"/>
              </w:rPr>
              <w:br/>
            </w:r>
            <w:r w:rsidRPr="00C40B3B">
              <w:rPr>
                <w:rFonts w:ascii="Arial" w:hAnsi="Arial"/>
              </w:rPr>
              <w:br/>
            </w:r>
          </w:p>
        </w:tc>
      </w:tr>
      <w:tr w:rsidR="00414A69" w:rsidRPr="00C40B3B" w14:paraId="6673A97B" w14:textId="77777777" w:rsidTr="00C40B3B">
        <w:trPr>
          <w:trHeight w:val="520"/>
        </w:trPr>
        <w:tc>
          <w:tcPr>
            <w:tcW w:w="3969" w:type="dxa"/>
            <w:vAlign w:val="center"/>
          </w:tcPr>
          <w:p w14:paraId="287AD6DC" w14:textId="0272BF23" w:rsidR="00414A69" w:rsidRPr="00C40B3B" w:rsidRDefault="00414A69" w:rsidP="00414A69">
            <w:pPr>
              <w:rPr>
                <w:rFonts w:ascii="Arial" w:hAnsi="Arial" w:cs="Arial"/>
              </w:rPr>
            </w:pPr>
            <w:r w:rsidRPr="00C40B3B">
              <w:rPr>
                <w:rFonts w:ascii="Arial" w:hAnsi="Arial"/>
              </w:rPr>
              <w:t>Dirección de correo electrónico</w:t>
            </w:r>
          </w:p>
        </w:tc>
        <w:tc>
          <w:tcPr>
            <w:tcW w:w="5669" w:type="dxa"/>
            <w:vAlign w:val="center"/>
          </w:tcPr>
          <w:p w14:paraId="0B91764A" w14:textId="77777777" w:rsidR="00414A69" w:rsidRPr="00C40B3B" w:rsidRDefault="00414A69" w:rsidP="00414A69">
            <w:pPr>
              <w:rPr>
                <w:rFonts w:ascii="Arial" w:hAnsi="Arial" w:cs="Arial"/>
              </w:rPr>
            </w:pPr>
          </w:p>
        </w:tc>
      </w:tr>
    </w:tbl>
    <w:p w14:paraId="06998BAF" w14:textId="77777777" w:rsidR="00414A69" w:rsidRPr="00C40B3B" w:rsidRDefault="00414A69">
      <w:pPr>
        <w:rPr>
          <w:rFonts w:ascii="Arial" w:hAnsi="Arial" w:cs="Arial"/>
        </w:rPr>
      </w:pPr>
    </w:p>
    <w:p w14:paraId="277CCB46" w14:textId="37735D86" w:rsidR="00791545" w:rsidRPr="00C40B3B" w:rsidRDefault="00AC4262" w:rsidP="00EC54E3">
      <w:pPr>
        <w:pStyle w:val="Style4"/>
      </w:pPr>
      <w:r w:rsidRPr="00C40B3B">
        <w:t>DATOS DE CONTACTO DEL REPRESENTANTE EXTERNO (</w:t>
      </w:r>
      <w:r w:rsidR="00844A13" w:rsidRPr="00C40B3B">
        <w:rPr>
          <w:vertAlign w:val="superscript"/>
        </w:rPr>
        <w:footnoteReference w:id="2"/>
      </w:r>
      <w:r w:rsidRPr="00C40B3B">
        <w:t>)</w:t>
      </w:r>
      <w:r w:rsidRPr="00C40B3B">
        <w:rPr>
          <w:b w:val="0"/>
          <w:i/>
          <w:color w:val="auto"/>
          <w:sz w:val="20"/>
        </w:rPr>
        <w:t xml:space="preserve"> – Rellene </w:t>
      </w:r>
      <w:r w:rsidRPr="00C40B3B">
        <w:rPr>
          <w:i/>
          <w:color w:val="auto"/>
          <w:sz w:val="20"/>
        </w:rPr>
        <w:t>solo</w:t>
      </w:r>
      <w:r w:rsidRPr="00C40B3B">
        <w:rPr>
          <w:b w:val="0"/>
          <w:i/>
          <w:color w:val="auto"/>
          <w:sz w:val="20"/>
        </w:rPr>
        <w:t xml:space="preserve"> cuando se haya autorizado a un representante externo (empresa de IP/consultoría/bufete de abogados) para actuar en nombre del solicitante en este procedimiento de subvención.</w:t>
      </w:r>
    </w:p>
    <w:tbl>
      <w:tblPr>
        <w:tblStyle w:val="TableGrid"/>
        <w:tblW w:w="9638" w:type="dxa"/>
        <w:tblLayout w:type="fixed"/>
        <w:tblLook w:val="04A0" w:firstRow="1" w:lastRow="0" w:firstColumn="1" w:lastColumn="0" w:noHBand="0" w:noVBand="1"/>
      </w:tblPr>
      <w:tblGrid>
        <w:gridCol w:w="3969"/>
        <w:gridCol w:w="5669"/>
      </w:tblGrid>
      <w:tr w:rsidR="00791545" w:rsidRPr="00C40B3B" w14:paraId="59F9DE5F" w14:textId="77777777" w:rsidTr="001A0320">
        <w:tc>
          <w:tcPr>
            <w:tcW w:w="3969" w:type="dxa"/>
            <w:vAlign w:val="center"/>
          </w:tcPr>
          <w:p w14:paraId="798EF7FF" w14:textId="5FD79E6B" w:rsidR="00791545" w:rsidRPr="00C40B3B" w:rsidRDefault="00551C53">
            <w:pPr>
              <w:rPr>
                <w:rFonts w:ascii="Arial" w:hAnsi="Arial" w:cs="Arial"/>
              </w:rPr>
            </w:pPr>
            <w:r w:rsidRPr="00C40B3B">
              <w:rPr>
                <w:rFonts w:ascii="Arial" w:hAnsi="Arial"/>
              </w:rPr>
              <w:t>Nombre del representante</w:t>
            </w:r>
          </w:p>
        </w:tc>
        <w:tc>
          <w:tcPr>
            <w:tcW w:w="5669" w:type="dxa"/>
            <w:vAlign w:val="center"/>
          </w:tcPr>
          <w:p w14:paraId="7CCCDAFC"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791545" w:rsidRPr="00C40B3B" w14:paraId="5691B2FA" w14:textId="77777777" w:rsidTr="001A0320">
        <w:tc>
          <w:tcPr>
            <w:tcW w:w="3969" w:type="dxa"/>
            <w:vAlign w:val="center"/>
          </w:tcPr>
          <w:p w14:paraId="61D4C0D8" w14:textId="6DE5464F" w:rsidR="00791545" w:rsidRPr="00C40B3B" w:rsidRDefault="00551C53">
            <w:pPr>
              <w:rPr>
                <w:rFonts w:ascii="Arial" w:hAnsi="Arial" w:cs="Arial"/>
              </w:rPr>
            </w:pPr>
            <w:r w:rsidRPr="00C40B3B">
              <w:rPr>
                <w:rFonts w:ascii="Arial" w:hAnsi="Arial"/>
              </w:rPr>
              <w:t>Dirección de correo electrónico del representante</w:t>
            </w:r>
          </w:p>
        </w:tc>
        <w:tc>
          <w:tcPr>
            <w:tcW w:w="5669" w:type="dxa"/>
            <w:vAlign w:val="center"/>
          </w:tcPr>
          <w:p w14:paraId="39F7129C"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791545" w:rsidRPr="00C40B3B" w14:paraId="00C41AB7" w14:textId="77777777" w:rsidTr="001A0320">
        <w:tc>
          <w:tcPr>
            <w:tcW w:w="3969" w:type="dxa"/>
            <w:vAlign w:val="center"/>
          </w:tcPr>
          <w:p w14:paraId="2E8C0586" w14:textId="6A85C56B" w:rsidR="00791545" w:rsidRPr="00C40B3B" w:rsidRDefault="00551C53">
            <w:pPr>
              <w:rPr>
                <w:rFonts w:ascii="Arial" w:hAnsi="Arial" w:cs="Arial"/>
              </w:rPr>
            </w:pPr>
            <w:r w:rsidRPr="00C40B3B">
              <w:rPr>
                <w:rFonts w:ascii="Arial" w:hAnsi="Arial"/>
              </w:rPr>
              <w:t>Nombre de la empresa de PI/consultoría/bufete de abogados</w:t>
            </w:r>
          </w:p>
        </w:tc>
        <w:tc>
          <w:tcPr>
            <w:tcW w:w="5669" w:type="dxa"/>
            <w:vAlign w:val="center"/>
          </w:tcPr>
          <w:p w14:paraId="4CBCC450"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1A0320" w:rsidRPr="00C40B3B" w14:paraId="283EB10C" w14:textId="77777777" w:rsidTr="001A0320">
        <w:tc>
          <w:tcPr>
            <w:tcW w:w="3969" w:type="dxa"/>
            <w:vAlign w:val="center"/>
          </w:tcPr>
          <w:p w14:paraId="638FE2EB" w14:textId="77777777" w:rsidR="001A0320" w:rsidRPr="00C40B3B" w:rsidRDefault="001A0320">
            <w:pPr>
              <w:rPr>
                <w:rFonts w:ascii="Arial" w:hAnsi="Arial" w:cs="Arial"/>
              </w:rPr>
            </w:pPr>
            <w:r w:rsidRPr="00C40B3B">
              <w:rPr>
                <w:rFonts w:ascii="Arial" w:hAnsi="Arial"/>
              </w:rPr>
              <w:t>Estoy autorizado a solicitar esta subvención en nombre de la entidad solicitante.</w:t>
            </w:r>
          </w:p>
          <w:p w14:paraId="64D10069" w14:textId="7E3D8855" w:rsidR="00F130C0" w:rsidRPr="00C40B3B" w:rsidRDefault="00F130C0">
            <w:pPr>
              <w:rPr>
                <w:rFonts w:ascii="Arial" w:hAnsi="Arial" w:cs="Arial"/>
              </w:rPr>
            </w:pPr>
          </w:p>
        </w:tc>
        <w:tc>
          <w:tcPr>
            <w:tcW w:w="5669" w:type="dxa"/>
            <w:vAlign w:val="center"/>
          </w:tcPr>
          <w:p w14:paraId="410998FB" w14:textId="0CCF12E2" w:rsidR="001A0320" w:rsidRPr="00C40B3B" w:rsidRDefault="001A0320">
            <w:pPr>
              <w:rPr>
                <w:rFonts w:ascii="Arial" w:hAnsi="Arial" w:cs="Arial"/>
              </w:rPr>
            </w:pPr>
            <w:r w:rsidRPr="00C40B3B">
              <w:rPr>
                <w:rFonts w:ascii="Segoe UI Symbol" w:hAnsi="Segoe UI Symbol"/>
              </w:rPr>
              <w:t>☐</w:t>
            </w:r>
            <w:r w:rsidRPr="00C40B3B">
              <w:rPr>
                <w:rFonts w:ascii="Arial" w:hAnsi="Arial"/>
              </w:rPr>
              <w:t xml:space="preserve"> Sí</w:t>
            </w:r>
          </w:p>
        </w:tc>
      </w:tr>
    </w:tbl>
    <w:p w14:paraId="7E41964C" w14:textId="77777777" w:rsidR="00791545" w:rsidRPr="00C40B3B" w:rsidRDefault="00791545">
      <w:pPr>
        <w:rPr>
          <w:rFonts w:ascii="Arial" w:hAnsi="Arial" w:cs="Arial"/>
        </w:rPr>
      </w:pPr>
    </w:p>
    <w:p w14:paraId="352FEE2D" w14:textId="73931A5F" w:rsidR="00791545" w:rsidRPr="00C40B3B" w:rsidRDefault="00551C53">
      <w:pPr>
        <w:pStyle w:val="Heading2"/>
        <w:rPr>
          <w:rFonts w:ascii="Arial" w:hAnsi="Arial" w:cs="Arial"/>
        </w:rPr>
      </w:pPr>
      <w:r w:rsidRPr="00C40B3B">
        <w:rPr>
          <w:rFonts w:ascii="Arial" w:hAnsi="Arial"/>
        </w:rPr>
        <w:lastRenderedPageBreak/>
        <w:t>DATOS BANCARIOS DE LA ENTIDAD SOLICITANTE</w:t>
      </w:r>
      <w:r w:rsidRPr="00C40B3B">
        <w:t> (</w:t>
      </w:r>
      <w:r w:rsidR="00844A13" w:rsidRPr="00C40B3B">
        <w:rPr>
          <w:vertAlign w:val="superscript"/>
        </w:rPr>
        <w:footnoteReference w:id="3"/>
      </w:r>
      <w:r w:rsidRPr="00C40B3B">
        <w:t>)</w:t>
      </w:r>
    </w:p>
    <w:tbl>
      <w:tblPr>
        <w:tblStyle w:val="TableGrid"/>
        <w:tblW w:w="0" w:type="auto"/>
        <w:tblLayout w:type="fixed"/>
        <w:tblLook w:val="04A0" w:firstRow="1" w:lastRow="0" w:firstColumn="1" w:lastColumn="0" w:noHBand="0" w:noVBand="1"/>
      </w:tblPr>
      <w:tblGrid>
        <w:gridCol w:w="3969"/>
        <w:gridCol w:w="5669"/>
      </w:tblGrid>
      <w:tr w:rsidR="00802691" w:rsidRPr="00C40B3B" w14:paraId="1D828949" w14:textId="77777777" w:rsidTr="00AC4262">
        <w:tc>
          <w:tcPr>
            <w:tcW w:w="3969" w:type="dxa"/>
            <w:vAlign w:val="center"/>
          </w:tcPr>
          <w:p w14:paraId="0AD11070" w14:textId="77777777" w:rsidR="00791545" w:rsidRPr="00C40B3B" w:rsidRDefault="00551C53">
            <w:pPr>
              <w:rPr>
                <w:rFonts w:ascii="Arial" w:hAnsi="Arial" w:cs="Arial"/>
              </w:rPr>
            </w:pPr>
            <w:r w:rsidRPr="00C40B3B">
              <w:rPr>
                <w:rFonts w:ascii="Arial" w:hAnsi="Arial"/>
              </w:rPr>
              <w:t>Nombre del banco</w:t>
            </w:r>
          </w:p>
        </w:tc>
        <w:tc>
          <w:tcPr>
            <w:tcW w:w="5669" w:type="dxa"/>
            <w:vAlign w:val="center"/>
          </w:tcPr>
          <w:p w14:paraId="1170553C"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802691" w:rsidRPr="00C40B3B" w14:paraId="37ED2EA3" w14:textId="77777777" w:rsidTr="00AC4262">
        <w:tc>
          <w:tcPr>
            <w:tcW w:w="3969" w:type="dxa"/>
            <w:vAlign w:val="center"/>
          </w:tcPr>
          <w:p w14:paraId="33D9689F" w14:textId="22F7CD42" w:rsidR="00791545" w:rsidRPr="00C40B3B" w:rsidRDefault="00551C53">
            <w:pPr>
              <w:rPr>
                <w:rFonts w:ascii="Arial" w:hAnsi="Arial" w:cs="Arial"/>
              </w:rPr>
            </w:pPr>
            <w:r w:rsidRPr="00C40B3B">
              <w:rPr>
                <w:rFonts w:ascii="Arial" w:hAnsi="Arial"/>
              </w:rPr>
              <w:t>Titular de la cuenta bancaria</w:t>
            </w:r>
          </w:p>
        </w:tc>
        <w:tc>
          <w:tcPr>
            <w:tcW w:w="5669" w:type="dxa"/>
            <w:vAlign w:val="center"/>
          </w:tcPr>
          <w:p w14:paraId="368F70F5"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802691" w:rsidRPr="00C40B3B" w14:paraId="39101E8C" w14:textId="77777777" w:rsidTr="00AC4262">
        <w:tc>
          <w:tcPr>
            <w:tcW w:w="3969" w:type="dxa"/>
            <w:vAlign w:val="center"/>
          </w:tcPr>
          <w:p w14:paraId="2122EF92" w14:textId="7EF26457" w:rsidR="00791545" w:rsidRPr="00C40B3B" w:rsidRDefault="006978D4">
            <w:pPr>
              <w:rPr>
                <w:rFonts w:ascii="Arial" w:hAnsi="Arial" w:cs="Arial"/>
              </w:rPr>
            </w:pPr>
            <w:r w:rsidRPr="00C40B3B">
              <w:rPr>
                <w:rFonts w:ascii="Arial" w:hAnsi="Arial"/>
              </w:rPr>
              <w:t>IBAN</w:t>
            </w:r>
          </w:p>
        </w:tc>
        <w:tc>
          <w:tcPr>
            <w:tcW w:w="5669" w:type="dxa"/>
            <w:vAlign w:val="center"/>
          </w:tcPr>
          <w:p w14:paraId="544D6B09"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r w:rsidR="00802691" w:rsidRPr="00C40B3B" w14:paraId="623377CE" w14:textId="77777777" w:rsidTr="00AC4262">
        <w:tc>
          <w:tcPr>
            <w:tcW w:w="3969" w:type="dxa"/>
            <w:vAlign w:val="center"/>
          </w:tcPr>
          <w:p w14:paraId="3A70B860" w14:textId="178A30E6" w:rsidR="00791545" w:rsidRPr="00C40B3B" w:rsidRDefault="006978D4">
            <w:pPr>
              <w:rPr>
                <w:rFonts w:ascii="Arial" w:hAnsi="Arial" w:cs="Arial"/>
              </w:rPr>
            </w:pPr>
            <w:r w:rsidRPr="00C40B3B">
              <w:rPr>
                <w:rFonts w:ascii="Arial" w:hAnsi="Arial"/>
              </w:rPr>
              <w:t>Código BIC/SWIFT</w:t>
            </w:r>
          </w:p>
        </w:tc>
        <w:tc>
          <w:tcPr>
            <w:tcW w:w="5669" w:type="dxa"/>
            <w:vAlign w:val="center"/>
          </w:tcPr>
          <w:p w14:paraId="115E1AB6" w14:textId="77777777" w:rsidR="00791545" w:rsidRPr="00C40B3B" w:rsidRDefault="00551C53">
            <w:pPr>
              <w:rPr>
                <w:rFonts w:ascii="Arial" w:hAnsi="Arial" w:cs="Arial"/>
              </w:rPr>
            </w:pPr>
            <w:r w:rsidRPr="00C40B3B">
              <w:rPr>
                <w:rFonts w:ascii="Arial" w:hAnsi="Arial"/>
              </w:rPr>
              <w:br/>
            </w:r>
            <w:r w:rsidRPr="00C40B3B">
              <w:rPr>
                <w:rFonts w:ascii="Arial" w:hAnsi="Arial"/>
              </w:rPr>
              <w:br/>
            </w:r>
          </w:p>
        </w:tc>
      </w:tr>
    </w:tbl>
    <w:p w14:paraId="6B8802CF" w14:textId="063BC506" w:rsidR="00791545" w:rsidRPr="00C40B3B" w:rsidRDefault="00791545" w:rsidP="00213795">
      <w:pPr>
        <w:rPr>
          <w:rFonts w:ascii="Arial" w:hAnsi="Arial" w:cs="Arial"/>
          <w:highlight w:val="yellow"/>
        </w:rPr>
      </w:pPr>
    </w:p>
    <w:p w14:paraId="008ACFD1" w14:textId="77777777" w:rsidR="001A0320" w:rsidRPr="00C40B3B" w:rsidRDefault="001A0320" w:rsidP="001A0320">
      <w:pPr>
        <w:rPr>
          <w:rFonts w:ascii="Arial" w:hAnsi="Arial" w:cs="Arial"/>
        </w:rPr>
      </w:pPr>
      <w:r w:rsidRPr="00C40B3B">
        <w:rPr>
          <w:rFonts w:ascii="Arial" w:hAnsi="Arial"/>
        </w:rPr>
        <w:t>El solicitante:</w:t>
      </w:r>
    </w:p>
    <w:p w14:paraId="685336AD" w14:textId="22BAA658" w:rsidR="001A0320" w:rsidRPr="00C40B3B" w:rsidRDefault="001A0320" w:rsidP="00F130C0">
      <w:pPr>
        <w:jc w:val="both"/>
        <w:rPr>
          <w:rFonts w:ascii="Arial" w:hAnsi="Arial" w:cs="Arial"/>
          <w:sz w:val="20"/>
          <w:szCs w:val="20"/>
        </w:rPr>
      </w:pPr>
      <w:r w:rsidRPr="00C40B3B">
        <w:rPr>
          <w:rStyle w:val="DNEx2"/>
        </w:rPr>
        <w:t>(1)</w:t>
      </w:r>
      <w:r w:rsidRPr="00C40B3B">
        <w:rPr>
          <w:rFonts w:ascii="Arial" w:hAnsi="Arial"/>
          <w:i/>
          <w:sz w:val="20"/>
        </w:rPr>
        <w:t xml:space="preserve"> declara que cumple los criterios de admisibilidad y selección establecidos en la convocatoria de propuestas;</w:t>
      </w:r>
    </w:p>
    <w:p w14:paraId="5B657C10" w14:textId="5009E674" w:rsidR="001A0320" w:rsidRPr="00C40B3B" w:rsidRDefault="001A0320" w:rsidP="00F130C0">
      <w:pPr>
        <w:jc w:val="both"/>
        <w:rPr>
          <w:rFonts w:ascii="Arial" w:hAnsi="Arial" w:cs="Arial"/>
          <w:sz w:val="20"/>
          <w:szCs w:val="20"/>
        </w:rPr>
      </w:pPr>
      <w:r w:rsidRPr="00C40B3B">
        <w:rPr>
          <w:rStyle w:val="DNEx2"/>
        </w:rPr>
        <w:t>(2)</w:t>
      </w:r>
      <w:r w:rsidRPr="00C40B3B">
        <w:rPr>
          <w:rFonts w:ascii="Arial" w:hAnsi="Arial"/>
          <w:i/>
          <w:sz w:val="20"/>
        </w:rPr>
        <w:t xml:space="preserve"> declara que no se encuentra en ninguna de las siguientes </w:t>
      </w:r>
      <w:hyperlink r:id="rId12" w:history="1">
        <w:r w:rsidRPr="00C40B3B">
          <w:rPr>
            <w:rStyle w:val="Hyperlink"/>
            <w:rFonts w:ascii="Arial" w:hAnsi="Arial"/>
            <w:i/>
            <w:sz w:val="20"/>
          </w:rPr>
          <w:t>situaciones de exclusión</w:t>
        </w:r>
      </w:hyperlink>
      <w:r w:rsidRPr="00C40B3B">
        <w:rPr>
          <w:rFonts w:ascii="Arial" w:hAnsi="Arial"/>
          <w:i/>
          <w:sz w:val="20"/>
        </w:rPr>
        <w:t>;</w:t>
      </w:r>
    </w:p>
    <w:p w14:paraId="5F5568B9" w14:textId="0E9B7A94" w:rsidR="001A0320" w:rsidRPr="00C40B3B" w:rsidRDefault="001A0320" w:rsidP="00F130C0">
      <w:pPr>
        <w:jc w:val="both"/>
        <w:rPr>
          <w:rFonts w:ascii="Arial" w:hAnsi="Arial" w:cs="Arial"/>
          <w:sz w:val="20"/>
          <w:szCs w:val="20"/>
        </w:rPr>
      </w:pPr>
      <w:r w:rsidRPr="00C40B3B">
        <w:rPr>
          <w:rStyle w:val="DNEx2"/>
        </w:rPr>
        <w:t>(3)</w:t>
      </w:r>
      <w:r w:rsidRPr="00C40B3B">
        <w:rPr>
          <w:rFonts w:ascii="Arial" w:hAnsi="Arial"/>
          <w:i/>
          <w:sz w:val="20"/>
        </w:rPr>
        <w:t xml:space="preserve"> declara que no ha recibido ninguna otra subvención de la Unión Europea (UE) para llevar a cabo el proyecto o proyectos objeto de la presente solicitud de subvención y se compromete a declarar inmediatamente a la EUIPO cualquier otra subvención de la UE de este tipo que reciba antes de que finalice el proyecto o proyectos;</w:t>
      </w:r>
    </w:p>
    <w:p w14:paraId="6A9F6529" w14:textId="09E679B7" w:rsidR="001A0320" w:rsidRPr="00C40B3B" w:rsidRDefault="001A0320" w:rsidP="00F130C0">
      <w:pPr>
        <w:jc w:val="both"/>
        <w:rPr>
          <w:rFonts w:ascii="Arial" w:hAnsi="Arial" w:cs="Arial"/>
          <w:sz w:val="20"/>
          <w:szCs w:val="20"/>
        </w:rPr>
      </w:pPr>
      <w:r w:rsidRPr="00C40B3B">
        <w:rPr>
          <w:rStyle w:val="DNEx2"/>
        </w:rPr>
        <w:t>(4)</w:t>
      </w:r>
      <w:r w:rsidRPr="00C40B3B">
        <w:rPr>
          <w:rFonts w:ascii="Arial" w:hAnsi="Arial"/>
          <w:i/>
          <w:sz w:val="20"/>
        </w:rPr>
        <w:t xml:space="preserve"> es consciente de que puede ser objeto de sanciones administrativas, incluida la exclusión del régimen de subvenciones, si cualquiera de las afirmaciones, declaraciones o información facilitadas como condición para la participación en el presente programa resulta ser falsa;</w:t>
      </w:r>
    </w:p>
    <w:p w14:paraId="7FF8BB92" w14:textId="0A2A712F" w:rsidR="001A0320" w:rsidRPr="00C40B3B" w:rsidRDefault="001A0320" w:rsidP="00F130C0">
      <w:pPr>
        <w:jc w:val="both"/>
        <w:rPr>
          <w:rFonts w:ascii="Arial" w:hAnsi="Arial" w:cs="Arial"/>
          <w:sz w:val="20"/>
          <w:szCs w:val="20"/>
        </w:rPr>
      </w:pPr>
      <w:r w:rsidRPr="00C40B3B">
        <w:rPr>
          <w:rStyle w:val="DNEx2"/>
        </w:rPr>
        <w:t>(5)</w:t>
      </w:r>
      <w:r w:rsidRPr="00C40B3B">
        <w:rPr>
          <w:rFonts w:ascii="Arial" w:hAnsi="Arial"/>
          <w:i/>
          <w:sz w:val="20"/>
        </w:rPr>
        <w:t xml:space="preserve"> confirma haber leído y aceptado las condiciones para la concesión de la subvención y reconoce que, al enviar la solicitud, sus datos personales se tratarán de conformidad con la </w:t>
      </w:r>
      <w:hyperlink r:id="rId13" w:history="1">
        <w:r w:rsidRPr="00C40B3B">
          <w:rPr>
            <w:rStyle w:val="Hyperlink"/>
            <w:rFonts w:ascii="Arial" w:hAnsi="Arial"/>
            <w:i/>
            <w:color w:val="auto"/>
            <w:sz w:val="20"/>
          </w:rPr>
          <w:t>declaración de privacidad</w:t>
        </w:r>
      </w:hyperlink>
      <w:r w:rsidRPr="00C40B3B">
        <w:rPr>
          <w:rFonts w:ascii="Arial" w:hAnsi="Arial"/>
          <w:i/>
          <w:sz w:val="20"/>
        </w:rPr>
        <w:t xml:space="preserve"> y el Reglamento (UE) 2018/1725.</w:t>
      </w:r>
    </w:p>
    <w:p w14:paraId="0440BC8A" w14:textId="7AB1EC6F" w:rsidR="001A0320" w:rsidRPr="00C40B3B" w:rsidRDefault="00000000" w:rsidP="001A0320">
      <w:pPr>
        <w:rPr>
          <w:rFonts w:ascii="Arial" w:hAnsi="Arial" w:cs="Arial"/>
          <w:b/>
        </w:rPr>
      </w:pPr>
      <w:sdt>
        <w:sdtPr>
          <w:rPr>
            <w:rStyle w:val="DNEx1"/>
          </w:rPr>
          <w:id w:val="-1104036579"/>
          <w14:checkbox>
            <w14:checked w14:val="0"/>
            <w14:checkedState w14:val="2612" w14:font="MS Gothic"/>
            <w14:uncheckedState w14:val="2610" w14:font="MS Gothic"/>
          </w14:checkbox>
        </w:sdtPr>
        <w:sdtContent>
          <w:r w:rsidR="00F447E9" w:rsidRPr="00C40B3B">
            <w:rPr>
              <w:rStyle w:val="DNEx1"/>
              <w:rFonts w:hint="eastAsia"/>
            </w:rPr>
            <w:t>☐</w:t>
          </w:r>
        </w:sdtContent>
      </w:sdt>
      <w:r w:rsidR="00C40B3B">
        <w:rPr>
          <w:rStyle w:val="DNEx1"/>
        </w:rPr>
        <w:t xml:space="preserve"> </w:t>
      </w:r>
      <w:r w:rsidR="00EC54E3" w:rsidRPr="00C40B3B">
        <w:rPr>
          <w:rFonts w:ascii="Arial" w:hAnsi="Arial"/>
          <w:b/>
        </w:rPr>
        <w:t>Estoy de acuerdo con estas afirmaciones.</w:t>
      </w:r>
    </w:p>
    <w:p w14:paraId="7C845497" w14:textId="77777777" w:rsidR="00490B2D" w:rsidRPr="00C40B3B" w:rsidRDefault="00490B2D">
      <w:pPr>
        <w:rPr>
          <w:rFonts w:ascii="Arial" w:hAnsi="Arial" w:cs="Arial"/>
          <w:bCs/>
        </w:rPr>
      </w:pPr>
    </w:p>
    <w:p w14:paraId="5BE0AB65" w14:textId="6C83153A" w:rsidR="00791545" w:rsidRPr="00C40B3B" w:rsidRDefault="00551C53" w:rsidP="00EC54E3">
      <w:pPr>
        <w:pStyle w:val="Style5"/>
      </w:pPr>
      <w:r w:rsidRPr="00C40B3B">
        <w:t xml:space="preserve">Rellene todos los campos de este formulario y envíe la solicitud por correo electrónico a la siguiente dirección: </w:t>
      </w:r>
      <w:hyperlink r:id="rId14" w:history="1">
        <w:r w:rsidRPr="00C40B3B">
          <w:rPr>
            <w:rStyle w:val="DNEx3"/>
            <w:b/>
            <w:color w:val="4F81BD"/>
          </w:rPr>
          <w:t>cigi.grants.smefund@euipo.europa.eu</w:t>
        </w:r>
      </w:hyperlink>
      <w:r w:rsidRPr="00C40B3B">
        <w:rPr>
          <w:rStyle w:val="DNEx3"/>
        </w:rPr>
        <w:t>.</w:t>
      </w:r>
    </w:p>
    <w:sectPr w:rsidR="00791545" w:rsidRPr="00C40B3B" w:rsidSect="00AC4262">
      <w:pgSz w:w="12240" w:h="15840"/>
      <w:pgMar w:top="993"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1D003" w14:textId="77777777" w:rsidR="008E446A" w:rsidRPr="00C40B3B" w:rsidRDefault="008E446A" w:rsidP="00213795">
      <w:pPr>
        <w:spacing w:after="0" w:line="240" w:lineRule="auto"/>
      </w:pPr>
      <w:r w:rsidRPr="00C40B3B">
        <w:separator/>
      </w:r>
    </w:p>
  </w:endnote>
  <w:endnote w:type="continuationSeparator" w:id="0">
    <w:p w14:paraId="5998141A" w14:textId="77777777" w:rsidR="008E446A" w:rsidRPr="00C40B3B" w:rsidRDefault="008E446A" w:rsidP="00213795">
      <w:pPr>
        <w:spacing w:after="0" w:line="240" w:lineRule="auto"/>
      </w:pPr>
      <w:r w:rsidRPr="00C40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18F3B" w14:textId="77777777" w:rsidR="008E446A" w:rsidRPr="00C40B3B" w:rsidRDefault="008E446A" w:rsidP="00213795">
      <w:pPr>
        <w:spacing w:after="0" w:line="240" w:lineRule="auto"/>
      </w:pPr>
      <w:r w:rsidRPr="00C40B3B">
        <w:separator/>
      </w:r>
    </w:p>
  </w:footnote>
  <w:footnote w:type="continuationSeparator" w:id="0">
    <w:p w14:paraId="1305C51A" w14:textId="77777777" w:rsidR="008E446A" w:rsidRPr="00C40B3B" w:rsidRDefault="008E446A" w:rsidP="00213795">
      <w:pPr>
        <w:spacing w:after="0" w:line="240" w:lineRule="auto"/>
      </w:pPr>
      <w:r w:rsidRPr="00C40B3B">
        <w:continuationSeparator/>
      </w:r>
    </w:p>
  </w:footnote>
  <w:footnote w:id="1">
    <w:p w14:paraId="144E8D3B" w14:textId="7BD23AE4" w:rsidR="00844A13" w:rsidRPr="00C40B3B" w:rsidRDefault="00844A13">
      <w:pPr>
        <w:pStyle w:val="FootnoteText"/>
        <w:rPr>
          <w:rFonts w:ascii="Arial" w:hAnsi="Arial" w:cs="Arial"/>
          <w:sz w:val="22"/>
          <w:szCs w:val="22"/>
        </w:rPr>
      </w:pPr>
      <w:r w:rsidRPr="00C40B3B">
        <w:rPr>
          <w:rFonts w:ascii="Arial" w:hAnsi="Arial"/>
          <w:sz w:val="18"/>
        </w:rPr>
        <w:t>(</w:t>
      </w:r>
      <w:r w:rsidRPr="00C40B3B">
        <w:rPr>
          <w:rFonts w:ascii="Arial" w:hAnsi="Arial" w:cs="Arial"/>
          <w:sz w:val="18"/>
          <w:szCs w:val="18"/>
          <w:vertAlign w:val="superscript"/>
        </w:rPr>
        <w:footnoteRef/>
      </w:r>
      <w:r w:rsidRPr="00C40B3B">
        <w:rPr>
          <w:rFonts w:ascii="Arial" w:hAnsi="Arial"/>
          <w:sz w:val="18"/>
        </w:rPr>
        <w:t>) El nombre de la entidad introducido en este campo será el beneficiario final de la subvención.</w:t>
      </w:r>
    </w:p>
  </w:footnote>
  <w:footnote w:id="2">
    <w:p w14:paraId="0C58C549" w14:textId="12891178" w:rsidR="00844A13" w:rsidRPr="00C40B3B" w:rsidRDefault="00844A13" w:rsidP="00210BD2">
      <w:pPr>
        <w:pStyle w:val="FootnoteText"/>
        <w:jc w:val="both"/>
        <w:rPr>
          <w:rFonts w:ascii="Arial" w:hAnsi="Arial" w:cs="Arial"/>
          <w:sz w:val="18"/>
          <w:szCs w:val="18"/>
        </w:rPr>
      </w:pPr>
      <w:r w:rsidRPr="00C40B3B">
        <w:rPr>
          <w:rFonts w:ascii="Arial" w:hAnsi="Arial"/>
          <w:sz w:val="18"/>
        </w:rPr>
        <w:t>(</w:t>
      </w:r>
      <w:r w:rsidRPr="00C40B3B">
        <w:rPr>
          <w:rFonts w:ascii="Arial" w:hAnsi="Arial" w:cs="Arial"/>
          <w:sz w:val="18"/>
          <w:szCs w:val="18"/>
          <w:vertAlign w:val="superscript"/>
        </w:rPr>
        <w:footnoteRef/>
      </w:r>
      <w:r w:rsidRPr="00C40B3B">
        <w:rPr>
          <w:rFonts w:ascii="Arial" w:hAnsi="Arial"/>
          <w:sz w:val="18"/>
        </w:rPr>
        <w:t>) Si actúa como representante externo (empresa de PI/consultoría/bufete de abogados) y solicita el bono del Fondo para Pymes relativo a las IG de productos artesanales e industriales en nombre de un cliente, indique sus datos de contacto. Estos datos deberán coincidir con los que figuran en la Declaración jurada para representantes externos.</w:t>
      </w:r>
    </w:p>
  </w:footnote>
  <w:footnote w:id="3">
    <w:p w14:paraId="6D67B30F" w14:textId="6C00CE8C" w:rsidR="00844A13" w:rsidRPr="00C40B3B" w:rsidRDefault="00844A13" w:rsidP="00210BD2">
      <w:pPr>
        <w:pStyle w:val="FootnoteText"/>
        <w:jc w:val="both"/>
        <w:rPr>
          <w:sz w:val="22"/>
          <w:szCs w:val="22"/>
        </w:rPr>
      </w:pPr>
      <w:r w:rsidRPr="00C40B3B">
        <w:rPr>
          <w:rFonts w:ascii="Arial" w:hAnsi="Arial"/>
          <w:sz w:val="18"/>
        </w:rPr>
        <w:t>(</w:t>
      </w:r>
      <w:r w:rsidRPr="00C40B3B">
        <w:rPr>
          <w:rFonts w:ascii="Arial" w:hAnsi="Arial" w:cs="Arial"/>
          <w:sz w:val="18"/>
          <w:szCs w:val="18"/>
          <w:vertAlign w:val="superscript"/>
        </w:rPr>
        <w:footnoteRef/>
      </w:r>
      <w:r w:rsidRPr="00C40B3B">
        <w:rPr>
          <w:rFonts w:ascii="Arial" w:hAnsi="Arial"/>
          <w:sz w:val="18"/>
        </w:rPr>
        <w:t>) Los datos bancarios introducidos en esta solicitud deben coincidir con los que figuran en el certificado bancario y, en el caso de las agrupaciones de productores sin personalidad jurídica, el IVA/NIF o la cuenta bancaria. Los datos bancarios también deberán coincidir con los que figuran en el formulario de declaración de designación y de mandato.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7230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4AC32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CE44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3A26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A2B7377"/>
    <w:multiLevelType w:val="hybridMultilevel"/>
    <w:tmpl w:val="9592724A"/>
    <w:lvl w:ilvl="0" w:tplc="E988900C">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E2360B"/>
    <w:multiLevelType w:val="hybridMultilevel"/>
    <w:tmpl w:val="1D6C20EE"/>
    <w:lvl w:ilvl="0" w:tplc="2A7C501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F00D4"/>
    <w:multiLevelType w:val="hybridMultilevel"/>
    <w:tmpl w:val="281E8D7E"/>
    <w:lvl w:ilvl="0" w:tplc="BBBCD2E4">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5987980">
    <w:abstractNumId w:val="9"/>
  </w:num>
  <w:num w:numId="2" w16cid:durableId="1364598200">
    <w:abstractNumId w:val="7"/>
  </w:num>
  <w:num w:numId="3" w16cid:durableId="1241795384">
    <w:abstractNumId w:val="6"/>
  </w:num>
  <w:num w:numId="4" w16cid:durableId="1632126110">
    <w:abstractNumId w:val="5"/>
  </w:num>
  <w:num w:numId="5" w16cid:durableId="1805655730">
    <w:abstractNumId w:val="8"/>
  </w:num>
  <w:num w:numId="6" w16cid:durableId="1157569701">
    <w:abstractNumId w:val="3"/>
  </w:num>
  <w:num w:numId="7" w16cid:durableId="1728604138">
    <w:abstractNumId w:val="2"/>
  </w:num>
  <w:num w:numId="8" w16cid:durableId="2111119461">
    <w:abstractNumId w:val="1"/>
  </w:num>
  <w:num w:numId="9" w16cid:durableId="1023676956">
    <w:abstractNumId w:val="0"/>
  </w:num>
  <w:num w:numId="10" w16cid:durableId="2111125030">
    <w:abstractNumId w:val="11"/>
  </w:num>
  <w:num w:numId="11" w16cid:durableId="1311054027">
    <w:abstractNumId w:val="10"/>
  </w:num>
  <w:num w:numId="12" w16cid:durableId="478612472">
    <w:abstractNumId w:val="12"/>
  </w:num>
  <w:num w:numId="13" w16cid:durableId="600375902">
    <w:abstractNumId w:val="4"/>
  </w:num>
  <w:num w:numId="14" w16cid:durableId="1412697464">
    <w:abstractNumId w:val="1"/>
  </w:num>
  <w:num w:numId="15" w16cid:durableId="200331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8A6"/>
    <w:rsid w:val="00032E40"/>
    <w:rsid w:val="00033FEE"/>
    <w:rsid w:val="00034616"/>
    <w:rsid w:val="000448B8"/>
    <w:rsid w:val="00057741"/>
    <w:rsid w:val="0006063C"/>
    <w:rsid w:val="000C13A0"/>
    <w:rsid w:val="000D7EC9"/>
    <w:rsid w:val="00125D5D"/>
    <w:rsid w:val="0015074B"/>
    <w:rsid w:val="00151E22"/>
    <w:rsid w:val="001664BB"/>
    <w:rsid w:val="00167C30"/>
    <w:rsid w:val="001760F0"/>
    <w:rsid w:val="001A0320"/>
    <w:rsid w:val="001A4B9A"/>
    <w:rsid w:val="001C6D1F"/>
    <w:rsid w:val="001D226C"/>
    <w:rsid w:val="001D692E"/>
    <w:rsid w:val="00205BEE"/>
    <w:rsid w:val="00210BD2"/>
    <w:rsid w:val="00213795"/>
    <w:rsid w:val="00217BC0"/>
    <w:rsid w:val="0026293E"/>
    <w:rsid w:val="0029604A"/>
    <w:rsid w:val="0029639D"/>
    <w:rsid w:val="002B4D01"/>
    <w:rsid w:val="002D48F2"/>
    <w:rsid w:val="00317755"/>
    <w:rsid w:val="00326F90"/>
    <w:rsid w:val="003277A4"/>
    <w:rsid w:val="00334796"/>
    <w:rsid w:val="00336982"/>
    <w:rsid w:val="0034219C"/>
    <w:rsid w:val="00354CBD"/>
    <w:rsid w:val="00356C22"/>
    <w:rsid w:val="00367C27"/>
    <w:rsid w:val="003A2D43"/>
    <w:rsid w:val="003C73B5"/>
    <w:rsid w:val="003E5597"/>
    <w:rsid w:val="00414A69"/>
    <w:rsid w:val="004218D8"/>
    <w:rsid w:val="00432F80"/>
    <w:rsid w:val="00433E8B"/>
    <w:rsid w:val="00444EE9"/>
    <w:rsid w:val="00450E14"/>
    <w:rsid w:val="0047074F"/>
    <w:rsid w:val="00473083"/>
    <w:rsid w:val="00490B2D"/>
    <w:rsid w:val="004D267F"/>
    <w:rsid w:val="004D43E0"/>
    <w:rsid w:val="00542D5F"/>
    <w:rsid w:val="005510E0"/>
    <w:rsid w:val="00551C53"/>
    <w:rsid w:val="0055434D"/>
    <w:rsid w:val="00555CEF"/>
    <w:rsid w:val="005A741A"/>
    <w:rsid w:val="005B31F8"/>
    <w:rsid w:val="005B67EB"/>
    <w:rsid w:val="005C73D2"/>
    <w:rsid w:val="005E371D"/>
    <w:rsid w:val="005E59D0"/>
    <w:rsid w:val="005E64BB"/>
    <w:rsid w:val="005F5D94"/>
    <w:rsid w:val="005F6C56"/>
    <w:rsid w:val="00622C95"/>
    <w:rsid w:val="00623E97"/>
    <w:rsid w:val="006355DD"/>
    <w:rsid w:val="00670BE7"/>
    <w:rsid w:val="00677E25"/>
    <w:rsid w:val="00687E23"/>
    <w:rsid w:val="006978D4"/>
    <w:rsid w:val="006B289E"/>
    <w:rsid w:val="006C07B3"/>
    <w:rsid w:val="006C728A"/>
    <w:rsid w:val="006F0D1E"/>
    <w:rsid w:val="006F38BC"/>
    <w:rsid w:val="006F5CD6"/>
    <w:rsid w:val="00720724"/>
    <w:rsid w:val="00721303"/>
    <w:rsid w:val="00723FF3"/>
    <w:rsid w:val="00742B8D"/>
    <w:rsid w:val="00791545"/>
    <w:rsid w:val="00802691"/>
    <w:rsid w:val="00844A13"/>
    <w:rsid w:val="00875964"/>
    <w:rsid w:val="00875A3F"/>
    <w:rsid w:val="008924A2"/>
    <w:rsid w:val="008943E1"/>
    <w:rsid w:val="008B134D"/>
    <w:rsid w:val="008E446A"/>
    <w:rsid w:val="008E66D3"/>
    <w:rsid w:val="0099236F"/>
    <w:rsid w:val="00996DCD"/>
    <w:rsid w:val="00997900"/>
    <w:rsid w:val="009D4690"/>
    <w:rsid w:val="009E4F58"/>
    <w:rsid w:val="00A07EDC"/>
    <w:rsid w:val="00A130E1"/>
    <w:rsid w:val="00A403B4"/>
    <w:rsid w:val="00A45F3A"/>
    <w:rsid w:val="00A51F2F"/>
    <w:rsid w:val="00A63610"/>
    <w:rsid w:val="00A7056B"/>
    <w:rsid w:val="00AA1D8D"/>
    <w:rsid w:val="00AC4262"/>
    <w:rsid w:val="00AC7D17"/>
    <w:rsid w:val="00AF0D6E"/>
    <w:rsid w:val="00B00D9B"/>
    <w:rsid w:val="00B02756"/>
    <w:rsid w:val="00B33A2B"/>
    <w:rsid w:val="00B368FD"/>
    <w:rsid w:val="00B47434"/>
    <w:rsid w:val="00B47730"/>
    <w:rsid w:val="00B838BF"/>
    <w:rsid w:val="00B845E1"/>
    <w:rsid w:val="00BA64D9"/>
    <w:rsid w:val="00BD4550"/>
    <w:rsid w:val="00BE02F7"/>
    <w:rsid w:val="00C220DE"/>
    <w:rsid w:val="00C33E93"/>
    <w:rsid w:val="00C40B3B"/>
    <w:rsid w:val="00C9619F"/>
    <w:rsid w:val="00CB0664"/>
    <w:rsid w:val="00CB4C9C"/>
    <w:rsid w:val="00CF00C0"/>
    <w:rsid w:val="00CF6799"/>
    <w:rsid w:val="00D02939"/>
    <w:rsid w:val="00D51200"/>
    <w:rsid w:val="00DE21EA"/>
    <w:rsid w:val="00DF4E8D"/>
    <w:rsid w:val="00E07DE4"/>
    <w:rsid w:val="00E20832"/>
    <w:rsid w:val="00E5752D"/>
    <w:rsid w:val="00E61633"/>
    <w:rsid w:val="00E64AA8"/>
    <w:rsid w:val="00EA3659"/>
    <w:rsid w:val="00EB378E"/>
    <w:rsid w:val="00EC54E3"/>
    <w:rsid w:val="00ED659F"/>
    <w:rsid w:val="00EE0CBF"/>
    <w:rsid w:val="00F005F9"/>
    <w:rsid w:val="00F035E6"/>
    <w:rsid w:val="00F10110"/>
    <w:rsid w:val="00F10284"/>
    <w:rsid w:val="00F10D46"/>
    <w:rsid w:val="00F130C0"/>
    <w:rsid w:val="00F24000"/>
    <w:rsid w:val="00F447E9"/>
    <w:rsid w:val="00F628B5"/>
    <w:rsid w:val="00F7510F"/>
    <w:rsid w:val="00FB65F1"/>
    <w:rsid w:val="00FB6D45"/>
    <w:rsid w:val="00FC4C85"/>
    <w:rsid w:val="00FC693F"/>
    <w:rsid w:val="00FE3397"/>
    <w:rsid w:val="00FE76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726343"/>
  <w14:defaultImageDpi w14:val="330"/>
  <w15:docId w15:val="{0318E66E-3D35-4CC0-B3A1-771CCCD6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lang w:val="es-ES"/>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lang w:val="es-ES"/>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es-ES"/>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es-ES"/>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es-ES"/>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es-ES"/>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es-ES"/>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lang w:val="es-ES"/>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lang w:val="es-ES"/>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lang w:val="es-ES"/>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lang w:val="es-ES"/>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lang w:val="es-ES"/>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es-ES"/>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es-ES"/>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es-ES"/>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es-ES"/>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es-ES"/>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es-ES"/>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lang w:val="es-ES"/>
    </w:rPr>
  </w:style>
  <w:style w:type="character" w:styleId="Emphasis">
    <w:name w:val="Emphasis"/>
    <w:basedOn w:val="DefaultParagraphFont"/>
    <w:uiPriority w:val="20"/>
    <w:qFormat/>
    <w:rsid w:val="00FC693F"/>
    <w:rPr>
      <w:i/>
      <w:iCs/>
      <w:lang w:val="es-E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lang w:val="es-ES"/>
    </w:rPr>
  </w:style>
  <w:style w:type="character" w:styleId="SubtleEmphasis">
    <w:name w:val="Subtle Emphasis"/>
    <w:basedOn w:val="DefaultParagraphFont"/>
    <w:uiPriority w:val="19"/>
    <w:qFormat/>
    <w:rsid w:val="00FC693F"/>
    <w:rPr>
      <w:i/>
      <w:iCs/>
      <w:color w:val="808080" w:themeColor="text1" w:themeTint="7F"/>
      <w:lang w:val="es-ES"/>
    </w:rPr>
  </w:style>
  <w:style w:type="character" w:styleId="IntenseEmphasis">
    <w:name w:val="Intense Emphasis"/>
    <w:basedOn w:val="DefaultParagraphFont"/>
    <w:uiPriority w:val="21"/>
    <w:qFormat/>
    <w:rsid w:val="00FC693F"/>
    <w:rPr>
      <w:b/>
      <w:bCs/>
      <w:i/>
      <w:iCs/>
      <w:color w:val="4F81BD" w:themeColor="accent1"/>
      <w:lang w:val="es-ES"/>
    </w:rPr>
  </w:style>
  <w:style w:type="character" w:styleId="SubtleReference">
    <w:name w:val="Subtle Reference"/>
    <w:basedOn w:val="DefaultParagraphFont"/>
    <w:uiPriority w:val="31"/>
    <w:qFormat/>
    <w:rsid w:val="00FC693F"/>
    <w:rPr>
      <w:smallCaps/>
      <w:color w:val="C0504D" w:themeColor="accent2"/>
      <w:u w:val="single"/>
      <w:lang w:val="es-ES"/>
    </w:rPr>
  </w:style>
  <w:style w:type="character" w:styleId="IntenseReference">
    <w:name w:val="Intense Reference"/>
    <w:basedOn w:val="DefaultParagraphFont"/>
    <w:uiPriority w:val="32"/>
    <w:qFormat/>
    <w:rsid w:val="00FC693F"/>
    <w:rPr>
      <w:b/>
      <w:bCs/>
      <w:smallCaps/>
      <w:color w:val="C0504D" w:themeColor="accent2"/>
      <w:spacing w:val="5"/>
      <w:u w:val="single"/>
      <w:lang w:val="es-ES"/>
    </w:rPr>
  </w:style>
  <w:style w:type="character" w:styleId="BookTitle">
    <w:name w:val="Book Title"/>
    <w:basedOn w:val="DefaultParagraphFont"/>
    <w:uiPriority w:val="33"/>
    <w:qFormat/>
    <w:rsid w:val="00FC693F"/>
    <w:rPr>
      <w:b/>
      <w:bCs/>
      <w:smallCaps/>
      <w:spacing w:val="5"/>
      <w:lang w:val="es-E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C4262"/>
    <w:rPr>
      <w:color w:val="024DA1"/>
      <w:u w:val="single"/>
      <w:lang w:val="es-ES"/>
    </w:rPr>
  </w:style>
  <w:style w:type="character" w:styleId="UnresolvedMention">
    <w:name w:val="Unresolved Mention"/>
    <w:basedOn w:val="DefaultParagraphFont"/>
    <w:uiPriority w:val="99"/>
    <w:semiHidden/>
    <w:unhideWhenUsed/>
    <w:rsid w:val="00AC4262"/>
    <w:rPr>
      <w:color w:val="605E5C"/>
      <w:shd w:val="clear" w:color="auto" w:fill="E1DFDD"/>
      <w:lang w:val="es-ES"/>
    </w:rPr>
  </w:style>
  <w:style w:type="paragraph" w:styleId="FootnoteText">
    <w:name w:val="footnote text"/>
    <w:basedOn w:val="Normal"/>
    <w:link w:val="FootnoteTextChar"/>
    <w:uiPriority w:val="99"/>
    <w:semiHidden/>
    <w:unhideWhenUsed/>
    <w:rsid w:val="00213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3795"/>
    <w:rPr>
      <w:sz w:val="20"/>
      <w:szCs w:val="20"/>
      <w:lang w:val="es-ES"/>
    </w:rPr>
  </w:style>
  <w:style w:type="character" w:styleId="FootnoteReference">
    <w:name w:val="footnote reference"/>
    <w:basedOn w:val="DefaultParagraphFont"/>
    <w:uiPriority w:val="99"/>
    <w:semiHidden/>
    <w:unhideWhenUsed/>
    <w:rsid w:val="00213795"/>
    <w:rPr>
      <w:vertAlign w:val="superscript"/>
      <w:lang w:val="es-ES"/>
    </w:rPr>
  </w:style>
  <w:style w:type="character" w:styleId="CommentReference">
    <w:name w:val="annotation reference"/>
    <w:basedOn w:val="DefaultParagraphFont"/>
    <w:uiPriority w:val="99"/>
    <w:semiHidden/>
    <w:unhideWhenUsed/>
    <w:rsid w:val="00213795"/>
    <w:rPr>
      <w:sz w:val="16"/>
      <w:szCs w:val="16"/>
      <w:lang w:val="es-ES"/>
    </w:rPr>
  </w:style>
  <w:style w:type="paragraph" w:styleId="CommentText">
    <w:name w:val="annotation text"/>
    <w:basedOn w:val="Normal"/>
    <w:link w:val="CommentTextChar"/>
    <w:uiPriority w:val="99"/>
    <w:unhideWhenUsed/>
    <w:rsid w:val="00213795"/>
    <w:pPr>
      <w:spacing w:line="240" w:lineRule="auto"/>
    </w:pPr>
    <w:rPr>
      <w:sz w:val="20"/>
      <w:szCs w:val="20"/>
    </w:rPr>
  </w:style>
  <w:style w:type="character" w:customStyle="1" w:styleId="CommentTextChar">
    <w:name w:val="Comment Text Char"/>
    <w:basedOn w:val="DefaultParagraphFont"/>
    <w:link w:val="CommentText"/>
    <w:uiPriority w:val="99"/>
    <w:rsid w:val="00213795"/>
    <w:rPr>
      <w:sz w:val="20"/>
      <w:szCs w:val="20"/>
      <w:lang w:val="es-ES"/>
    </w:rPr>
  </w:style>
  <w:style w:type="paragraph" w:styleId="CommentSubject">
    <w:name w:val="annotation subject"/>
    <w:basedOn w:val="CommentText"/>
    <w:next w:val="CommentText"/>
    <w:link w:val="CommentSubjectChar"/>
    <w:uiPriority w:val="99"/>
    <w:semiHidden/>
    <w:unhideWhenUsed/>
    <w:rsid w:val="00213795"/>
    <w:rPr>
      <w:b/>
      <w:bCs/>
    </w:rPr>
  </w:style>
  <w:style w:type="character" w:customStyle="1" w:styleId="CommentSubjectChar">
    <w:name w:val="Comment Subject Char"/>
    <w:basedOn w:val="CommentTextChar"/>
    <w:link w:val="CommentSubject"/>
    <w:uiPriority w:val="99"/>
    <w:semiHidden/>
    <w:rsid w:val="00213795"/>
    <w:rPr>
      <w:b/>
      <w:bCs/>
      <w:sz w:val="20"/>
      <w:szCs w:val="20"/>
      <w:lang w:val="es-ES"/>
    </w:rPr>
  </w:style>
  <w:style w:type="character" w:styleId="PlaceholderText">
    <w:name w:val="Placeholder Text"/>
    <w:basedOn w:val="DefaultParagraphFont"/>
    <w:uiPriority w:val="99"/>
    <w:semiHidden/>
    <w:rsid w:val="00875A3F"/>
    <w:rPr>
      <w:color w:val="666666"/>
      <w:lang w:val="es-ES"/>
    </w:rPr>
  </w:style>
  <w:style w:type="paragraph" w:styleId="Revision">
    <w:name w:val="Revision"/>
    <w:hidden/>
    <w:uiPriority w:val="99"/>
    <w:semiHidden/>
    <w:rsid w:val="00FB65F1"/>
    <w:pPr>
      <w:spacing w:after="0" w:line="240" w:lineRule="auto"/>
    </w:pPr>
  </w:style>
  <w:style w:type="character" w:styleId="FollowedHyperlink">
    <w:name w:val="FollowedHyperlink"/>
    <w:basedOn w:val="DefaultParagraphFont"/>
    <w:uiPriority w:val="99"/>
    <w:semiHidden/>
    <w:unhideWhenUsed/>
    <w:rsid w:val="00996DCD"/>
    <w:rPr>
      <w:color w:val="800080" w:themeColor="followedHyperlink"/>
      <w:u w:val="single"/>
      <w:lang w:val="es-ES"/>
    </w:rPr>
  </w:style>
  <w:style w:type="paragraph" w:styleId="BalloonText">
    <w:name w:val="Balloon Text"/>
    <w:basedOn w:val="Normal"/>
    <w:link w:val="BalloonTextChar"/>
    <w:uiPriority w:val="99"/>
    <w:semiHidden/>
    <w:unhideWhenUsed/>
    <w:rsid w:val="00844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A13"/>
    <w:rPr>
      <w:rFonts w:ascii="Segoe UI" w:hAnsi="Segoe UI" w:cs="Segoe UI"/>
      <w:sz w:val="18"/>
      <w:szCs w:val="18"/>
      <w:lang w:val="es-ES"/>
    </w:rPr>
  </w:style>
  <w:style w:type="paragraph" w:styleId="Bibliography">
    <w:name w:val="Bibliography"/>
    <w:basedOn w:val="Normal"/>
    <w:next w:val="Normal"/>
    <w:uiPriority w:val="37"/>
    <w:semiHidden/>
    <w:unhideWhenUsed/>
    <w:rsid w:val="00844A13"/>
  </w:style>
  <w:style w:type="paragraph" w:styleId="BlockText">
    <w:name w:val="Block Text"/>
    <w:basedOn w:val="Normal"/>
    <w:uiPriority w:val="99"/>
    <w:semiHidden/>
    <w:unhideWhenUsed/>
    <w:rsid w:val="00844A1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FirstIndent">
    <w:name w:val="Body Text First Indent"/>
    <w:basedOn w:val="BodyText"/>
    <w:link w:val="BodyTextFirstIndentChar"/>
    <w:uiPriority w:val="99"/>
    <w:semiHidden/>
    <w:unhideWhenUsed/>
    <w:rsid w:val="00844A13"/>
    <w:pPr>
      <w:spacing w:after="200"/>
      <w:ind w:firstLine="360"/>
    </w:pPr>
  </w:style>
  <w:style w:type="character" w:customStyle="1" w:styleId="BodyTextFirstIndentChar">
    <w:name w:val="Body Text First Indent Char"/>
    <w:basedOn w:val="BodyTextChar"/>
    <w:link w:val="BodyTextFirstIndent"/>
    <w:uiPriority w:val="99"/>
    <w:semiHidden/>
    <w:rsid w:val="00844A13"/>
    <w:rPr>
      <w:lang w:val="es-ES"/>
    </w:rPr>
  </w:style>
  <w:style w:type="paragraph" w:styleId="BodyTextIndent">
    <w:name w:val="Body Text Indent"/>
    <w:basedOn w:val="Normal"/>
    <w:link w:val="BodyTextIndentChar"/>
    <w:uiPriority w:val="99"/>
    <w:semiHidden/>
    <w:unhideWhenUsed/>
    <w:rsid w:val="00844A13"/>
    <w:pPr>
      <w:spacing w:after="120"/>
      <w:ind w:left="283"/>
    </w:pPr>
  </w:style>
  <w:style w:type="character" w:customStyle="1" w:styleId="BodyTextIndentChar">
    <w:name w:val="Body Text Indent Char"/>
    <w:basedOn w:val="DefaultParagraphFont"/>
    <w:link w:val="BodyTextIndent"/>
    <w:uiPriority w:val="99"/>
    <w:semiHidden/>
    <w:rsid w:val="00844A13"/>
    <w:rPr>
      <w:lang w:val="es-ES"/>
    </w:rPr>
  </w:style>
  <w:style w:type="paragraph" w:styleId="BodyTextFirstIndent2">
    <w:name w:val="Body Text First Indent 2"/>
    <w:basedOn w:val="BodyTextIndent"/>
    <w:link w:val="BodyTextFirstIndent2Char"/>
    <w:uiPriority w:val="99"/>
    <w:semiHidden/>
    <w:unhideWhenUsed/>
    <w:rsid w:val="00844A13"/>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44A13"/>
    <w:rPr>
      <w:lang w:val="es-ES"/>
    </w:rPr>
  </w:style>
  <w:style w:type="paragraph" w:styleId="BodyTextIndent2">
    <w:name w:val="Body Text Indent 2"/>
    <w:basedOn w:val="Normal"/>
    <w:link w:val="BodyTextIndent2Char"/>
    <w:uiPriority w:val="99"/>
    <w:semiHidden/>
    <w:unhideWhenUsed/>
    <w:rsid w:val="00844A13"/>
    <w:pPr>
      <w:spacing w:after="120" w:line="480" w:lineRule="auto"/>
      <w:ind w:left="283"/>
    </w:pPr>
  </w:style>
  <w:style w:type="character" w:customStyle="1" w:styleId="BodyTextIndent2Char">
    <w:name w:val="Body Text Indent 2 Char"/>
    <w:basedOn w:val="DefaultParagraphFont"/>
    <w:link w:val="BodyTextIndent2"/>
    <w:uiPriority w:val="99"/>
    <w:semiHidden/>
    <w:rsid w:val="00844A13"/>
    <w:rPr>
      <w:lang w:val="es-ES"/>
    </w:rPr>
  </w:style>
  <w:style w:type="paragraph" w:styleId="BodyTextIndent3">
    <w:name w:val="Body Text Indent 3"/>
    <w:basedOn w:val="Normal"/>
    <w:link w:val="BodyTextIndent3Char"/>
    <w:uiPriority w:val="99"/>
    <w:semiHidden/>
    <w:unhideWhenUsed/>
    <w:rsid w:val="00844A1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44A13"/>
    <w:rPr>
      <w:sz w:val="16"/>
      <w:szCs w:val="16"/>
      <w:lang w:val="es-ES"/>
    </w:rPr>
  </w:style>
  <w:style w:type="paragraph" w:styleId="Closing">
    <w:name w:val="Closing"/>
    <w:basedOn w:val="Normal"/>
    <w:link w:val="ClosingChar"/>
    <w:uiPriority w:val="99"/>
    <w:semiHidden/>
    <w:unhideWhenUsed/>
    <w:rsid w:val="00844A13"/>
    <w:pPr>
      <w:spacing w:after="0" w:line="240" w:lineRule="auto"/>
      <w:ind w:left="4252"/>
    </w:pPr>
  </w:style>
  <w:style w:type="character" w:customStyle="1" w:styleId="ClosingChar">
    <w:name w:val="Closing Char"/>
    <w:basedOn w:val="DefaultParagraphFont"/>
    <w:link w:val="Closing"/>
    <w:uiPriority w:val="99"/>
    <w:semiHidden/>
    <w:rsid w:val="00844A13"/>
    <w:rPr>
      <w:lang w:val="es-ES"/>
    </w:rPr>
  </w:style>
  <w:style w:type="paragraph" w:styleId="Date">
    <w:name w:val="Date"/>
    <w:basedOn w:val="Normal"/>
    <w:next w:val="Normal"/>
    <w:link w:val="DateChar"/>
    <w:uiPriority w:val="99"/>
    <w:semiHidden/>
    <w:unhideWhenUsed/>
    <w:rsid w:val="00844A13"/>
  </w:style>
  <w:style w:type="character" w:customStyle="1" w:styleId="DateChar">
    <w:name w:val="Date Char"/>
    <w:basedOn w:val="DefaultParagraphFont"/>
    <w:link w:val="Date"/>
    <w:uiPriority w:val="99"/>
    <w:semiHidden/>
    <w:rsid w:val="00844A13"/>
    <w:rPr>
      <w:lang w:val="es-ES"/>
    </w:rPr>
  </w:style>
  <w:style w:type="paragraph" w:styleId="DocumentMap">
    <w:name w:val="Document Map"/>
    <w:basedOn w:val="Normal"/>
    <w:link w:val="DocumentMapChar"/>
    <w:uiPriority w:val="99"/>
    <w:semiHidden/>
    <w:unhideWhenUsed/>
    <w:rsid w:val="00844A1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44A13"/>
    <w:rPr>
      <w:rFonts w:ascii="Segoe UI" w:hAnsi="Segoe UI" w:cs="Segoe UI"/>
      <w:sz w:val="16"/>
      <w:szCs w:val="16"/>
      <w:lang w:val="es-ES"/>
    </w:rPr>
  </w:style>
  <w:style w:type="paragraph" w:styleId="E-mailSignature">
    <w:name w:val="E-mail Signature"/>
    <w:basedOn w:val="Normal"/>
    <w:link w:val="E-mailSignatureChar"/>
    <w:uiPriority w:val="99"/>
    <w:semiHidden/>
    <w:unhideWhenUsed/>
    <w:rsid w:val="00844A13"/>
    <w:pPr>
      <w:spacing w:after="0" w:line="240" w:lineRule="auto"/>
    </w:pPr>
  </w:style>
  <w:style w:type="character" w:customStyle="1" w:styleId="E-mailSignatureChar">
    <w:name w:val="E-mail Signature Char"/>
    <w:basedOn w:val="DefaultParagraphFont"/>
    <w:link w:val="E-mailSignature"/>
    <w:uiPriority w:val="99"/>
    <w:semiHidden/>
    <w:rsid w:val="00844A13"/>
    <w:rPr>
      <w:lang w:val="es-ES"/>
    </w:rPr>
  </w:style>
  <w:style w:type="character" w:styleId="EndnoteReference">
    <w:name w:val="endnote reference"/>
    <w:basedOn w:val="DefaultParagraphFont"/>
    <w:uiPriority w:val="99"/>
    <w:semiHidden/>
    <w:unhideWhenUsed/>
    <w:rsid w:val="00844A13"/>
    <w:rPr>
      <w:vertAlign w:val="superscript"/>
      <w:lang w:val="es-ES"/>
    </w:rPr>
  </w:style>
  <w:style w:type="paragraph" w:styleId="EndnoteText">
    <w:name w:val="endnote text"/>
    <w:basedOn w:val="Normal"/>
    <w:link w:val="EndnoteTextChar"/>
    <w:uiPriority w:val="99"/>
    <w:semiHidden/>
    <w:unhideWhenUsed/>
    <w:rsid w:val="00844A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4A13"/>
    <w:rPr>
      <w:sz w:val="20"/>
      <w:szCs w:val="20"/>
      <w:lang w:val="es-ES"/>
    </w:rPr>
  </w:style>
  <w:style w:type="paragraph" w:styleId="EnvelopeAddress">
    <w:name w:val="envelope address"/>
    <w:basedOn w:val="Normal"/>
    <w:uiPriority w:val="99"/>
    <w:semiHidden/>
    <w:unhideWhenUsed/>
    <w:rsid w:val="00844A1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44A13"/>
    <w:pPr>
      <w:spacing w:after="0" w:line="240" w:lineRule="auto"/>
    </w:pPr>
    <w:rPr>
      <w:rFonts w:asciiTheme="majorHAnsi" w:eastAsiaTheme="majorEastAsia" w:hAnsiTheme="majorHAnsi" w:cstheme="majorBidi"/>
      <w:sz w:val="20"/>
      <w:szCs w:val="20"/>
    </w:rPr>
  </w:style>
  <w:style w:type="table" w:styleId="GridTable1Light">
    <w:name w:val="Grid Table 1 Light"/>
    <w:basedOn w:val="TableNormal"/>
    <w:uiPriority w:val="99"/>
    <w:rsid w:val="00844A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44A13"/>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44A13"/>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44A13"/>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44A13"/>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44A13"/>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44A13"/>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844A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44A1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44A13"/>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44A13"/>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44A13"/>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44A13"/>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44A13"/>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rsid w:val="00844A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44A1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44A1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44A1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44A1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44A1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44A1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44A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44A1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44A1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44A1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44A1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44A1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44A1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44A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44A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44A1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44A1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44A13"/>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44A13"/>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44A1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44A1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44A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44A1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44A1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44A13"/>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44A13"/>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44A13"/>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44A1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844A13"/>
    <w:rPr>
      <w:color w:val="2B579A"/>
      <w:shd w:val="clear" w:color="auto" w:fill="E1DFDD"/>
      <w:lang w:val="es-ES"/>
    </w:rPr>
  </w:style>
  <w:style w:type="character" w:styleId="HTMLAcronym">
    <w:name w:val="HTML Acronym"/>
    <w:basedOn w:val="DefaultParagraphFont"/>
    <w:uiPriority w:val="99"/>
    <w:semiHidden/>
    <w:unhideWhenUsed/>
    <w:rsid w:val="00844A13"/>
    <w:rPr>
      <w:lang w:val="es-ES"/>
    </w:rPr>
  </w:style>
  <w:style w:type="paragraph" w:styleId="HTMLAddress">
    <w:name w:val="HTML Address"/>
    <w:basedOn w:val="Normal"/>
    <w:link w:val="HTMLAddressChar"/>
    <w:uiPriority w:val="99"/>
    <w:semiHidden/>
    <w:unhideWhenUsed/>
    <w:rsid w:val="00844A13"/>
    <w:pPr>
      <w:spacing w:after="0" w:line="240" w:lineRule="auto"/>
    </w:pPr>
    <w:rPr>
      <w:i/>
      <w:iCs/>
    </w:rPr>
  </w:style>
  <w:style w:type="character" w:customStyle="1" w:styleId="HTMLAddressChar">
    <w:name w:val="HTML Address Char"/>
    <w:basedOn w:val="DefaultParagraphFont"/>
    <w:link w:val="HTMLAddress"/>
    <w:uiPriority w:val="99"/>
    <w:semiHidden/>
    <w:rsid w:val="00844A13"/>
    <w:rPr>
      <w:i/>
      <w:iCs/>
      <w:lang w:val="es-ES"/>
    </w:rPr>
  </w:style>
  <w:style w:type="character" w:styleId="HTMLCite">
    <w:name w:val="HTML Cite"/>
    <w:basedOn w:val="DefaultParagraphFont"/>
    <w:uiPriority w:val="99"/>
    <w:semiHidden/>
    <w:unhideWhenUsed/>
    <w:rsid w:val="00844A13"/>
    <w:rPr>
      <w:i/>
      <w:iCs/>
      <w:lang w:val="es-ES"/>
    </w:rPr>
  </w:style>
  <w:style w:type="character" w:styleId="HTMLCode">
    <w:name w:val="HTML Code"/>
    <w:basedOn w:val="DefaultParagraphFont"/>
    <w:uiPriority w:val="99"/>
    <w:semiHidden/>
    <w:unhideWhenUsed/>
    <w:rsid w:val="00844A13"/>
    <w:rPr>
      <w:rFonts w:ascii="Consolas" w:hAnsi="Consolas"/>
      <w:sz w:val="20"/>
      <w:szCs w:val="20"/>
      <w:lang w:val="es-ES"/>
    </w:rPr>
  </w:style>
  <w:style w:type="character" w:styleId="HTMLDefinition">
    <w:name w:val="HTML Definition"/>
    <w:basedOn w:val="DefaultParagraphFont"/>
    <w:uiPriority w:val="99"/>
    <w:semiHidden/>
    <w:unhideWhenUsed/>
    <w:rsid w:val="00844A13"/>
    <w:rPr>
      <w:i/>
      <w:iCs/>
      <w:lang w:val="es-ES"/>
    </w:rPr>
  </w:style>
  <w:style w:type="character" w:styleId="HTMLKeyboard">
    <w:name w:val="HTML Keyboard"/>
    <w:basedOn w:val="DefaultParagraphFont"/>
    <w:uiPriority w:val="99"/>
    <w:semiHidden/>
    <w:unhideWhenUsed/>
    <w:rsid w:val="00844A13"/>
    <w:rPr>
      <w:rFonts w:ascii="Consolas" w:hAnsi="Consolas"/>
      <w:sz w:val="20"/>
      <w:szCs w:val="20"/>
      <w:lang w:val="es-ES"/>
    </w:rPr>
  </w:style>
  <w:style w:type="paragraph" w:styleId="HTMLPreformatted">
    <w:name w:val="HTML Preformatted"/>
    <w:basedOn w:val="Normal"/>
    <w:link w:val="HTMLPreformattedChar"/>
    <w:uiPriority w:val="99"/>
    <w:semiHidden/>
    <w:unhideWhenUsed/>
    <w:rsid w:val="00844A1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44A13"/>
    <w:rPr>
      <w:rFonts w:ascii="Consolas" w:hAnsi="Consolas"/>
      <w:sz w:val="20"/>
      <w:szCs w:val="20"/>
      <w:lang w:val="es-ES"/>
    </w:rPr>
  </w:style>
  <w:style w:type="character" w:styleId="HTMLSample">
    <w:name w:val="HTML Sample"/>
    <w:basedOn w:val="DefaultParagraphFont"/>
    <w:uiPriority w:val="99"/>
    <w:semiHidden/>
    <w:unhideWhenUsed/>
    <w:rsid w:val="00844A13"/>
    <w:rPr>
      <w:rFonts w:ascii="Consolas" w:hAnsi="Consolas"/>
      <w:sz w:val="24"/>
      <w:szCs w:val="24"/>
      <w:lang w:val="es-ES"/>
    </w:rPr>
  </w:style>
  <w:style w:type="character" w:styleId="HTMLTypewriter">
    <w:name w:val="HTML Typewriter"/>
    <w:basedOn w:val="DefaultParagraphFont"/>
    <w:uiPriority w:val="99"/>
    <w:semiHidden/>
    <w:unhideWhenUsed/>
    <w:rsid w:val="00844A13"/>
    <w:rPr>
      <w:rFonts w:ascii="Consolas" w:hAnsi="Consolas"/>
      <w:sz w:val="20"/>
      <w:szCs w:val="20"/>
      <w:lang w:val="es-ES"/>
    </w:rPr>
  </w:style>
  <w:style w:type="character" w:styleId="HTMLVariable">
    <w:name w:val="HTML Variable"/>
    <w:basedOn w:val="DefaultParagraphFont"/>
    <w:uiPriority w:val="99"/>
    <w:semiHidden/>
    <w:unhideWhenUsed/>
    <w:rsid w:val="00844A13"/>
    <w:rPr>
      <w:i/>
      <w:iCs/>
      <w:lang w:val="es-ES"/>
    </w:rPr>
  </w:style>
  <w:style w:type="paragraph" w:styleId="Index1">
    <w:name w:val="index 1"/>
    <w:basedOn w:val="Normal"/>
    <w:next w:val="Normal"/>
    <w:autoRedefine/>
    <w:uiPriority w:val="99"/>
    <w:semiHidden/>
    <w:unhideWhenUsed/>
    <w:rsid w:val="00844A13"/>
    <w:pPr>
      <w:spacing w:after="0" w:line="240" w:lineRule="auto"/>
      <w:ind w:left="220" w:hanging="220"/>
    </w:pPr>
  </w:style>
  <w:style w:type="paragraph" w:styleId="Index2">
    <w:name w:val="index 2"/>
    <w:basedOn w:val="Normal"/>
    <w:next w:val="Normal"/>
    <w:autoRedefine/>
    <w:uiPriority w:val="99"/>
    <w:semiHidden/>
    <w:unhideWhenUsed/>
    <w:rsid w:val="00844A13"/>
    <w:pPr>
      <w:spacing w:after="0" w:line="240" w:lineRule="auto"/>
      <w:ind w:left="440" w:hanging="220"/>
    </w:pPr>
  </w:style>
  <w:style w:type="paragraph" w:styleId="Index3">
    <w:name w:val="index 3"/>
    <w:basedOn w:val="Normal"/>
    <w:next w:val="Normal"/>
    <w:autoRedefine/>
    <w:uiPriority w:val="99"/>
    <w:semiHidden/>
    <w:unhideWhenUsed/>
    <w:rsid w:val="00844A13"/>
    <w:pPr>
      <w:spacing w:after="0" w:line="240" w:lineRule="auto"/>
      <w:ind w:left="660" w:hanging="220"/>
    </w:pPr>
  </w:style>
  <w:style w:type="paragraph" w:styleId="Index4">
    <w:name w:val="index 4"/>
    <w:basedOn w:val="Normal"/>
    <w:next w:val="Normal"/>
    <w:autoRedefine/>
    <w:uiPriority w:val="99"/>
    <w:semiHidden/>
    <w:unhideWhenUsed/>
    <w:rsid w:val="00844A13"/>
    <w:pPr>
      <w:spacing w:after="0" w:line="240" w:lineRule="auto"/>
      <w:ind w:left="880" w:hanging="220"/>
    </w:pPr>
  </w:style>
  <w:style w:type="paragraph" w:styleId="Index5">
    <w:name w:val="index 5"/>
    <w:basedOn w:val="Normal"/>
    <w:next w:val="Normal"/>
    <w:autoRedefine/>
    <w:uiPriority w:val="99"/>
    <w:semiHidden/>
    <w:unhideWhenUsed/>
    <w:rsid w:val="00844A13"/>
    <w:pPr>
      <w:spacing w:after="0" w:line="240" w:lineRule="auto"/>
      <w:ind w:left="1100" w:hanging="220"/>
    </w:pPr>
  </w:style>
  <w:style w:type="paragraph" w:styleId="Index6">
    <w:name w:val="index 6"/>
    <w:basedOn w:val="Normal"/>
    <w:next w:val="Normal"/>
    <w:autoRedefine/>
    <w:uiPriority w:val="99"/>
    <w:semiHidden/>
    <w:unhideWhenUsed/>
    <w:rsid w:val="00844A13"/>
    <w:pPr>
      <w:spacing w:after="0" w:line="240" w:lineRule="auto"/>
      <w:ind w:left="1320" w:hanging="220"/>
    </w:pPr>
  </w:style>
  <w:style w:type="paragraph" w:styleId="Index7">
    <w:name w:val="index 7"/>
    <w:basedOn w:val="Normal"/>
    <w:next w:val="Normal"/>
    <w:autoRedefine/>
    <w:uiPriority w:val="99"/>
    <w:semiHidden/>
    <w:unhideWhenUsed/>
    <w:rsid w:val="00844A13"/>
    <w:pPr>
      <w:spacing w:after="0" w:line="240" w:lineRule="auto"/>
      <w:ind w:left="1540" w:hanging="220"/>
    </w:pPr>
  </w:style>
  <w:style w:type="paragraph" w:styleId="Index8">
    <w:name w:val="index 8"/>
    <w:basedOn w:val="Normal"/>
    <w:next w:val="Normal"/>
    <w:autoRedefine/>
    <w:uiPriority w:val="99"/>
    <w:semiHidden/>
    <w:unhideWhenUsed/>
    <w:rsid w:val="00844A13"/>
    <w:pPr>
      <w:spacing w:after="0" w:line="240" w:lineRule="auto"/>
      <w:ind w:left="1760" w:hanging="220"/>
    </w:pPr>
  </w:style>
  <w:style w:type="paragraph" w:styleId="Index9">
    <w:name w:val="index 9"/>
    <w:basedOn w:val="Normal"/>
    <w:next w:val="Normal"/>
    <w:autoRedefine/>
    <w:uiPriority w:val="99"/>
    <w:semiHidden/>
    <w:unhideWhenUsed/>
    <w:rsid w:val="00844A13"/>
    <w:pPr>
      <w:spacing w:after="0" w:line="240" w:lineRule="auto"/>
      <w:ind w:left="1980" w:hanging="220"/>
    </w:pPr>
  </w:style>
  <w:style w:type="paragraph" w:styleId="IndexHeading">
    <w:name w:val="index heading"/>
    <w:basedOn w:val="Normal"/>
    <w:next w:val="Index1"/>
    <w:uiPriority w:val="99"/>
    <w:semiHidden/>
    <w:unhideWhenUsed/>
    <w:rsid w:val="00844A13"/>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844A13"/>
    <w:rPr>
      <w:lang w:val="es-ES"/>
    </w:rPr>
  </w:style>
  <w:style w:type="paragraph" w:styleId="List4">
    <w:name w:val="List 4"/>
    <w:basedOn w:val="Normal"/>
    <w:uiPriority w:val="99"/>
    <w:semiHidden/>
    <w:unhideWhenUsed/>
    <w:rsid w:val="00844A13"/>
    <w:pPr>
      <w:ind w:left="1132" w:hanging="283"/>
      <w:contextualSpacing/>
    </w:pPr>
  </w:style>
  <w:style w:type="paragraph" w:styleId="List5">
    <w:name w:val="List 5"/>
    <w:basedOn w:val="Normal"/>
    <w:uiPriority w:val="99"/>
    <w:semiHidden/>
    <w:unhideWhenUsed/>
    <w:rsid w:val="00844A13"/>
    <w:pPr>
      <w:ind w:left="1415" w:hanging="283"/>
      <w:contextualSpacing/>
    </w:pPr>
  </w:style>
  <w:style w:type="paragraph" w:styleId="ListBullet4">
    <w:name w:val="List Bullet 4"/>
    <w:basedOn w:val="Normal"/>
    <w:uiPriority w:val="99"/>
    <w:semiHidden/>
    <w:unhideWhenUsed/>
    <w:rsid w:val="00844A13"/>
    <w:pPr>
      <w:numPr>
        <w:numId w:val="4"/>
      </w:numPr>
      <w:contextualSpacing/>
    </w:pPr>
  </w:style>
  <w:style w:type="paragraph" w:styleId="ListBullet5">
    <w:name w:val="List Bullet 5"/>
    <w:basedOn w:val="Normal"/>
    <w:uiPriority w:val="99"/>
    <w:semiHidden/>
    <w:unhideWhenUsed/>
    <w:rsid w:val="00844A13"/>
    <w:pPr>
      <w:numPr>
        <w:numId w:val="13"/>
      </w:numPr>
      <w:contextualSpacing/>
    </w:pPr>
  </w:style>
  <w:style w:type="paragraph" w:styleId="ListContinue4">
    <w:name w:val="List Continue 4"/>
    <w:basedOn w:val="Normal"/>
    <w:uiPriority w:val="99"/>
    <w:semiHidden/>
    <w:unhideWhenUsed/>
    <w:rsid w:val="00844A13"/>
    <w:pPr>
      <w:spacing w:after="120"/>
      <w:ind w:left="1132"/>
      <w:contextualSpacing/>
    </w:pPr>
  </w:style>
  <w:style w:type="paragraph" w:styleId="ListContinue5">
    <w:name w:val="List Continue 5"/>
    <w:basedOn w:val="Normal"/>
    <w:uiPriority w:val="99"/>
    <w:semiHidden/>
    <w:unhideWhenUsed/>
    <w:rsid w:val="00844A13"/>
    <w:pPr>
      <w:spacing w:after="120"/>
      <w:ind w:left="1415"/>
      <w:contextualSpacing/>
    </w:pPr>
  </w:style>
  <w:style w:type="paragraph" w:styleId="ListNumber4">
    <w:name w:val="List Number 4"/>
    <w:basedOn w:val="Normal"/>
    <w:uiPriority w:val="99"/>
    <w:semiHidden/>
    <w:unhideWhenUsed/>
    <w:rsid w:val="00844A13"/>
    <w:pPr>
      <w:numPr>
        <w:numId w:val="14"/>
      </w:numPr>
      <w:contextualSpacing/>
    </w:pPr>
  </w:style>
  <w:style w:type="paragraph" w:styleId="ListNumber5">
    <w:name w:val="List Number 5"/>
    <w:basedOn w:val="Normal"/>
    <w:uiPriority w:val="99"/>
    <w:semiHidden/>
    <w:unhideWhenUsed/>
    <w:rsid w:val="00844A13"/>
    <w:pPr>
      <w:numPr>
        <w:numId w:val="15"/>
      </w:numPr>
      <w:contextualSpacing/>
    </w:pPr>
  </w:style>
  <w:style w:type="table" w:styleId="ListTable1Light">
    <w:name w:val="List Table 1 Light"/>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44A13"/>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44A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44A13"/>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44A13"/>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44A13"/>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44A13"/>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44A13"/>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44A13"/>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44A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44A1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44A13"/>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44A13"/>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44A13"/>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44A1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44A1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44A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44A1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44A1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44A1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44A1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44A1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44A13"/>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44A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44A1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44A13"/>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44A13"/>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44A13"/>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44A13"/>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44A13"/>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44A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44A1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44A13"/>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44A13"/>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44A13"/>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44A1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44A13"/>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44A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44A13"/>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44A13"/>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44A13"/>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44A13"/>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44A13"/>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44A13"/>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844A13"/>
    <w:rPr>
      <w:color w:val="2B579A"/>
      <w:shd w:val="clear" w:color="auto" w:fill="E1DFDD"/>
      <w:lang w:val="es-ES"/>
    </w:rPr>
  </w:style>
  <w:style w:type="paragraph" w:styleId="MessageHeader">
    <w:name w:val="Message Header"/>
    <w:basedOn w:val="Normal"/>
    <w:link w:val="MessageHeaderChar"/>
    <w:uiPriority w:val="99"/>
    <w:semiHidden/>
    <w:unhideWhenUsed/>
    <w:rsid w:val="00844A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44A13"/>
    <w:rPr>
      <w:rFonts w:asciiTheme="majorHAnsi" w:eastAsiaTheme="majorEastAsia" w:hAnsiTheme="majorHAnsi" w:cstheme="majorBidi"/>
      <w:sz w:val="24"/>
      <w:szCs w:val="24"/>
      <w:shd w:val="pct20" w:color="auto" w:fill="auto"/>
      <w:lang w:val="es-ES"/>
    </w:rPr>
  </w:style>
  <w:style w:type="paragraph" w:styleId="NormalWeb">
    <w:name w:val="Normal (Web)"/>
    <w:basedOn w:val="Normal"/>
    <w:uiPriority w:val="99"/>
    <w:semiHidden/>
    <w:unhideWhenUsed/>
    <w:rsid w:val="00844A13"/>
    <w:rPr>
      <w:rFonts w:ascii="Times New Roman" w:hAnsi="Times New Roman" w:cs="Times New Roman"/>
      <w:sz w:val="24"/>
      <w:szCs w:val="24"/>
    </w:rPr>
  </w:style>
  <w:style w:type="paragraph" w:styleId="NormalIndent">
    <w:name w:val="Normal Indent"/>
    <w:basedOn w:val="Normal"/>
    <w:uiPriority w:val="99"/>
    <w:semiHidden/>
    <w:unhideWhenUsed/>
    <w:rsid w:val="00844A13"/>
    <w:pPr>
      <w:ind w:left="720"/>
    </w:pPr>
  </w:style>
  <w:style w:type="paragraph" w:styleId="NoteHeading">
    <w:name w:val="Note Heading"/>
    <w:basedOn w:val="Normal"/>
    <w:next w:val="Normal"/>
    <w:link w:val="NoteHeadingChar"/>
    <w:uiPriority w:val="99"/>
    <w:semiHidden/>
    <w:unhideWhenUsed/>
    <w:rsid w:val="00844A13"/>
    <w:pPr>
      <w:spacing w:after="0" w:line="240" w:lineRule="auto"/>
    </w:pPr>
  </w:style>
  <w:style w:type="character" w:customStyle="1" w:styleId="NoteHeadingChar">
    <w:name w:val="Note Heading Char"/>
    <w:basedOn w:val="DefaultParagraphFont"/>
    <w:link w:val="NoteHeading"/>
    <w:uiPriority w:val="99"/>
    <w:semiHidden/>
    <w:rsid w:val="00844A13"/>
    <w:rPr>
      <w:lang w:val="es-ES"/>
    </w:rPr>
  </w:style>
  <w:style w:type="character" w:styleId="PageNumber">
    <w:name w:val="page number"/>
    <w:basedOn w:val="DefaultParagraphFont"/>
    <w:uiPriority w:val="99"/>
    <w:semiHidden/>
    <w:unhideWhenUsed/>
    <w:rsid w:val="00844A13"/>
    <w:rPr>
      <w:lang w:val="es-ES"/>
    </w:rPr>
  </w:style>
  <w:style w:type="table" w:styleId="PlainTable1">
    <w:name w:val="Plain Table 1"/>
    <w:basedOn w:val="TableNormal"/>
    <w:uiPriority w:val="99"/>
    <w:rsid w:val="00844A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844A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44A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844A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844A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44A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44A13"/>
    <w:rPr>
      <w:rFonts w:ascii="Consolas" w:hAnsi="Consolas"/>
      <w:sz w:val="21"/>
      <w:szCs w:val="21"/>
      <w:lang w:val="es-ES"/>
    </w:rPr>
  </w:style>
  <w:style w:type="paragraph" w:styleId="Salutation">
    <w:name w:val="Salutation"/>
    <w:basedOn w:val="Normal"/>
    <w:next w:val="Normal"/>
    <w:link w:val="SalutationChar"/>
    <w:uiPriority w:val="99"/>
    <w:semiHidden/>
    <w:unhideWhenUsed/>
    <w:rsid w:val="00844A13"/>
  </w:style>
  <w:style w:type="character" w:customStyle="1" w:styleId="SalutationChar">
    <w:name w:val="Salutation Char"/>
    <w:basedOn w:val="DefaultParagraphFont"/>
    <w:link w:val="Salutation"/>
    <w:uiPriority w:val="99"/>
    <w:semiHidden/>
    <w:rsid w:val="00844A13"/>
    <w:rPr>
      <w:lang w:val="es-ES"/>
    </w:rPr>
  </w:style>
  <w:style w:type="paragraph" w:styleId="Signature">
    <w:name w:val="Signature"/>
    <w:basedOn w:val="Normal"/>
    <w:link w:val="SignatureChar"/>
    <w:uiPriority w:val="99"/>
    <w:semiHidden/>
    <w:unhideWhenUsed/>
    <w:rsid w:val="00844A13"/>
    <w:pPr>
      <w:spacing w:after="0" w:line="240" w:lineRule="auto"/>
      <w:ind w:left="4252"/>
    </w:pPr>
  </w:style>
  <w:style w:type="character" w:customStyle="1" w:styleId="SignatureChar">
    <w:name w:val="Signature Char"/>
    <w:basedOn w:val="DefaultParagraphFont"/>
    <w:link w:val="Signature"/>
    <w:uiPriority w:val="99"/>
    <w:semiHidden/>
    <w:rsid w:val="00844A13"/>
    <w:rPr>
      <w:lang w:val="es-ES"/>
    </w:rPr>
  </w:style>
  <w:style w:type="character" w:styleId="SmartHyperlink">
    <w:name w:val="Smart Hyperlink"/>
    <w:basedOn w:val="DefaultParagraphFont"/>
    <w:uiPriority w:val="99"/>
    <w:semiHidden/>
    <w:unhideWhenUsed/>
    <w:rsid w:val="00844A13"/>
    <w:rPr>
      <w:u w:val="dotted"/>
      <w:lang w:val="es-ES"/>
    </w:rPr>
  </w:style>
  <w:style w:type="character" w:styleId="SmartLink">
    <w:name w:val="Smart Link"/>
    <w:basedOn w:val="DefaultParagraphFont"/>
    <w:uiPriority w:val="99"/>
    <w:semiHidden/>
    <w:unhideWhenUsed/>
    <w:rsid w:val="00844A13"/>
    <w:rPr>
      <w:color w:val="0000FF"/>
      <w:u w:val="single"/>
      <w:shd w:val="clear" w:color="auto" w:fill="F3F2F1"/>
      <w:lang w:val="es-ES"/>
    </w:rPr>
  </w:style>
  <w:style w:type="table" w:styleId="Table3Deffects1">
    <w:name w:val="Table 3D effects 1"/>
    <w:basedOn w:val="TableNormal"/>
    <w:uiPriority w:val="99"/>
    <w:semiHidden/>
    <w:unhideWhenUsed/>
    <w:rsid w:val="00844A1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44A1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44A1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44A1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44A1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44A1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44A1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44A1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44A1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44A1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44A1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44A1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44A1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44A1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44A1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44A1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44A1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44A1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44A1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44A1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44A1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44A1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44A1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44A1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44A1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844A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44A1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44A1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44A1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44A1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44A1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44A1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44A1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44A1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44A13"/>
    <w:pPr>
      <w:spacing w:after="0"/>
      <w:ind w:left="220" w:hanging="220"/>
    </w:pPr>
  </w:style>
  <w:style w:type="paragraph" w:styleId="TableofFigures">
    <w:name w:val="table of figures"/>
    <w:basedOn w:val="Normal"/>
    <w:next w:val="Normal"/>
    <w:uiPriority w:val="99"/>
    <w:semiHidden/>
    <w:unhideWhenUsed/>
    <w:rsid w:val="00844A13"/>
    <w:pPr>
      <w:spacing w:after="0"/>
    </w:pPr>
  </w:style>
  <w:style w:type="table" w:styleId="TableProfessional">
    <w:name w:val="Table Professional"/>
    <w:basedOn w:val="TableNormal"/>
    <w:uiPriority w:val="99"/>
    <w:semiHidden/>
    <w:unhideWhenUsed/>
    <w:rsid w:val="00844A1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44A1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44A1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44A1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44A1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44A1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44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44A1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44A1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44A1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44A1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44A13"/>
    <w:pPr>
      <w:spacing w:after="100"/>
    </w:pPr>
  </w:style>
  <w:style w:type="paragraph" w:styleId="TOC2">
    <w:name w:val="toc 2"/>
    <w:basedOn w:val="Normal"/>
    <w:next w:val="Normal"/>
    <w:autoRedefine/>
    <w:uiPriority w:val="39"/>
    <w:semiHidden/>
    <w:unhideWhenUsed/>
    <w:rsid w:val="00844A13"/>
    <w:pPr>
      <w:spacing w:after="100"/>
      <w:ind w:left="220"/>
    </w:pPr>
  </w:style>
  <w:style w:type="paragraph" w:styleId="TOC3">
    <w:name w:val="toc 3"/>
    <w:basedOn w:val="Normal"/>
    <w:next w:val="Normal"/>
    <w:autoRedefine/>
    <w:uiPriority w:val="39"/>
    <w:semiHidden/>
    <w:unhideWhenUsed/>
    <w:rsid w:val="00844A13"/>
    <w:pPr>
      <w:spacing w:after="100"/>
      <w:ind w:left="440"/>
    </w:pPr>
  </w:style>
  <w:style w:type="paragraph" w:styleId="TOC4">
    <w:name w:val="toc 4"/>
    <w:basedOn w:val="Normal"/>
    <w:next w:val="Normal"/>
    <w:autoRedefine/>
    <w:uiPriority w:val="39"/>
    <w:semiHidden/>
    <w:unhideWhenUsed/>
    <w:rsid w:val="00844A13"/>
    <w:pPr>
      <w:spacing w:after="100"/>
      <w:ind w:left="660"/>
    </w:pPr>
  </w:style>
  <w:style w:type="paragraph" w:styleId="TOC5">
    <w:name w:val="toc 5"/>
    <w:basedOn w:val="Normal"/>
    <w:next w:val="Normal"/>
    <w:autoRedefine/>
    <w:uiPriority w:val="39"/>
    <w:semiHidden/>
    <w:unhideWhenUsed/>
    <w:rsid w:val="00844A13"/>
    <w:pPr>
      <w:spacing w:after="100"/>
      <w:ind w:left="880"/>
    </w:pPr>
  </w:style>
  <w:style w:type="paragraph" w:styleId="TOC6">
    <w:name w:val="toc 6"/>
    <w:basedOn w:val="Normal"/>
    <w:next w:val="Normal"/>
    <w:autoRedefine/>
    <w:uiPriority w:val="39"/>
    <w:semiHidden/>
    <w:unhideWhenUsed/>
    <w:rsid w:val="00844A13"/>
    <w:pPr>
      <w:spacing w:after="100"/>
      <w:ind w:left="1100"/>
    </w:pPr>
  </w:style>
  <w:style w:type="paragraph" w:styleId="TOC7">
    <w:name w:val="toc 7"/>
    <w:basedOn w:val="Normal"/>
    <w:next w:val="Normal"/>
    <w:autoRedefine/>
    <w:uiPriority w:val="39"/>
    <w:semiHidden/>
    <w:unhideWhenUsed/>
    <w:rsid w:val="00844A13"/>
    <w:pPr>
      <w:spacing w:after="100"/>
      <w:ind w:left="1320"/>
    </w:pPr>
  </w:style>
  <w:style w:type="paragraph" w:styleId="TOC8">
    <w:name w:val="toc 8"/>
    <w:basedOn w:val="Normal"/>
    <w:next w:val="Normal"/>
    <w:autoRedefine/>
    <w:uiPriority w:val="39"/>
    <w:semiHidden/>
    <w:unhideWhenUsed/>
    <w:rsid w:val="00844A13"/>
    <w:pPr>
      <w:spacing w:after="100"/>
      <w:ind w:left="1540"/>
    </w:pPr>
  </w:style>
  <w:style w:type="paragraph" w:styleId="TOC9">
    <w:name w:val="toc 9"/>
    <w:basedOn w:val="Normal"/>
    <w:next w:val="Normal"/>
    <w:autoRedefine/>
    <w:uiPriority w:val="39"/>
    <w:semiHidden/>
    <w:unhideWhenUsed/>
    <w:rsid w:val="00844A13"/>
    <w:pPr>
      <w:spacing w:after="100"/>
      <w:ind w:left="1760"/>
    </w:pPr>
  </w:style>
  <w:style w:type="character" w:customStyle="1" w:styleId="DNIn1">
    <w:name w:val="DNIn1"/>
    <w:basedOn w:val="Hyperlink"/>
    <w:uiPriority w:val="1"/>
    <w:qFormat/>
    <w:rsid w:val="00356C22"/>
    <w:rPr>
      <w:rFonts w:ascii="Arial" w:hAnsi="Arial" w:cs="Arial"/>
      <w:b/>
      <w:color w:val="024DA1"/>
      <w:u w:val="single"/>
      <w:lang w:val="es-ES"/>
    </w:rPr>
  </w:style>
  <w:style w:type="character" w:customStyle="1" w:styleId="DNIn2">
    <w:name w:val="DNIn2"/>
    <w:basedOn w:val="DefaultParagraphFont"/>
    <w:uiPriority w:val="1"/>
    <w:qFormat/>
    <w:rsid w:val="00356C22"/>
    <w:rPr>
      <w:rFonts w:ascii="MS Gothic" w:eastAsia="MS Gothic" w:hAnsi="MS Gothic" w:cs="Arial"/>
    </w:rPr>
  </w:style>
  <w:style w:type="character" w:customStyle="1" w:styleId="DNEx1">
    <w:name w:val="DNEx1"/>
    <w:basedOn w:val="DNIn2"/>
    <w:uiPriority w:val="1"/>
    <w:qFormat/>
    <w:rsid w:val="00356C22"/>
    <w:rPr>
      <w:rFonts w:ascii="MS Gothic" w:eastAsia="MS Gothic" w:hAnsi="MS Gothic" w:cs="Arial"/>
    </w:rPr>
  </w:style>
  <w:style w:type="character" w:customStyle="1" w:styleId="DNEx2">
    <w:name w:val="DNEx2"/>
    <w:basedOn w:val="DefaultParagraphFont"/>
    <w:uiPriority w:val="1"/>
    <w:qFormat/>
    <w:rsid w:val="00F447E9"/>
    <w:rPr>
      <w:rFonts w:ascii="Arial" w:hAnsi="Arial" w:cs="Arial"/>
      <w:i/>
      <w:iCs/>
      <w:sz w:val="20"/>
      <w:szCs w:val="20"/>
    </w:rPr>
  </w:style>
  <w:style w:type="character" w:customStyle="1" w:styleId="DNEx3">
    <w:name w:val="DNEx3"/>
    <w:basedOn w:val="DefaultParagraphFont"/>
    <w:uiPriority w:val="1"/>
    <w:qFormat/>
    <w:rsid w:val="00802691"/>
  </w:style>
  <w:style w:type="paragraph" w:customStyle="1" w:styleId="Style1">
    <w:name w:val="Style1"/>
    <w:basedOn w:val="Normal"/>
    <w:qFormat/>
    <w:rsid w:val="00EC54E3"/>
    <w:rPr>
      <w:rFonts w:ascii="Arial" w:hAnsi="Arial" w:cs="Arial"/>
      <w:b/>
    </w:rPr>
  </w:style>
  <w:style w:type="paragraph" w:customStyle="1" w:styleId="Style2">
    <w:name w:val="Style2"/>
    <w:basedOn w:val="Heading2"/>
    <w:qFormat/>
    <w:rsid w:val="00EC54E3"/>
    <w:rPr>
      <w:rFonts w:ascii="Arial" w:hAnsi="Arial" w:cs="Arial"/>
    </w:rPr>
  </w:style>
  <w:style w:type="paragraph" w:customStyle="1" w:styleId="Style3">
    <w:name w:val="Style3"/>
    <w:basedOn w:val="Heading2"/>
    <w:qFormat/>
    <w:rsid w:val="00EC54E3"/>
    <w:rPr>
      <w:rFonts w:ascii="Arial" w:hAnsi="Arial" w:cs="Arial"/>
    </w:rPr>
  </w:style>
  <w:style w:type="paragraph" w:customStyle="1" w:styleId="Style4">
    <w:name w:val="Style4"/>
    <w:basedOn w:val="Heading2"/>
    <w:qFormat/>
    <w:rsid w:val="00EC54E3"/>
    <w:rPr>
      <w:rFonts w:ascii="Arial" w:hAnsi="Arial" w:cs="Arial"/>
    </w:rPr>
  </w:style>
  <w:style w:type="paragraph" w:customStyle="1" w:styleId="Style5">
    <w:name w:val="Style5"/>
    <w:basedOn w:val="Normal"/>
    <w:qFormat/>
    <w:rsid w:val="00EC54E3"/>
    <w:rPr>
      <w:rFonts w:ascii="Arial"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ipo.europa.eu/tunnel-web/secure/webdav/guest/document_library/contentPdfs/data_protection/Privacy_Statement_SME_Fund_2026_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ipo.europa.eu/tunnel-web/secure/webdav/guest/document_library/contentPdfs/about_euipo/Grants/GR_001_26/Exclusion_situations_es.pdf"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gi.grants.smefund@euipo.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igi.grants.smefund@euipo.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FC0F96E1DE6754C929736FECAF171F9" ma:contentTypeVersion="13" ma:contentTypeDescription="Crea un document nou" ma:contentTypeScope="" ma:versionID="fa2eacbda9245e33332e7fa523091b82">
  <xsd:schema xmlns:xsd="http://www.w3.org/2001/XMLSchema" xmlns:xs="http://www.w3.org/2001/XMLSchema" xmlns:p="http://schemas.microsoft.com/office/2006/metadata/properties" xmlns:ns2="0ff25053-7464-4c7f-8427-04b3079073d5" xmlns:ns3="ad7b79b9-9943-4cd4-be5f-c9d538708f7d" targetNamespace="http://schemas.microsoft.com/office/2006/metadata/properties" ma:root="true" ma:fieldsID="ce910f766095bcec69d3817fdd3c6fe1" ns2:_="" ns3:_="">
    <xsd:import namespace="0ff25053-7464-4c7f-8427-04b3079073d5"/>
    <xsd:import namespace="ad7b79b9-9943-4cd4-be5f-c9d538708f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25053-7464-4c7f-8427-04b3079073d5"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48b51c65-86e6-4874-9948-459d34fa1392}" ma:internalName="TaxCatchAll" ma:showField="CatchAllData" ma:web="0ff25053-7464-4c7f-8427-04b3079073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7b79b9-9943-4cd4-be5f-c9d538708f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f25053-7464-4c7f-8427-04b3079073d5" xsi:nil="true"/>
    <lcf76f155ced4ddcb4097134ff3c332f xmlns="ad7b79b9-9943-4cd4-be5f-c9d538708f7d">
      <Terms xmlns="http://schemas.microsoft.com/office/infopath/2007/PartnerControls"/>
    </lcf76f155ced4ddcb4097134ff3c332f>
    <_dlc_DocId xmlns="0ff25053-7464-4c7f-8427-04b3079073d5">WZDS3VHKJ47A-646120707-665386</_dlc_DocId>
    <_dlc_DocIdUrl xmlns="0ff25053-7464-4c7f-8427-04b3079073d5">
      <Url>https://caib.sharepoint.com/sites/ARXIUS-DGINDUST/_layouts/15/DocIdRedir.aspx?ID=WZDS3VHKJ47A-646120707-665386</Url>
      <Description>WZDS3VHKJ47A-646120707-665386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B3B74D-E51D-4C5D-90AA-E1544562816D}">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2B382DA-F002-441E-B26A-AA763E54AA84}"/>
</file>

<file path=customXml/itemProps4.xml><?xml version="1.0" encoding="utf-8"?>
<ds:datastoreItem xmlns:ds="http://schemas.openxmlformats.org/officeDocument/2006/customXml" ds:itemID="{B67F45A6-4AE2-4908-BC2B-B896F5F29C13}">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D52F87A2-9B79-4CDD-8747-B1A1F0969FF0}"/>
</file>

<file path=docProps/app.xml><?xml version="1.0" encoding="utf-8"?>
<Properties xmlns="http://schemas.openxmlformats.org/officeDocument/2006/extended-properties" xmlns:vt="http://schemas.openxmlformats.org/officeDocument/2006/docPropsVTypes">
  <Template>Normal</Template>
  <TotalTime>98</TotalTime>
  <Pages>4</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CIGI__V5__APPLICATION FORM.docx</vt:lpstr>
    </vt:vector>
  </TitlesOfParts>
  <Manager/>
  <Company>CDT</Company>
  <LinksUpToDate>false</LinksUpToDate>
  <CharactersWithSpaces>4499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CIGI__V5__APPLICATION FORM.docx</dc:title>
  <dc:creator>CDT</dc:creator>
  <dc:description>generated by python-docx</dc:description>
  <cp:lastModifiedBy>RUANO BUTLER Natalia</cp:lastModifiedBy>
  <cp:revision>28</cp:revision>
  <dcterms:created xsi:type="dcterms:W3CDTF">2026-06-12T08:32:00Z</dcterms:created>
  <dcterms:modified xsi:type="dcterms:W3CDTF">2026-06-25T10:42:00Z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0x010100EFC0F96E1DE6754C929736FECAF171F9</vt:lpwstr>
  </property>
  <property fmtid="{D5CDD505-2E9C-101B-9397-08002B2CF9AE}" pid="3" name="_dlc_DocIdItemGuid">
    <vt:lpwstr>140a58ce-467d-4e4b-85e3-e7cf3e718d1b</vt:lpwstr>
  </property>
</Properties>
</file>