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E9B" w:rsidRPr="00C75965" w:rsidRDefault="002A328E">
      <w:pPr>
        <w:jc w:val="center"/>
        <w:rPr>
          <w:lang w:val="ca-ES"/>
        </w:rPr>
      </w:pPr>
      <w:r w:rsidRPr="00C75965">
        <w:rPr>
          <w:b/>
          <w:sz w:val="36"/>
          <w:lang w:val="ca-ES"/>
        </w:rPr>
        <w:t>M</w:t>
      </w:r>
      <w:r w:rsidR="00C4265F" w:rsidRPr="00C75965">
        <w:rPr>
          <w:b/>
          <w:sz w:val="36"/>
          <w:lang w:val="ca-ES"/>
        </w:rPr>
        <w:t>ODEL BÀSIC DE PLA D’ADOBA</w:t>
      </w:r>
      <w:r w:rsidR="009A5DF2">
        <w:rPr>
          <w:b/>
          <w:sz w:val="36"/>
          <w:lang w:val="ca-ES"/>
        </w:rPr>
        <w:t>MEN</w:t>
      </w:r>
      <w:r w:rsidR="00C4265F" w:rsidRPr="00C75965">
        <w:rPr>
          <w:b/>
          <w:sz w:val="36"/>
          <w:lang w:val="ca-ES"/>
        </w:rPr>
        <w:t>T</w:t>
      </w:r>
    </w:p>
    <w:p w:rsidR="00450E9B" w:rsidRPr="00C75965" w:rsidRDefault="00C4265F">
      <w:pPr>
        <w:jc w:val="center"/>
        <w:rPr>
          <w:lang w:val="ca-ES"/>
        </w:rPr>
      </w:pPr>
      <w:r w:rsidRPr="00C75965">
        <w:rPr>
          <w:i/>
          <w:lang w:val="ca-ES"/>
        </w:rPr>
        <w:t>Adaptat al Reial decret 1051/2022, de 27 de desembre</w:t>
      </w:r>
    </w:p>
    <w:p w:rsidR="00450E9B" w:rsidRPr="00C75965" w:rsidRDefault="00C4265F" w:rsidP="00C75965">
      <w:pPr>
        <w:jc w:val="both"/>
        <w:rPr>
          <w:lang w:val="ca-ES"/>
        </w:rPr>
      </w:pPr>
      <w:r w:rsidRPr="00C75965">
        <w:rPr>
          <w:lang w:val="ca-ES"/>
        </w:rPr>
        <w:t>Aquest model constitueix un exemple simplificat de pla d’adoba</w:t>
      </w:r>
      <w:r w:rsidR="009A5DF2">
        <w:rPr>
          <w:lang w:val="ca-ES"/>
        </w:rPr>
        <w:t>men</w:t>
      </w:r>
      <w:bookmarkStart w:id="0" w:name="_GoBack"/>
      <w:bookmarkEnd w:id="0"/>
      <w:r w:rsidRPr="00C75965">
        <w:rPr>
          <w:lang w:val="ca-ES"/>
        </w:rPr>
        <w:t>t adaptat al RD 1051/2022. El contingut concret podrà variar en funció del tipus d’explotació, ubicació, pertinença a zona vulnerable, dimensió de l’explotació, sistema de cultiu i obligacions específiques aplicables.</w:t>
      </w:r>
    </w:p>
    <w:p w:rsidR="002A328E" w:rsidRPr="00C75965" w:rsidRDefault="002A328E">
      <w:pPr>
        <w:rPr>
          <w:lang w:val="ca-ES"/>
        </w:rPr>
      </w:pPr>
    </w:p>
    <w:p w:rsidR="002A328E" w:rsidRPr="00C75965" w:rsidRDefault="002A328E">
      <w:pPr>
        <w:rPr>
          <w:lang w:val="ca-ES"/>
        </w:rPr>
      </w:pP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1. DADES GENERALS DE L’EXPLOTACIÓ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Titular de l’explotació: 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NIF/CIF: 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Codi REA / REGEPA: 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Municipi: 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Campanya agrícola: 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Tècnic assessor (si escau): 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2. IDENTIFICACIÓ DE LES UNITATS DE PRODUCCIÓ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450E9B" w:rsidRPr="00C75965"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Parcel·la SIGPAC</w:t>
            </w:r>
          </w:p>
        </w:tc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Recinte</w:t>
            </w:r>
          </w:p>
        </w:tc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Superfície (ha)</w:t>
            </w:r>
          </w:p>
        </w:tc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Cultiu</w:t>
            </w:r>
          </w:p>
        </w:tc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Sistema (secà/regadiu)</w:t>
            </w:r>
          </w:p>
        </w:tc>
      </w:tr>
      <w:tr w:rsidR="00450E9B" w:rsidRPr="00C75965"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  <w:tr w:rsidR="00450E9B" w:rsidRPr="00C75965"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  <w:tr w:rsidR="00450E9B" w:rsidRPr="00C75965"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</w:tbl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3. OBJECTIU PRODUCTIU DEL CULTIU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Indicar la producció esperada o l’objectiu agronòmic previst per a cada cultiu.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450E9B" w:rsidRPr="00C75965">
        <w:tc>
          <w:tcPr>
            <w:tcW w:w="332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Cultiu</w:t>
            </w:r>
          </w:p>
        </w:tc>
        <w:tc>
          <w:tcPr>
            <w:tcW w:w="332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Producció esperada</w:t>
            </w:r>
          </w:p>
        </w:tc>
        <w:tc>
          <w:tcPr>
            <w:tcW w:w="332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Unitat</w:t>
            </w:r>
          </w:p>
        </w:tc>
      </w:tr>
      <w:tr w:rsidR="00450E9B" w:rsidRPr="00C75965">
        <w:tc>
          <w:tcPr>
            <w:tcW w:w="332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332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332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  <w:tr w:rsidR="00450E9B" w:rsidRPr="00C75965">
        <w:tc>
          <w:tcPr>
            <w:tcW w:w="332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332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332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</w:tbl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lastRenderedPageBreak/>
        <w:t>Exemple:</w:t>
      </w:r>
      <w:r w:rsidRPr="00C75965">
        <w:rPr>
          <w:lang w:val="ca-ES"/>
        </w:rPr>
        <w:br/>
        <w:t>• Ametller: 1.500 kg/ha</w:t>
      </w:r>
      <w:r w:rsidRPr="00C75965">
        <w:rPr>
          <w:lang w:val="ca-ES"/>
        </w:rPr>
        <w:br/>
        <w:t>• Vinya: 7.000 kg/ha</w:t>
      </w:r>
      <w:r w:rsidRPr="00C75965">
        <w:rPr>
          <w:lang w:val="ca-ES"/>
        </w:rPr>
        <w:br/>
        <w:t>• Tomàtiga: 60.000 kg/ha</w:t>
      </w: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4. CARACTERÍSTIQUES DEL SÒL per fulla de cultiu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4.1 Tipus de sòl</w:t>
      </w:r>
      <w:r w:rsidRPr="00C75965">
        <w:rPr>
          <w:lang w:val="ca-ES"/>
        </w:rPr>
        <w:br/>
      </w:r>
      <w:r w:rsidRPr="00C75965">
        <w:rPr>
          <w:lang w:val="ca-ES"/>
        </w:rPr>
        <w:br/>
        <w:t>Descripció general:</w:t>
      </w:r>
      <w:r w:rsidRPr="00C75965">
        <w:rPr>
          <w:lang w:val="ca-ES"/>
        </w:rPr>
        <w:br/>
        <w:t>• Textura: ..........................................................</w:t>
      </w:r>
      <w:r w:rsidRPr="00C75965">
        <w:rPr>
          <w:lang w:val="ca-ES"/>
        </w:rPr>
        <w:br/>
        <w:t>• Pendent: ..........................................................</w:t>
      </w:r>
      <w:r w:rsidRPr="00C75965">
        <w:rPr>
          <w:lang w:val="ca-ES"/>
        </w:rPr>
        <w:br/>
        <w:t>• Matèria orgànica: ..........................................................</w:t>
      </w:r>
      <w:r w:rsidRPr="00C75965">
        <w:rPr>
          <w:lang w:val="ca-ES"/>
        </w:rPr>
        <w:br/>
        <w:t>• pH: ..........................................................</w:t>
      </w:r>
      <w:r w:rsidRPr="00C75965">
        <w:rPr>
          <w:lang w:val="ca-ES"/>
        </w:rPr>
        <w:br/>
        <w:t>• Conductivitat: 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4.2 Analítiques disponibles</w:t>
      </w:r>
      <w:r w:rsidRPr="00C75965">
        <w:rPr>
          <w:lang w:val="ca-ES"/>
        </w:rPr>
        <w:br/>
      </w:r>
      <w:r w:rsidRPr="00C75965">
        <w:rPr>
          <w:lang w:val="ca-ES"/>
        </w:rPr>
        <w:br/>
        <w:t>Adjuntar, si escau:</w:t>
      </w:r>
      <w:r w:rsidRPr="00C75965">
        <w:rPr>
          <w:lang w:val="ca-ES"/>
        </w:rPr>
        <w:br/>
        <w:t>• anàlisi de sòl,</w:t>
      </w:r>
      <w:r w:rsidRPr="00C75965">
        <w:rPr>
          <w:lang w:val="ca-ES"/>
        </w:rPr>
        <w:br/>
        <w:t>• anàlisi foliar,</w:t>
      </w:r>
      <w:r w:rsidRPr="00C75965">
        <w:rPr>
          <w:lang w:val="ca-ES"/>
        </w:rPr>
        <w:br/>
        <w:t>• anàlisi d’aigua de r</w:t>
      </w:r>
      <w:r w:rsidR="002A328E" w:rsidRPr="00C75965">
        <w:rPr>
          <w:lang w:val="ca-ES"/>
        </w:rPr>
        <w:t>eg.</w:t>
      </w:r>
      <w:r w:rsidR="002A328E" w:rsidRPr="00C75965">
        <w:rPr>
          <w:lang w:val="ca-ES"/>
        </w:rPr>
        <w:br/>
      </w:r>
    </w:p>
    <w:p w:rsidR="002A328E" w:rsidRPr="00C75965" w:rsidRDefault="002A328E">
      <w:pPr>
        <w:rPr>
          <w:lang w:val="ca-ES"/>
        </w:rPr>
      </w:pPr>
      <w:r w:rsidRPr="00C75965">
        <w:rPr>
          <w:lang w:val="ca-ES"/>
        </w:rPr>
        <w:t>Nota: cultius en secà, analítiques cada 10 anys com a m</w:t>
      </w:r>
      <w:r w:rsidR="00C75965" w:rsidRPr="00A452A4">
        <w:rPr>
          <w:lang w:val="ca-ES"/>
        </w:rPr>
        <w:t>à</w:t>
      </w:r>
      <w:r w:rsidRPr="00C75965">
        <w:rPr>
          <w:lang w:val="ca-ES"/>
        </w:rPr>
        <w:t>xim. Cultius en regadiu, analítiques cada 5 anys com a m</w:t>
      </w:r>
      <w:r w:rsidR="00C75965" w:rsidRPr="00C75965">
        <w:rPr>
          <w:lang w:val="ca-ES"/>
        </w:rPr>
        <w:t>à</w:t>
      </w:r>
      <w:r w:rsidRPr="00C75965">
        <w:rPr>
          <w:lang w:val="ca-ES"/>
        </w:rPr>
        <w:t>xim.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6"/>
        <w:gridCol w:w="1715"/>
        <w:gridCol w:w="1672"/>
        <w:gridCol w:w="1910"/>
        <w:gridCol w:w="1529"/>
        <w:gridCol w:w="1616"/>
      </w:tblGrid>
      <w:tr w:rsidR="002A328E" w:rsidRPr="00C75965" w:rsidTr="002A328E">
        <w:tc>
          <w:tcPr>
            <w:tcW w:w="1762" w:type="dxa"/>
          </w:tcPr>
          <w:p w:rsidR="002A328E" w:rsidRPr="00C75965" w:rsidRDefault="002A328E" w:rsidP="00E3603E">
            <w:pPr>
              <w:rPr>
                <w:lang w:val="ca-ES"/>
              </w:rPr>
            </w:pPr>
            <w:r w:rsidRPr="00C75965">
              <w:rPr>
                <w:lang w:val="ca-ES"/>
              </w:rPr>
              <w:t>Parcel·la SIGPAC</w:t>
            </w:r>
          </w:p>
        </w:tc>
        <w:tc>
          <w:tcPr>
            <w:tcW w:w="1734" w:type="dxa"/>
          </w:tcPr>
          <w:p w:rsidR="002A328E" w:rsidRPr="00C75965" w:rsidRDefault="002A328E" w:rsidP="00E3603E">
            <w:pPr>
              <w:rPr>
                <w:lang w:val="ca-ES"/>
              </w:rPr>
            </w:pPr>
            <w:r w:rsidRPr="00C75965">
              <w:rPr>
                <w:lang w:val="ca-ES"/>
              </w:rPr>
              <w:t>Recinte</w:t>
            </w:r>
          </w:p>
        </w:tc>
        <w:tc>
          <w:tcPr>
            <w:tcW w:w="1694" w:type="dxa"/>
          </w:tcPr>
          <w:p w:rsidR="002A328E" w:rsidRPr="00C75965" w:rsidRDefault="002A328E" w:rsidP="00E3603E">
            <w:pPr>
              <w:rPr>
                <w:lang w:val="ca-ES"/>
              </w:rPr>
            </w:pPr>
            <w:r w:rsidRPr="00C75965">
              <w:rPr>
                <w:lang w:val="ca-ES"/>
              </w:rPr>
              <w:t>Cultiu</w:t>
            </w:r>
          </w:p>
        </w:tc>
        <w:tc>
          <w:tcPr>
            <w:tcW w:w="1916" w:type="dxa"/>
          </w:tcPr>
          <w:p w:rsidR="002A328E" w:rsidRPr="00C75965" w:rsidRDefault="002A328E" w:rsidP="00E3603E">
            <w:pPr>
              <w:rPr>
                <w:lang w:val="ca-ES"/>
              </w:rPr>
            </w:pPr>
            <w:r w:rsidRPr="00C75965">
              <w:rPr>
                <w:lang w:val="ca-ES"/>
              </w:rPr>
              <w:t>Sistema (secà/regadiu)</w:t>
            </w:r>
          </w:p>
        </w:tc>
        <w:tc>
          <w:tcPr>
            <w:tcW w:w="1541" w:type="dxa"/>
          </w:tcPr>
          <w:p w:rsidR="002A328E" w:rsidRPr="00C75965" w:rsidRDefault="002A328E" w:rsidP="00E3603E">
            <w:pPr>
              <w:rPr>
                <w:lang w:val="ca-ES"/>
              </w:rPr>
            </w:pPr>
            <w:r w:rsidRPr="00C75965">
              <w:rPr>
                <w:lang w:val="ca-ES"/>
              </w:rPr>
              <w:t>Data darrera anal</w:t>
            </w:r>
            <w:r w:rsidR="00C75965" w:rsidRPr="00A452A4">
              <w:rPr>
                <w:lang w:val="ca-ES"/>
              </w:rPr>
              <w:t>í</w:t>
            </w:r>
            <w:r w:rsidRPr="00C75965">
              <w:rPr>
                <w:lang w:val="ca-ES"/>
              </w:rPr>
              <w:t>tica</w:t>
            </w:r>
          </w:p>
        </w:tc>
        <w:tc>
          <w:tcPr>
            <w:tcW w:w="1541" w:type="dxa"/>
          </w:tcPr>
          <w:p w:rsidR="002A328E" w:rsidRPr="00C75965" w:rsidRDefault="002A328E" w:rsidP="00E3603E">
            <w:pPr>
              <w:rPr>
                <w:lang w:val="ca-ES"/>
              </w:rPr>
            </w:pPr>
            <w:r w:rsidRPr="00C75965">
              <w:rPr>
                <w:lang w:val="ca-ES"/>
              </w:rPr>
              <w:t>Observacions</w:t>
            </w:r>
          </w:p>
        </w:tc>
      </w:tr>
      <w:tr w:rsidR="002A328E" w:rsidRPr="00C75965" w:rsidTr="002A328E">
        <w:tc>
          <w:tcPr>
            <w:tcW w:w="1762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734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694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916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541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541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</w:tr>
      <w:tr w:rsidR="002A328E" w:rsidRPr="00C75965" w:rsidTr="002A328E">
        <w:tc>
          <w:tcPr>
            <w:tcW w:w="1762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734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694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916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541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541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</w:tr>
      <w:tr w:rsidR="002A328E" w:rsidRPr="00C75965" w:rsidTr="002A328E">
        <w:tc>
          <w:tcPr>
            <w:tcW w:w="1762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734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694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916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541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  <w:tc>
          <w:tcPr>
            <w:tcW w:w="1541" w:type="dxa"/>
          </w:tcPr>
          <w:p w:rsidR="002A328E" w:rsidRPr="00C75965" w:rsidRDefault="002A328E" w:rsidP="00E3603E">
            <w:pPr>
              <w:rPr>
                <w:lang w:val="ca-ES"/>
              </w:rPr>
            </w:pPr>
          </w:p>
        </w:tc>
      </w:tr>
    </w:tbl>
    <w:p w:rsidR="002A328E" w:rsidRPr="00C75965" w:rsidRDefault="002A328E">
      <w:pPr>
        <w:rPr>
          <w:lang w:val="ca-ES"/>
        </w:rPr>
      </w:pPr>
    </w:p>
    <w:p w:rsidR="002A328E" w:rsidRPr="00C75965" w:rsidRDefault="002A328E">
      <w:pPr>
        <w:rPr>
          <w:lang w:val="ca-ES"/>
        </w:rPr>
      </w:pPr>
      <w:r w:rsidRPr="00C75965">
        <w:rPr>
          <w:lang w:val="ca-ES"/>
        </w:rPr>
        <w:br w:type="page"/>
      </w:r>
    </w:p>
    <w:p w:rsidR="002A328E" w:rsidRPr="00C75965" w:rsidRDefault="002A328E">
      <w:pPr>
        <w:rPr>
          <w:lang w:val="ca-ES"/>
        </w:rPr>
      </w:pP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5. NECESSITATS NUTRITIVES DEL CULTIU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Indicar les necessitats aproximades de nutrients en funció del cultiu i de l’objectiu productiu.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450E9B" w:rsidRPr="00C75965">
        <w:tc>
          <w:tcPr>
            <w:tcW w:w="2493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Cultiu</w:t>
            </w:r>
          </w:p>
        </w:tc>
        <w:tc>
          <w:tcPr>
            <w:tcW w:w="2493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N (kg/ha)</w:t>
            </w:r>
          </w:p>
        </w:tc>
        <w:tc>
          <w:tcPr>
            <w:tcW w:w="2493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P</w:t>
            </w:r>
            <w:r w:rsidRPr="00C75965">
              <w:rPr>
                <w:vertAlign w:val="subscript"/>
                <w:lang w:val="ca-ES"/>
              </w:rPr>
              <w:t>2</w:t>
            </w:r>
            <w:r w:rsidRPr="00C75965">
              <w:rPr>
                <w:lang w:val="ca-ES"/>
              </w:rPr>
              <w:t>O</w:t>
            </w:r>
            <w:r w:rsidRPr="00C75965">
              <w:rPr>
                <w:vertAlign w:val="subscript"/>
                <w:lang w:val="ca-ES"/>
              </w:rPr>
              <w:t>5</w:t>
            </w:r>
            <w:r w:rsidRPr="00C75965">
              <w:rPr>
                <w:lang w:val="ca-ES"/>
              </w:rPr>
              <w:t xml:space="preserve"> (kg/ha)</w:t>
            </w:r>
          </w:p>
        </w:tc>
        <w:tc>
          <w:tcPr>
            <w:tcW w:w="2493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K</w:t>
            </w:r>
            <w:r w:rsidRPr="00C75965">
              <w:rPr>
                <w:vertAlign w:val="subscript"/>
                <w:lang w:val="ca-ES"/>
              </w:rPr>
              <w:t>2</w:t>
            </w:r>
            <w:r w:rsidRPr="00C75965">
              <w:rPr>
                <w:lang w:val="ca-ES"/>
              </w:rPr>
              <w:t>O (kg/ha)</w:t>
            </w:r>
          </w:p>
        </w:tc>
      </w:tr>
      <w:tr w:rsidR="00450E9B" w:rsidRPr="00C75965"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  <w:tr w:rsidR="00450E9B" w:rsidRPr="00C75965"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</w:tbl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L’estimació podrà basar-se en:</w:t>
      </w:r>
      <w:r w:rsidRPr="00C75965">
        <w:rPr>
          <w:lang w:val="ca-ES"/>
        </w:rPr>
        <w:br/>
        <w:t>• extracció del cultiu,</w:t>
      </w:r>
      <w:r w:rsidRPr="00C75965">
        <w:rPr>
          <w:lang w:val="ca-ES"/>
        </w:rPr>
        <w:br/>
        <w:t>• recomanacions tècniques oficials,</w:t>
      </w:r>
      <w:r w:rsidRPr="00C75965">
        <w:rPr>
          <w:lang w:val="ca-ES"/>
        </w:rPr>
        <w:br/>
        <w:t>• assessorament tècnic,</w:t>
      </w:r>
      <w:r w:rsidRPr="00C75965">
        <w:rPr>
          <w:lang w:val="ca-ES"/>
        </w:rPr>
        <w:br/>
        <w:t>• balanços nutricionals.</w:t>
      </w: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6. APORTACIONS PREVISTES DE FERTILITZACIÓ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6.1 Fertilització orgànica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450E9B" w:rsidRPr="00C75965">
        <w:tc>
          <w:tcPr>
            <w:tcW w:w="2493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Producte</w:t>
            </w:r>
          </w:p>
        </w:tc>
        <w:tc>
          <w:tcPr>
            <w:tcW w:w="2493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Dosi</w:t>
            </w:r>
          </w:p>
        </w:tc>
        <w:tc>
          <w:tcPr>
            <w:tcW w:w="2493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Data prevista</w:t>
            </w:r>
          </w:p>
        </w:tc>
        <w:tc>
          <w:tcPr>
            <w:tcW w:w="2493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Mètode d’aplicació</w:t>
            </w:r>
          </w:p>
        </w:tc>
      </w:tr>
      <w:tr w:rsidR="00450E9B" w:rsidRPr="00C75965"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  <w:tr w:rsidR="00450E9B" w:rsidRPr="00C75965"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2493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</w:tbl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6.2 Fertilització mineral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450E9B" w:rsidRPr="00C75965"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Producte fertilitzant</w:t>
            </w:r>
          </w:p>
        </w:tc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Riquesa</w:t>
            </w:r>
          </w:p>
        </w:tc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Dosi</w:t>
            </w:r>
          </w:p>
        </w:tc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Data prevista</w:t>
            </w:r>
          </w:p>
        </w:tc>
        <w:tc>
          <w:tcPr>
            <w:tcW w:w="1994" w:type="dxa"/>
          </w:tcPr>
          <w:p w:rsidR="00450E9B" w:rsidRPr="00C75965" w:rsidRDefault="00C4265F">
            <w:pPr>
              <w:rPr>
                <w:lang w:val="ca-ES"/>
              </w:rPr>
            </w:pPr>
            <w:r w:rsidRPr="00C75965">
              <w:rPr>
                <w:lang w:val="ca-ES"/>
              </w:rPr>
              <w:t>Mètode d’aplicació</w:t>
            </w:r>
          </w:p>
        </w:tc>
      </w:tr>
      <w:tr w:rsidR="00450E9B" w:rsidRPr="00C75965"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  <w:tr w:rsidR="00450E9B" w:rsidRPr="00C75965"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  <w:tc>
          <w:tcPr>
            <w:tcW w:w="1994" w:type="dxa"/>
          </w:tcPr>
          <w:p w:rsidR="00450E9B" w:rsidRPr="00C75965" w:rsidRDefault="00450E9B">
            <w:pPr>
              <w:rPr>
                <w:lang w:val="ca-ES"/>
              </w:rPr>
            </w:pPr>
          </w:p>
        </w:tc>
      </w:tr>
    </w:tbl>
    <w:p w:rsidR="002A328E" w:rsidRPr="00C75965" w:rsidRDefault="002A328E">
      <w:pPr>
        <w:rPr>
          <w:b/>
          <w:sz w:val="28"/>
          <w:lang w:val="ca-ES"/>
        </w:rPr>
      </w:pP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7. JUSTIFICACIÓ AGRONÒMICA</w:t>
      </w:r>
    </w:p>
    <w:p w:rsidR="002A328E" w:rsidRPr="00C75965" w:rsidRDefault="00C4265F">
      <w:pPr>
        <w:rPr>
          <w:lang w:val="ca-ES"/>
        </w:rPr>
      </w:pPr>
      <w:r w:rsidRPr="00C75965">
        <w:rPr>
          <w:lang w:val="ca-ES"/>
        </w:rPr>
        <w:t>Descriure breument:</w:t>
      </w:r>
    </w:p>
    <w:p w:rsidR="00450E9B" w:rsidRPr="00C75965" w:rsidRDefault="00C4265F" w:rsidP="00A80C83">
      <w:pPr>
        <w:rPr>
          <w:lang w:val="ca-ES"/>
        </w:rPr>
      </w:pPr>
      <w:r w:rsidRPr="00C75965">
        <w:rPr>
          <w:lang w:val="ca-ES"/>
        </w:rPr>
        <w:t>• per què es seleccionen els fertilitzants,</w:t>
      </w:r>
      <w:r w:rsidRPr="00C75965">
        <w:rPr>
          <w:lang w:val="ca-ES"/>
        </w:rPr>
        <w:br/>
        <w:t>• com s’ajusten les dosis,</w:t>
      </w:r>
      <w:r w:rsidRPr="00C75965">
        <w:rPr>
          <w:lang w:val="ca-ES"/>
        </w:rPr>
        <w:br/>
        <w:t>• criteris utilitzats per evitar excessos,</w:t>
      </w:r>
      <w:r w:rsidRPr="00C75965">
        <w:rPr>
          <w:lang w:val="ca-ES"/>
        </w:rPr>
        <w:br/>
        <w:t>• adaptació a les necessitats del cultiu.</w:t>
      </w:r>
      <w:r w:rsidRPr="00C75965">
        <w:rPr>
          <w:lang w:val="ca-ES"/>
        </w:rPr>
        <w:br/>
      </w:r>
      <w:r w:rsidRPr="00C75965">
        <w:rPr>
          <w:lang w:val="ca-ES"/>
        </w:rPr>
        <w:br/>
      </w:r>
      <w:r w:rsidRPr="00C75965">
        <w:rPr>
          <w:lang w:val="ca-ES"/>
        </w:rPr>
        <w:lastRenderedPageBreak/>
        <w:t>Exemple:</w:t>
      </w:r>
      <w:r w:rsidRPr="00C75965">
        <w:rPr>
          <w:lang w:val="ca-ES"/>
        </w:rPr>
        <w:br/>
        <w:t>Les dosis proposades s’ajusten a l’objectiu productiu previst i a les característiques del sòl, prioritzant el fraccionament del nitrogen i l’ús racional de nutrients per minimitzar pèrdues i riscos de contaminació.</w:t>
      </w: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8. MESURES PER REDUIR PÈRDUES DE NUTRIENTS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• fraccionament del nitrogen,</w:t>
      </w:r>
      <w:r w:rsidRPr="00C75965">
        <w:rPr>
          <w:lang w:val="ca-ES"/>
        </w:rPr>
        <w:br/>
        <w:t>• incorporació ràpida de fems,</w:t>
      </w:r>
      <w:r w:rsidRPr="00C75965">
        <w:rPr>
          <w:lang w:val="ca-ES"/>
        </w:rPr>
        <w:br/>
        <w:t>• fertirrigació ajustada,</w:t>
      </w:r>
      <w:r w:rsidRPr="00C75965">
        <w:rPr>
          <w:lang w:val="ca-ES"/>
        </w:rPr>
        <w:br/>
        <w:t>• cobertes vegetals,</w:t>
      </w:r>
      <w:r w:rsidRPr="00C75965">
        <w:rPr>
          <w:lang w:val="ca-ES"/>
        </w:rPr>
        <w:br/>
        <w:t>• aplicació en condicions meteorològiques adequades,</w:t>
      </w:r>
      <w:r w:rsidRPr="00C75965">
        <w:rPr>
          <w:lang w:val="ca-ES"/>
        </w:rPr>
        <w:br/>
        <w:t>• evitar adobat abans de pluges intenses.</w:t>
      </w: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9. REGISTRE I SEGUIMENT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L’explotació mantindrà actualitzat el registre de fertilització conforme a la normativa vigent.</w:t>
      </w:r>
      <w:r w:rsidRPr="00C75965">
        <w:rPr>
          <w:lang w:val="ca-ES"/>
        </w:rPr>
        <w:br/>
      </w:r>
      <w:r w:rsidRPr="00C75965">
        <w:rPr>
          <w:lang w:val="ca-ES"/>
        </w:rPr>
        <w:br/>
        <w:t>Les aplicacions realitzades hauran de coincidir amb:</w:t>
      </w:r>
      <w:r w:rsidRPr="00C75965">
        <w:rPr>
          <w:lang w:val="ca-ES"/>
        </w:rPr>
        <w:br/>
        <w:t>• el pla d’adobat,</w:t>
      </w:r>
      <w:r w:rsidRPr="00C75965">
        <w:rPr>
          <w:lang w:val="ca-ES"/>
        </w:rPr>
        <w:br/>
        <w:t>• el quadern d’explotació,</w:t>
      </w:r>
      <w:r w:rsidRPr="00C75965">
        <w:rPr>
          <w:lang w:val="ca-ES"/>
        </w:rPr>
        <w:br/>
        <w:t>• i la documentació justificativa disponible.</w:t>
      </w: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10. OBSERVACIONS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................................................................................................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................................................................................................</w:t>
      </w:r>
    </w:p>
    <w:p w:rsidR="00450E9B" w:rsidRPr="00C75965" w:rsidRDefault="00C4265F">
      <w:pPr>
        <w:rPr>
          <w:lang w:val="ca-ES"/>
        </w:rPr>
      </w:pPr>
      <w:r w:rsidRPr="00C75965">
        <w:rPr>
          <w:b/>
          <w:sz w:val="28"/>
          <w:lang w:val="ca-ES"/>
        </w:rPr>
        <w:t>DOCUMENTACIÓ RECOMANABLE A ADJUNTAR</w:t>
      </w:r>
    </w:p>
    <w:p w:rsidR="00450E9B" w:rsidRPr="00C75965" w:rsidRDefault="00C4265F">
      <w:pPr>
        <w:rPr>
          <w:lang w:val="ca-ES"/>
        </w:rPr>
      </w:pPr>
      <w:r w:rsidRPr="00C75965">
        <w:rPr>
          <w:lang w:val="ca-ES"/>
        </w:rPr>
        <w:t>• Analítiques de sòl.</w:t>
      </w:r>
      <w:r w:rsidRPr="00C75965">
        <w:rPr>
          <w:lang w:val="ca-ES"/>
        </w:rPr>
        <w:br/>
        <w:t>• Analítiques d’aigua.</w:t>
      </w:r>
      <w:r w:rsidRPr="00C75965">
        <w:rPr>
          <w:lang w:val="ca-ES"/>
        </w:rPr>
        <w:br/>
        <w:t>• Plànols SIGPAC.</w:t>
      </w:r>
      <w:r w:rsidRPr="00C75965">
        <w:rPr>
          <w:lang w:val="ca-ES"/>
        </w:rPr>
        <w:br/>
        <w:t>• Recomanacions tècniques.</w:t>
      </w:r>
      <w:r w:rsidRPr="00C75965">
        <w:rPr>
          <w:lang w:val="ca-ES"/>
        </w:rPr>
        <w:br/>
        <w:t>• Factures o fitxes de fertilitzants.</w:t>
      </w:r>
      <w:r w:rsidRPr="00C75965">
        <w:rPr>
          <w:lang w:val="ca-ES"/>
        </w:rPr>
        <w:br/>
        <w:t>• Balanç de nitrogen (si escau).</w:t>
      </w:r>
    </w:p>
    <w:sectPr w:rsidR="00450E9B" w:rsidRPr="00C75965" w:rsidSect="002A328E">
      <w:headerReference w:type="default" r:id="rId8"/>
      <w:pgSz w:w="12240" w:h="15840"/>
      <w:pgMar w:top="2629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9B6" w:rsidRDefault="002259B6" w:rsidP="002A328E">
      <w:pPr>
        <w:spacing w:after="0" w:line="240" w:lineRule="auto"/>
      </w:pPr>
      <w:r>
        <w:separator/>
      </w:r>
    </w:p>
  </w:endnote>
  <w:endnote w:type="continuationSeparator" w:id="0">
    <w:p w:rsidR="002259B6" w:rsidRDefault="002259B6" w:rsidP="002A3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9B6" w:rsidRDefault="002259B6" w:rsidP="002A328E">
      <w:pPr>
        <w:spacing w:after="0" w:line="240" w:lineRule="auto"/>
      </w:pPr>
      <w:r>
        <w:separator/>
      </w:r>
    </w:p>
  </w:footnote>
  <w:footnote w:type="continuationSeparator" w:id="0">
    <w:p w:rsidR="002259B6" w:rsidRDefault="002259B6" w:rsidP="002A3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28E" w:rsidRDefault="002A328E">
    <w:pPr>
      <w:pStyle w:val="Encabezado"/>
    </w:pPr>
    <w:r w:rsidRPr="001426F7"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-390525</wp:posOffset>
          </wp:positionH>
          <wp:positionV relativeFrom="paragraph">
            <wp:posOffset>-57150</wp:posOffset>
          </wp:positionV>
          <wp:extent cx="2628900" cy="809625"/>
          <wp:effectExtent l="0" t="0" r="0" b="0"/>
          <wp:wrapTight wrapText="bothSides">
            <wp:wrapPolygon edited="0">
              <wp:start x="0" y="0"/>
              <wp:lineTo x="0" y="21346"/>
              <wp:lineTo x="21443" y="21346"/>
              <wp:lineTo x="21443" y="0"/>
              <wp:lineTo x="0" y="0"/>
            </wp:wrapPolygon>
          </wp:wrapTight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30" t="19823" r="10701" b="17621"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2259B6"/>
    <w:rsid w:val="0029639D"/>
    <w:rsid w:val="002A328E"/>
    <w:rsid w:val="00326F90"/>
    <w:rsid w:val="00450E9B"/>
    <w:rsid w:val="004F6F46"/>
    <w:rsid w:val="009A5DF2"/>
    <w:rsid w:val="00A452A4"/>
    <w:rsid w:val="00A80C83"/>
    <w:rsid w:val="00AA1D8D"/>
    <w:rsid w:val="00B24D5D"/>
    <w:rsid w:val="00B47730"/>
    <w:rsid w:val="00C4265F"/>
    <w:rsid w:val="00C75965"/>
    <w:rsid w:val="00CB0664"/>
    <w:rsid w:val="00E536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50F29E"/>
  <w15:docId w15:val="{7BAC4572-6751-438A-B032-997DC032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Noto Sans" w:hAnsi="Noto San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C84C63-E4A3-4E66-9FE6-46FFB1583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606</Words>
  <Characters>3334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Aura Estela Pascual Lucas</cp:lastModifiedBy>
  <cp:revision>7</cp:revision>
  <cp:lastPrinted>2026-05-20T13:20:00Z</cp:lastPrinted>
  <dcterms:created xsi:type="dcterms:W3CDTF">2013-12-23T23:15:00Z</dcterms:created>
  <dcterms:modified xsi:type="dcterms:W3CDTF">2026-07-09T08:01:00Z</dcterms:modified>
  <cp:category/>
</cp:coreProperties>
</file>