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288000" cy="65688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88000" cy="65688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1. DADES GENERALS DE L’EXPLOTACIÓ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1020" w:hRule="atLeast"/>
        </w:trPr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Titular de l’explotació:</w:t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NIF/CIF:</w:t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1020" w:hRule="atLeast"/>
        </w:trPr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Codi REA / REGEPA:</w:t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Municipi:</w:t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1020" w:hRule="atLeast"/>
        </w:trPr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Campanya agrícola:</w:t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Tècnic assessor (si escau):</w:t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1020" w:hRule="atLeast"/>
        </w:trPr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Adreça:</w:t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Telèfon:</w:t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rPr>
          <w:trHeight w:val="1020" w:hRule="atLeast"/>
        </w:trPr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Correu electrònic:</w:t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Altres dades:</w:t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pPr>
        <w:spacing w:before="40" w:after="40"/>
      </w:pPr>
      <w:r>
        <w:rPr>
          <w:rFonts w:ascii="Arial" w:hAnsi="Arial"/>
          <w:sz w:val="16"/>
        </w:rPr>
        <w:t>Aquest model constitueix un exemple simplificat de quadern d’explotació agrària adaptat al Reial decret 1051/2022 i al Reial decret 1311/2012.</w:t>
      </w:r>
    </w:p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2. PERSONES QUE INTERVENEN EN ELS TRACTAMENTS</w:t>
      </w:r>
    </w:p>
    <w:p>
      <w:pPr>
        <w:spacing w:before="60" w:after="60"/>
      </w:pPr>
      <w:r>
        <w:rPr>
          <w:rFonts w:ascii="Arial" w:hAnsi="Arial"/>
          <w:b/>
          <w:sz w:val="18"/>
        </w:rPr>
        <w:t>DE PRODUCTES FITOSANITARIS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7"/>
        <w:gridCol w:w="2617"/>
        <w:gridCol w:w="2617"/>
        <w:gridCol w:w="2617"/>
        <w:gridCol w:w="2617"/>
        <w:gridCol w:w="2617"/>
      </w:tblGrid>
      <w:tr>
        <w:trPr>
          <w:trHeight w:val="453" w:hRule="atLeast"/>
        </w:trPr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Nom i cognoms / Empresa de serveis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NIF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Inscripció ROPO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Tipus de carnet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Perfil: assessor/aplicador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Núm. assessor (si escau)</w:t>
            </w:r>
          </w:p>
        </w:tc>
      </w:tr>
      <w:tr>
        <w:trPr>
          <w:trHeight w:val="567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567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567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567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567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before="60" w:after="60"/>
      </w:pPr>
      <w:r>
        <w:rPr>
          <w:rFonts w:ascii="Arial" w:hAnsi="Arial"/>
          <w:b/>
          <w:sz w:val="18"/>
        </w:rPr>
        <w:t>DE PRODUCTES FERTILITZANTS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7"/>
        <w:gridCol w:w="2617"/>
        <w:gridCol w:w="2617"/>
        <w:gridCol w:w="2617"/>
        <w:gridCol w:w="2617"/>
        <w:gridCol w:w="2617"/>
      </w:tblGrid>
      <w:tr>
        <w:trPr>
          <w:trHeight w:val="453" w:hRule="atLeast"/>
        </w:trPr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Nom i cognoms / Empresa de serveis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NIF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Inscripció REGFER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Tipus de carnet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Perfil: assessor/aplicador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Núm. assessor (si escau)</w:t>
            </w:r>
          </w:p>
        </w:tc>
      </w:tr>
      <w:tr>
        <w:trPr>
          <w:trHeight w:val="567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567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567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567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567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3. EQUIPS D’APLICACIÓ DE PRODUCTES FITOSANITARIS I FERTILITZANTS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453" w:hRule="atLeast"/>
        </w:trPr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Descripció de l’equip</w:t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Núm. inscripció ROMA</w:t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Data d’adquisició</w:t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Data de la darrera inspecció</w:t>
            </w:r>
          </w:p>
        </w:tc>
      </w:tr>
      <w:tr>
        <w:trPr>
          <w:trHeight w:val="652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652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652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652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652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652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652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652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652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652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4. DADES IDENTIFICATIVES DE LES UNITATS DE PRODUCCIÓ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</w:tblGrid>
      <w:tr>
        <w:trPr>
          <w:trHeight w:val="453" w:hRule="atLeast"/>
        </w:trPr>
        <w:tc>
          <w:tcPr>
            <w:tcW w:type="dxa" w:w="1570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IDENT. REC.</w:t>
            </w:r>
          </w:p>
        </w:tc>
        <w:tc>
          <w:tcPr>
            <w:tcW w:type="dxa" w:w="1570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Municipi</w:t>
            </w:r>
          </w:p>
        </w:tc>
        <w:tc>
          <w:tcPr>
            <w:tcW w:type="dxa" w:w="1570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Polígon</w:t>
            </w:r>
          </w:p>
        </w:tc>
        <w:tc>
          <w:tcPr>
            <w:tcW w:type="dxa" w:w="1570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Parcel·la</w:t>
            </w:r>
          </w:p>
        </w:tc>
        <w:tc>
          <w:tcPr>
            <w:tcW w:type="dxa" w:w="1570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Recinte</w:t>
            </w:r>
          </w:p>
        </w:tc>
        <w:tc>
          <w:tcPr>
            <w:tcW w:type="dxa" w:w="1570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Superfície cultivada (ha)</w:t>
            </w:r>
          </w:p>
        </w:tc>
        <w:tc>
          <w:tcPr>
            <w:tcW w:type="dxa" w:w="1570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Cultiu</w:t>
            </w:r>
          </w:p>
        </w:tc>
        <w:tc>
          <w:tcPr>
            <w:tcW w:type="dxa" w:w="1570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Varietat</w:t>
            </w:r>
          </w:p>
        </w:tc>
        <w:tc>
          <w:tcPr>
            <w:tcW w:type="dxa" w:w="1570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Sistema (secà/regadiu)</w:t>
            </w:r>
          </w:p>
        </w:tc>
        <w:tc>
          <w:tcPr>
            <w:tcW w:type="dxa" w:w="1570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Aire lliure/protegit</w:t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5. REGISTRE D’ACTUACIONS FITOSANITÀRIES DE L’EXPLOTACIÓ</w:t>
      </w:r>
    </w:p>
    <w:p>
      <w:pPr>
        <w:spacing w:before="60" w:after="60"/>
      </w:pPr>
      <w:r>
        <w:rPr>
          <w:rFonts w:ascii="Arial" w:hAnsi="Arial"/>
          <w:b/>
          <w:sz w:val="18"/>
        </w:rPr>
        <w:t>REGISTRE D’ACTUACIONS FITOSANITÀRIES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</w:tblGrid>
      <w:tr>
        <w:trPr>
          <w:trHeight w:val="453" w:hRule="atLeast"/>
        </w:trPr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Id. rec.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Cultiu / espècie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Varietat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Data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Sup. tractada (ha)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Problema fitosanitari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Aplicador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Equip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Nom comercial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Núm. registre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Matèria activa o formulat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Dosi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Eficàcia</w:t>
            </w:r>
          </w:p>
        </w:tc>
        <w:tc>
          <w:tcPr>
            <w:tcW w:type="dxa" w:w="1122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Observacions</w:t>
            </w:r>
          </w:p>
        </w:tc>
      </w:tr>
      <w:tr>
        <w:trPr>
          <w:trHeight w:val="408" w:hRule="atLeast"/>
        </w:trPr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rPr>
          <w:trHeight w:val="408" w:hRule="atLeast"/>
        </w:trPr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rPr>
          <w:trHeight w:val="408" w:hRule="atLeast"/>
        </w:trPr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122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</w:tr>
    </w:tbl>
    <w:p>
      <w:pPr>
        <w:spacing w:before="60" w:after="60"/>
      </w:pPr>
      <w:r>
        <w:rPr>
          <w:rFonts w:ascii="Arial" w:hAnsi="Arial"/>
          <w:b/>
          <w:sz w:val="18"/>
        </w:rPr>
        <w:t>REGISTRE DE TRACTAMENTS POSTCOLLITA (en producte vegetal)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rPr>
          <w:trHeight w:val="453" w:hRule="atLeast"/>
        </w:trPr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Data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Producte vegetal tractat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Problemàtica fitosanitària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Quantitat tractada (Tm)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Nom comercial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Núm. registre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Quantitat utilitzada (kg o l)</w:t>
            </w:r>
          </w:p>
        </w:tc>
      </w:tr>
      <w:tr>
        <w:trPr>
          <w:trHeight w:val="408" w:hRule="atLeast"/>
        </w:trPr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rPr>
          <w:trHeight w:val="408" w:hRule="atLeast"/>
        </w:trPr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rPr>
          <w:trHeight w:val="408" w:hRule="atLeast"/>
        </w:trPr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</w:tr>
    </w:tbl>
    <w:p>
      <w:pPr>
        <w:spacing w:before="60" w:after="60"/>
      </w:pPr>
      <w:r>
        <w:rPr>
          <w:rFonts w:ascii="Arial" w:hAnsi="Arial"/>
          <w:b/>
          <w:sz w:val="18"/>
        </w:rPr>
        <w:t>REGISTRE DE TRACTAMENTS DELS LOCALS D’EMMAGATZEMATGE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43"/>
        <w:gridCol w:w="2243"/>
        <w:gridCol w:w="2243"/>
        <w:gridCol w:w="2243"/>
        <w:gridCol w:w="2243"/>
        <w:gridCol w:w="2243"/>
        <w:gridCol w:w="2243"/>
      </w:tblGrid>
      <w:tr>
        <w:trPr>
          <w:trHeight w:val="453" w:hRule="atLeast"/>
        </w:trPr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Data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Local tractat (tipus i adreça)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Problemàtica fitosanitària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Volum tractat (m³)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Nom comercial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Núm. registre</w:t>
            </w:r>
          </w:p>
        </w:tc>
        <w:tc>
          <w:tcPr>
            <w:tcW w:type="dxa" w:w="224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3"/>
              </w:rPr>
              <w:t>Quantitat utilitzada (kg o l)</w:t>
            </w:r>
          </w:p>
        </w:tc>
      </w:tr>
      <w:tr>
        <w:trPr>
          <w:trHeight w:val="408" w:hRule="atLeast"/>
        </w:trPr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rPr>
          <w:trHeight w:val="408" w:hRule="atLeast"/>
        </w:trPr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rPr>
          <w:trHeight w:val="408" w:hRule="atLeast"/>
        </w:trPr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224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3"/>
              </w:rPr>
            </w:r>
          </w:p>
        </w:tc>
      </w:tr>
    </w:tbl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6. REGISTRE D’ACTUACIONS DE FERTILITZACIÓ DE L’EXPLOTACIÓ</w:t>
      </w:r>
    </w:p>
    <w:p>
      <w:pPr>
        <w:spacing w:before="60" w:after="60"/>
      </w:pPr>
      <w:r>
        <w:rPr>
          <w:rFonts w:ascii="Arial" w:hAnsi="Arial"/>
          <w:b/>
          <w:sz w:val="18"/>
        </w:rPr>
        <w:t>REGISTRE DE TRACTAMENTS DE FERTILITZACIÓ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45"/>
        <w:gridCol w:w="1745"/>
        <w:gridCol w:w="1745"/>
        <w:gridCol w:w="1745"/>
        <w:gridCol w:w="1745"/>
        <w:gridCol w:w="1745"/>
        <w:gridCol w:w="1745"/>
        <w:gridCol w:w="1745"/>
        <w:gridCol w:w="1745"/>
      </w:tblGrid>
      <w:tr>
        <w:trPr>
          <w:trHeight w:val="453" w:hRule="atLeast"/>
        </w:trPr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Data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Recinte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Tipus de tractament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Tipus de material emprat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Forma d’aplicació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Núm. reg. maquinària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Nom comercial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Núm. registre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Quantitat utilitzada (kg o l)</w:t>
            </w:r>
          </w:p>
        </w:tc>
      </w:tr>
      <w:tr>
        <w:trPr>
          <w:trHeight w:val="510" w:hRule="atLeast"/>
        </w:trPr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510" w:hRule="atLeast"/>
        </w:trPr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510" w:hRule="atLeast"/>
        </w:trPr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510" w:hRule="atLeast"/>
        </w:trPr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510" w:hRule="atLeast"/>
        </w:trPr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pPr>
        <w:spacing w:before="40" w:after="40"/>
      </w:pPr>
      <w:r>
        <w:rPr>
          <w:rFonts w:ascii="Arial" w:hAnsi="Arial"/>
          <w:sz w:val="15"/>
        </w:rPr>
        <w:t>Nota: guardar les etiquetes dels productes per poder conèixer-ne el valor agronòmic.</w:t>
      </w:r>
    </w:p>
    <w:p>
      <w:pPr>
        <w:spacing w:before="60" w:after="60"/>
      </w:pPr>
      <w:r>
        <w:rPr>
          <w:rFonts w:ascii="Arial" w:hAnsi="Arial"/>
          <w:b/>
          <w:sz w:val="18"/>
        </w:rPr>
        <w:t>REGISTRE DE FERTILITZACIÓ PER REG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45"/>
        <w:gridCol w:w="1745"/>
        <w:gridCol w:w="1745"/>
        <w:gridCol w:w="1745"/>
        <w:gridCol w:w="1745"/>
        <w:gridCol w:w="1745"/>
        <w:gridCol w:w="1745"/>
        <w:gridCol w:w="1745"/>
        <w:gridCol w:w="1745"/>
      </w:tblGrid>
      <w:tr>
        <w:trPr>
          <w:trHeight w:val="453" w:hRule="atLeast"/>
        </w:trPr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Data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Recinte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Contingut N nítric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Contingut fòsfor P₂O₅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Forma d’aplicació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Aigua aportada en cada reg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Nom comercial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Núm. registre</w:t>
            </w:r>
          </w:p>
        </w:tc>
        <w:tc>
          <w:tcPr>
            <w:tcW w:type="dxa" w:w="174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Quantitat utilitzada (kg o l)</w:t>
            </w:r>
          </w:p>
        </w:tc>
      </w:tr>
      <w:tr>
        <w:trPr>
          <w:trHeight w:val="510" w:hRule="atLeast"/>
        </w:trPr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510" w:hRule="atLeast"/>
        </w:trPr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510" w:hRule="atLeast"/>
        </w:trPr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510" w:hRule="atLeast"/>
        </w:trPr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510" w:hRule="atLeast"/>
        </w:trPr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4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7. MANEIG DEL SOL I DELS CULTIUS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41"/>
        <w:gridCol w:w="3141"/>
        <w:gridCol w:w="3141"/>
        <w:gridCol w:w="3141"/>
        <w:gridCol w:w="3141"/>
      </w:tblGrid>
      <w:tr>
        <w:trPr>
          <w:trHeight w:val="453" w:hRule="atLeast"/>
        </w:trPr>
        <w:tc>
          <w:tcPr>
            <w:tcW w:type="dxa" w:w="3141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Núm. recinte</w:t>
            </w:r>
          </w:p>
        </w:tc>
        <w:tc>
          <w:tcPr>
            <w:tcW w:type="dxa" w:w="3141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Dates</w:t>
            </w:r>
          </w:p>
        </w:tc>
        <w:tc>
          <w:tcPr>
            <w:tcW w:type="dxa" w:w="3141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TIPUS D’OPERACIÓ (1)</w:t>
            </w:r>
          </w:p>
        </w:tc>
        <w:tc>
          <w:tcPr>
            <w:tcW w:type="dxa" w:w="3141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MAQUINÀRIA UTILITZADA</w:t>
            </w:r>
          </w:p>
        </w:tc>
        <w:tc>
          <w:tcPr>
            <w:tcW w:type="dxa" w:w="3141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Observacions</w:t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464" w:hRule="atLeast"/>
        </w:trPr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141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before="40" w:after="40"/>
      </w:pPr>
      <w:r>
        <w:rPr>
          <w:rFonts w:ascii="Arial" w:hAnsi="Arial"/>
          <w:sz w:val="14"/>
        </w:rPr>
        <w:t>1. Indicar el tipus d’operació: pas de cultivador, llaurada, fresadora, xisel, compactació per cilindre, sembra, plantació, poda, aclariment de fruits, segar, embalar, fer rotllos, ensitjat.</w:t>
      </w:r>
    </w:p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8. PRÀCTICA DE PASTURATGE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7"/>
        <w:gridCol w:w="2617"/>
        <w:gridCol w:w="2617"/>
        <w:gridCol w:w="2617"/>
        <w:gridCol w:w="2617"/>
        <w:gridCol w:w="2617"/>
      </w:tblGrid>
      <w:tr>
        <w:trPr>
          <w:trHeight w:val="453" w:hRule="atLeast"/>
        </w:trPr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Núm. de grup de pasturatge (1)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Tipus d’animals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Núm. d’animals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Data d’entrada a la parcel·la per pasturar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Data de sortida de la parcel·la</w:t>
            </w:r>
          </w:p>
        </w:tc>
        <w:tc>
          <w:tcPr>
            <w:tcW w:type="dxa" w:w="2617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Núm. REGA</w:t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rPr>
          <w:trHeight w:val="464" w:hRule="atLeast"/>
        </w:trPr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617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before="40" w:after="40"/>
      </w:pPr>
      <w:r>
        <w:rPr>
          <w:rFonts w:ascii="Arial" w:hAnsi="Arial"/>
          <w:sz w:val="15"/>
        </w:rPr>
        <w:t>1. Indicar el grup de pasturatge indicat a l’apartat 2 del quadern.</w:t>
      </w:r>
    </w:p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9. PRÀCTICA DE COBERTES VEGETALS O INERTES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3"/>
        <w:gridCol w:w="1963"/>
        <w:gridCol w:w="1963"/>
        <w:gridCol w:w="1963"/>
        <w:gridCol w:w="1963"/>
        <w:gridCol w:w="1963"/>
        <w:gridCol w:w="1963"/>
        <w:gridCol w:w="1963"/>
      </w:tblGrid>
      <w:tr>
        <w:trPr>
          <w:trHeight w:val="453" w:hRule="atLeast"/>
        </w:trPr>
        <w:tc>
          <w:tcPr>
            <w:tcW w:type="dxa" w:w="196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Núm. d’ordre de parcel·les (1)</w:t>
            </w:r>
          </w:p>
        </w:tc>
        <w:tc>
          <w:tcPr>
            <w:tcW w:type="dxa" w:w="196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Dates (2)</w:t>
            </w:r>
          </w:p>
        </w:tc>
        <w:tc>
          <w:tcPr>
            <w:tcW w:type="dxa" w:w="196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Cultiu</w:t>
            </w:r>
          </w:p>
        </w:tc>
        <w:tc>
          <w:tcPr>
            <w:tcW w:type="dxa" w:w="196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Coberta vegetal o inerta (3)</w:t>
            </w:r>
          </w:p>
        </w:tc>
        <w:tc>
          <w:tcPr>
            <w:tcW w:type="dxa" w:w="196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Distància entre les copes dels arbres</w:t>
            </w:r>
          </w:p>
        </w:tc>
        <w:tc>
          <w:tcPr>
            <w:tcW w:type="dxa" w:w="196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Amplada de la coberta</w:t>
            </w:r>
          </w:p>
        </w:tc>
        <w:tc>
          <w:tcPr>
            <w:tcW w:type="dxa" w:w="196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Tipus de maneig (4)</w:t>
            </w:r>
          </w:p>
        </w:tc>
        <w:tc>
          <w:tcPr>
            <w:tcW w:type="dxa" w:w="1963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4"/>
              </w:rPr>
              <w:t>Observacions</w:t>
            </w:r>
          </w:p>
        </w:tc>
      </w:tr>
      <w:tr>
        <w:trPr>
          <w:trHeight w:val="464" w:hRule="atLeast"/>
        </w:trPr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rPr>
          <w:trHeight w:val="464" w:hRule="atLeast"/>
        </w:trPr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963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pPr>
        <w:spacing w:before="40" w:after="40"/>
      </w:pPr>
      <w:r>
        <w:rPr>
          <w:rFonts w:ascii="Arial" w:hAnsi="Arial"/>
          <w:sz w:val="14"/>
        </w:rPr>
        <w:t>1. Indicar el número d’ordre d’identificació de les parcel·les tractades.  2. Data d’establiment de la coberta: interval o dates concretes.  3. Indicar si és coberta vegetal o inerta.  4. Indicar implantació o maneig de la coberta (triturat, sega, desbrossament, pasturatge, labor superficial de manteniment, etc.).</w:t>
      </w:r>
    </w:p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10. PRÀCTICA DE SEGA SOSTENIBLE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453" w:hRule="atLeast"/>
        </w:trPr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Núm. d’ordre de parcel·les (1)</w:t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Data del primer tall</w:t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Data del segon tall</w:t>
            </w:r>
          </w:p>
        </w:tc>
        <w:tc>
          <w:tcPr>
            <w:tcW w:type="dxa" w:w="3926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Data del tercer tall</w:t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before="40" w:after="40"/>
      </w:pPr>
      <w:r>
        <w:rPr>
          <w:rFonts w:ascii="Arial" w:hAnsi="Arial"/>
          <w:sz w:val="15"/>
        </w:rPr>
        <w:t>1. Indicar el número d’ordre d’identificació de les parcel·les.</w:t>
      </w:r>
    </w:p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11. PRÀCTICA D’ESTABLIMENT D’ILLES DE BIODIVERSITAT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35"/>
        <w:gridCol w:w="5235"/>
        <w:gridCol w:w="5235"/>
      </w:tblGrid>
      <w:tr>
        <w:trPr>
          <w:trHeight w:val="453" w:hRule="atLeast"/>
        </w:trPr>
        <w:tc>
          <w:tcPr>
            <w:tcW w:type="dxa" w:w="523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Núm. d’ordre de parcel·les (1)</w:t>
            </w:r>
          </w:p>
        </w:tc>
        <w:tc>
          <w:tcPr>
            <w:tcW w:type="dxa" w:w="523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Tipus d’activitat (2)</w:t>
            </w:r>
          </w:p>
        </w:tc>
        <w:tc>
          <w:tcPr>
            <w:tcW w:type="dxa" w:w="5235"/>
            <w:vAlign w:val="center"/>
            <w:shd w:fill="D9D9D9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Data de l’actuació</w:t>
            </w:r>
          </w:p>
        </w:tc>
      </w:tr>
      <w:tr>
        <w:trPr>
          <w:trHeight w:val="510" w:hRule="atLeast"/>
        </w:trPr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rPr>
          <w:trHeight w:val="510" w:hRule="atLeast"/>
        </w:trPr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5235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before="40" w:after="40"/>
      </w:pPr>
      <w:r>
        <w:rPr>
          <w:rFonts w:ascii="Arial" w:hAnsi="Arial"/>
          <w:sz w:val="15"/>
        </w:rPr>
        <w:t>1. Indicar el número d’ordre d’identificació de les parcel·les.</w:t>
      </w:r>
    </w:p>
    <w:p>
      <w:pPr>
        <w:spacing w:before="40" w:after="40"/>
      </w:pPr>
      <w:r>
        <w:rPr>
          <w:rFonts w:ascii="Arial" w:hAnsi="Arial"/>
          <w:sz w:val="15"/>
        </w:rPr>
        <w:t>2. No es podrà fer cap activitat agrària entre l’1 de gener i el 31 d’agost. Activitats admissibles a partir de l’1 de setembre:</w:t>
      </w:r>
    </w:p>
    <w:p>
      <w:pPr>
        <w:spacing w:after="0"/>
        <w:ind w:left="283"/>
      </w:pPr>
      <w:r>
        <w:rPr>
          <w:rFonts w:ascii="Arial" w:hAnsi="Arial"/>
          <w:sz w:val="14"/>
        </w:rPr>
        <w:t>• Pastoreig amb animals de la pròpia explotació. S’han d’anotar les especificacions de la pràctica de pasturatge.</w:t>
      </w:r>
    </w:p>
    <w:p>
      <w:pPr>
        <w:spacing w:after="0"/>
        <w:ind w:left="283"/>
      </w:pPr>
      <w:r>
        <w:rPr>
          <w:rFonts w:ascii="Arial" w:hAnsi="Arial"/>
          <w:sz w:val="14"/>
        </w:rPr>
        <w:t>• Sega de manteniment (només a PS i TA).</w:t>
      </w:r>
    </w:p>
    <w:p>
      <w:pPr>
        <w:spacing w:after="0"/>
        <w:ind w:left="283"/>
      </w:pPr>
      <w:r>
        <w:rPr>
          <w:rFonts w:ascii="Arial" w:hAnsi="Arial"/>
          <w:sz w:val="14"/>
        </w:rPr>
        <w:t>• Sega per a la producció d’herba (només en PS i TA).</w:t>
      </w:r>
    </w:p>
    <w:p>
      <w:pPr>
        <w:spacing w:after="0"/>
        <w:ind w:left="283"/>
      </w:pPr>
      <w:r>
        <w:rPr>
          <w:rFonts w:ascii="Arial" w:hAnsi="Arial"/>
          <w:sz w:val="14"/>
        </w:rPr>
        <w:t>• Laboreig, drenatge, femada o fertilització.</w:t>
      </w:r>
    </w:p>
    <w:p>
      <w:pPr>
        <w:spacing w:after="0"/>
        <w:ind w:left="283"/>
      </w:pPr>
      <w:r>
        <w:rPr>
          <w:rFonts w:ascii="Arial" w:hAnsi="Arial"/>
          <w:sz w:val="14"/>
        </w:rPr>
        <w:t>• Ressembra d’espècies farratgeres.</w:t>
      </w:r>
    </w:p>
    <w:p>
      <w:r>
        <w:br w:type="page"/>
      </w:r>
    </w:p>
    <w:p>
      <w:pPr>
        <w:spacing w:before="0" w:after="160"/>
        <w:jc w:val="center"/>
      </w:pPr>
      <w:r>
        <w:rPr>
          <w:rFonts w:ascii="Arial" w:hAnsi="Arial"/>
          <w:b/>
          <w:sz w:val="30"/>
        </w:rPr>
        <w:t>DOCUMENTACIÓ A CONSERVAR JUNTAMENT AMB EL QUADERN D’EXPLOTACIÓ</w:t>
      </w:r>
    </w:p>
    <w:p>
      <w:pPr>
        <w:spacing w:before="40" w:after="40"/>
      </w:pPr>
      <w:r>
        <w:rPr>
          <w:rFonts w:ascii="Arial" w:hAnsi="Arial"/>
          <w:sz w:val="18"/>
        </w:rPr>
        <w:t>S’ha de conservar juntament amb el quadern d’explotació la documentació justificativa corresponent. Entre d’altres: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Factures o altres documents que justifiquin l’adquisició dels productes fitosanitaris utilitzats.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Contractes amb les empreses o persones físiques que hagin fet els tractaments fitosanitaris.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Certificats d’inspecció dels equips d’aplicació de productes fitosanitaris.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Justificants d’entrega dels envasos buits dels productes fitosanitaris en el corresponent punt de recollida.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Butlletins d’anàlisi de residus de productes fitosanitaris realitzats sobre els cultius i produccions i, si escau, de l’aigua de reg.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Documentació relativa a l’assessorament rebut.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Analítiques de sòl.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Analítiques d’aigua.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Plànols SIGPAC.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Recomanacions tècniques.</w:t>
      </w:r>
    </w:p>
    <w:p>
      <w:pPr>
        <w:spacing w:after="100"/>
        <w:ind w:left="397"/>
      </w:pPr>
      <w:r>
        <w:rPr>
          <w:rFonts w:ascii="Arial" w:hAnsi="Arial"/>
          <w:sz w:val="18"/>
        </w:rPr>
        <w:t>• Factures o fitxes de productes fitosanitaris i fertilitzants.</w:t>
      </w:r>
    </w:p>
    <w:sectPr w:rsidR="00FC693F" w:rsidRPr="0006063C" w:rsidSect="00034616">
      <w:footerReference w:type="default" r:id="rId10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sz w:val="15"/>
      </w:rPr>
      <w:t>Quadern d’explotació agrària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