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E9B" w:rsidRPr="005408CE" w:rsidRDefault="002A328E">
      <w:pPr>
        <w:jc w:val="center"/>
        <w:rPr>
          <w:lang w:val="ca-ES"/>
        </w:rPr>
      </w:pPr>
      <w:r w:rsidRPr="005408CE">
        <w:rPr>
          <w:b/>
          <w:sz w:val="36"/>
          <w:lang w:val="ca-ES"/>
        </w:rPr>
        <w:t>M</w:t>
      </w:r>
      <w:r w:rsidR="00C4265F" w:rsidRPr="005408CE">
        <w:rPr>
          <w:b/>
          <w:sz w:val="36"/>
          <w:lang w:val="ca-ES"/>
        </w:rPr>
        <w:t xml:space="preserve">ODEL BÀSIC DE </w:t>
      </w:r>
      <w:r w:rsidR="008B52F5" w:rsidRPr="005408CE">
        <w:rPr>
          <w:b/>
          <w:sz w:val="36"/>
          <w:lang w:val="ca-ES"/>
        </w:rPr>
        <w:t>QUADERN D’EXPLOTACIÓ AGRÀRIA</w:t>
      </w:r>
    </w:p>
    <w:p w:rsidR="00450E9B" w:rsidRPr="005408CE" w:rsidRDefault="008B52F5">
      <w:pPr>
        <w:jc w:val="center"/>
        <w:rPr>
          <w:lang w:val="ca-ES"/>
        </w:rPr>
      </w:pPr>
      <w:r w:rsidRPr="005408CE">
        <w:rPr>
          <w:i/>
          <w:lang w:val="ca-ES"/>
        </w:rPr>
        <w:t>Adaptat al Reial D</w:t>
      </w:r>
      <w:r w:rsidR="00C4265F" w:rsidRPr="005408CE">
        <w:rPr>
          <w:i/>
          <w:lang w:val="ca-ES"/>
        </w:rPr>
        <w:t>ecret 1051/2022</w:t>
      </w:r>
      <w:r w:rsidR="00554A3F">
        <w:rPr>
          <w:i/>
          <w:lang w:val="ca-ES"/>
        </w:rPr>
        <w:t xml:space="preserve"> i</w:t>
      </w:r>
      <w:r w:rsidRPr="005408CE">
        <w:rPr>
          <w:i/>
          <w:lang w:val="ca-ES"/>
        </w:rPr>
        <w:t xml:space="preserve"> Reial Decret 1311/2012.</w:t>
      </w:r>
    </w:p>
    <w:p w:rsidR="002A328E" w:rsidRPr="005408CE" w:rsidRDefault="00C4265F" w:rsidP="005408CE">
      <w:pPr>
        <w:jc w:val="both"/>
        <w:rPr>
          <w:lang w:val="ca-ES"/>
        </w:rPr>
      </w:pPr>
      <w:r w:rsidRPr="005408CE">
        <w:rPr>
          <w:lang w:val="ca-ES"/>
        </w:rPr>
        <w:t>Aquest model constitueix un exemple simplificat de</w:t>
      </w:r>
      <w:r w:rsidR="008B52F5" w:rsidRPr="005408CE">
        <w:rPr>
          <w:lang w:val="ca-ES"/>
        </w:rPr>
        <w:t xml:space="preserve"> quadern d’explotació agrària que recull el contingut m</w:t>
      </w:r>
      <w:r w:rsidR="005408CE" w:rsidRPr="00DB1295">
        <w:rPr>
          <w:lang w:val="ca-ES"/>
        </w:rPr>
        <w:t>í</w:t>
      </w:r>
      <w:r w:rsidR="008B52F5" w:rsidRPr="005408CE">
        <w:rPr>
          <w:lang w:val="ca-ES"/>
        </w:rPr>
        <w:t>nim que ha de dur un quadern d’explotació agrària per donar compliment a la normativ</w:t>
      </w:r>
      <w:r w:rsidR="005408CE" w:rsidRPr="00DB1295">
        <w:rPr>
          <w:lang w:val="ca-ES"/>
        </w:rPr>
        <w:t>a</w:t>
      </w:r>
      <w:r w:rsidR="005408CE">
        <w:rPr>
          <w:color w:val="EE0000"/>
          <w:lang w:val="ca-ES"/>
        </w:rPr>
        <w:t xml:space="preserve"> </w:t>
      </w:r>
      <w:r w:rsidR="008B52F5" w:rsidRPr="005408CE">
        <w:rPr>
          <w:lang w:val="ca-ES"/>
        </w:rPr>
        <w:t xml:space="preserve">vigent. </w:t>
      </w:r>
      <w:r w:rsidRPr="005408CE">
        <w:rPr>
          <w:lang w:val="ca-ES"/>
        </w:rPr>
        <w:t xml:space="preserve"> </w:t>
      </w:r>
    </w:p>
    <w:p w:rsidR="002A328E" w:rsidRPr="005408CE" w:rsidRDefault="002A328E">
      <w:pPr>
        <w:rPr>
          <w:lang w:val="ca-ES"/>
        </w:rPr>
      </w:pPr>
    </w:p>
    <w:p w:rsidR="00450E9B" w:rsidRPr="005408CE" w:rsidRDefault="00C4265F">
      <w:pPr>
        <w:rPr>
          <w:lang w:val="ca-ES"/>
        </w:rPr>
      </w:pPr>
      <w:r w:rsidRPr="005408CE">
        <w:rPr>
          <w:b/>
          <w:sz w:val="28"/>
          <w:lang w:val="ca-ES"/>
        </w:rPr>
        <w:t>1. DADES GENERALS DE L’EXPLOTACIÓ</w:t>
      </w:r>
    </w:p>
    <w:p w:rsidR="00450E9B" w:rsidRPr="005408CE" w:rsidRDefault="00C4265F">
      <w:pPr>
        <w:rPr>
          <w:lang w:val="ca-ES"/>
        </w:rPr>
      </w:pPr>
      <w:r w:rsidRPr="005408CE">
        <w:rPr>
          <w:lang w:val="ca-ES"/>
        </w:rPr>
        <w:t>Titular de l’explotació: ..........................................................</w:t>
      </w:r>
    </w:p>
    <w:p w:rsidR="00450E9B" w:rsidRPr="005408CE" w:rsidRDefault="00C4265F">
      <w:pPr>
        <w:rPr>
          <w:lang w:val="ca-ES"/>
        </w:rPr>
      </w:pPr>
      <w:r w:rsidRPr="005408CE">
        <w:rPr>
          <w:lang w:val="ca-ES"/>
        </w:rPr>
        <w:t>NIF/CIF: ..........................................................</w:t>
      </w:r>
    </w:p>
    <w:p w:rsidR="00450E9B" w:rsidRPr="005408CE" w:rsidRDefault="00C4265F">
      <w:pPr>
        <w:rPr>
          <w:lang w:val="ca-ES"/>
        </w:rPr>
      </w:pPr>
      <w:r w:rsidRPr="005408CE">
        <w:rPr>
          <w:lang w:val="ca-ES"/>
        </w:rPr>
        <w:t>Codi REA / REGEPA: ..........................................................</w:t>
      </w:r>
    </w:p>
    <w:p w:rsidR="00450E9B" w:rsidRPr="005408CE" w:rsidRDefault="00C4265F">
      <w:pPr>
        <w:rPr>
          <w:lang w:val="ca-ES"/>
        </w:rPr>
      </w:pPr>
      <w:r w:rsidRPr="005408CE">
        <w:rPr>
          <w:lang w:val="ca-ES"/>
        </w:rPr>
        <w:t>Municipi: ..........................................................</w:t>
      </w:r>
    </w:p>
    <w:p w:rsidR="00450E9B" w:rsidRPr="005408CE" w:rsidRDefault="00C4265F">
      <w:pPr>
        <w:rPr>
          <w:lang w:val="ca-ES"/>
        </w:rPr>
      </w:pPr>
      <w:r w:rsidRPr="005408CE">
        <w:rPr>
          <w:lang w:val="ca-ES"/>
        </w:rPr>
        <w:t>Campanya agrícola: ..........................................................</w:t>
      </w:r>
    </w:p>
    <w:p w:rsidR="00450E9B" w:rsidRPr="005408CE" w:rsidRDefault="00C4265F">
      <w:pPr>
        <w:rPr>
          <w:lang w:val="ca-ES"/>
        </w:rPr>
      </w:pPr>
      <w:r w:rsidRPr="005408CE">
        <w:rPr>
          <w:lang w:val="ca-ES"/>
        </w:rPr>
        <w:t>Tècnic assessor (si escau): ..........................................................</w:t>
      </w:r>
    </w:p>
    <w:p w:rsidR="00FA0771" w:rsidRPr="005408CE" w:rsidRDefault="00C4265F">
      <w:pPr>
        <w:rPr>
          <w:b/>
          <w:sz w:val="28"/>
          <w:lang w:val="ca-ES"/>
        </w:rPr>
      </w:pPr>
      <w:r w:rsidRPr="005408CE">
        <w:rPr>
          <w:b/>
          <w:sz w:val="28"/>
          <w:lang w:val="ca-ES"/>
        </w:rPr>
        <w:t xml:space="preserve">2. </w:t>
      </w:r>
      <w:r w:rsidR="008B52F5" w:rsidRPr="005408CE">
        <w:rPr>
          <w:b/>
          <w:sz w:val="28"/>
          <w:lang w:val="ca-ES"/>
        </w:rPr>
        <w:t>PERSONES QUE INTERVENEN EN EL</w:t>
      </w:r>
      <w:r w:rsidR="00FA0771" w:rsidRPr="005408CE">
        <w:rPr>
          <w:b/>
          <w:sz w:val="28"/>
          <w:lang w:val="ca-ES"/>
        </w:rPr>
        <w:t>S</w:t>
      </w:r>
      <w:r w:rsidR="008B52F5" w:rsidRPr="005408CE">
        <w:rPr>
          <w:b/>
          <w:sz w:val="28"/>
          <w:lang w:val="ca-ES"/>
        </w:rPr>
        <w:t xml:space="preserve"> TRACTAMENT</w:t>
      </w:r>
      <w:r w:rsidR="00FA0771" w:rsidRPr="005408CE">
        <w:rPr>
          <w:b/>
          <w:sz w:val="28"/>
          <w:lang w:val="ca-ES"/>
        </w:rPr>
        <w:t>S:</w:t>
      </w:r>
    </w:p>
    <w:p w:rsidR="00450E9B" w:rsidRPr="005408CE" w:rsidRDefault="008B52F5">
      <w:pPr>
        <w:rPr>
          <w:lang w:val="ca-ES"/>
        </w:rPr>
      </w:pPr>
      <w:r w:rsidRPr="005408CE">
        <w:rPr>
          <w:b/>
          <w:sz w:val="28"/>
          <w:lang w:val="ca-ES"/>
        </w:rPr>
        <w:t xml:space="preserve"> DE PRODUCTES FITOSANITARIS</w:t>
      </w:r>
    </w:p>
    <w:tbl>
      <w:tblPr>
        <w:tblStyle w:val="Tablaconcuadrcula"/>
        <w:tblW w:w="0" w:type="auto"/>
        <w:tblLook w:val="04A0"/>
      </w:tblPr>
      <w:tblGrid>
        <w:gridCol w:w="1707"/>
        <w:gridCol w:w="1524"/>
        <w:gridCol w:w="1733"/>
        <w:gridCol w:w="1623"/>
        <w:gridCol w:w="1898"/>
        <w:gridCol w:w="1703"/>
      </w:tblGrid>
      <w:tr w:rsidR="008B52F5" w:rsidRPr="005408CE" w:rsidTr="008B52F5">
        <w:tc>
          <w:tcPr>
            <w:tcW w:w="1739" w:type="dxa"/>
            <w:shd w:val="clear" w:color="auto" w:fill="D9D9D9" w:themeFill="background1" w:themeFillShade="D9"/>
          </w:tcPr>
          <w:p w:rsidR="008B52F5" w:rsidRPr="005408CE" w:rsidRDefault="008B52F5">
            <w:pPr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Nom i cognoms/ Empreses de serveis</w:t>
            </w:r>
          </w:p>
        </w:tc>
        <w:tc>
          <w:tcPr>
            <w:tcW w:w="1576" w:type="dxa"/>
            <w:shd w:val="clear" w:color="auto" w:fill="D9D9D9" w:themeFill="background1" w:themeFillShade="D9"/>
          </w:tcPr>
          <w:p w:rsidR="008B52F5" w:rsidRPr="005408CE" w:rsidRDefault="008B52F5">
            <w:pPr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NIF</w:t>
            </w:r>
          </w:p>
        </w:tc>
        <w:tc>
          <w:tcPr>
            <w:tcW w:w="1766" w:type="dxa"/>
            <w:shd w:val="clear" w:color="auto" w:fill="D9D9D9" w:themeFill="background1" w:themeFillShade="D9"/>
          </w:tcPr>
          <w:p w:rsidR="008B52F5" w:rsidRPr="005408CE" w:rsidRDefault="008B52F5">
            <w:pPr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Inscripció ROPO</w:t>
            </w:r>
          </w:p>
        </w:tc>
        <w:tc>
          <w:tcPr>
            <w:tcW w:w="1666" w:type="dxa"/>
            <w:shd w:val="clear" w:color="auto" w:fill="D9D9D9" w:themeFill="background1" w:themeFillShade="D9"/>
          </w:tcPr>
          <w:p w:rsidR="008B52F5" w:rsidRPr="005408CE" w:rsidRDefault="008B52F5">
            <w:pPr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Tipus carnet</w:t>
            </w:r>
          </w:p>
        </w:tc>
        <w:tc>
          <w:tcPr>
            <w:tcW w:w="1475" w:type="dxa"/>
            <w:shd w:val="clear" w:color="auto" w:fill="D9D9D9" w:themeFill="background1" w:themeFillShade="D9"/>
          </w:tcPr>
          <w:p w:rsidR="008B52F5" w:rsidRPr="005408CE" w:rsidRDefault="008B52F5">
            <w:pPr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Perfil: assessor/aplicador</w:t>
            </w:r>
          </w:p>
        </w:tc>
        <w:tc>
          <w:tcPr>
            <w:tcW w:w="1740" w:type="dxa"/>
            <w:shd w:val="clear" w:color="auto" w:fill="D9D9D9" w:themeFill="background1" w:themeFillShade="D9"/>
          </w:tcPr>
          <w:p w:rsidR="008B52F5" w:rsidRPr="005408CE" w:rsidRDefault="008B52F5">
            <w:pPr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 xml:space="preserve">Núm. Assessor si </w:t>
            </w:r>
            <w:r w:rsidRPr="00DB1295">
              <w:rPr>
                <w:b/>
                <w:sz w:val="18"/>
                <w:szCs w:val="18"/>
                <w:lang w:val="ca-ES"/>
              </w:rPr>
              <w:t>escau</w:t>
            </w:r>
          </w:p>
        </w:tc>
      </w:tr>
      <w:tr w:rsidR="008B52F5" w:rsidRPr="005408CE" w:rsidTr="008B52F5">
        <w:tc>
          <w:tcPr>
            <w:tcW w:w="1739" w:type="dxa"/>
          </w:tcPr>
          <w:p w:rsidR="008B52F5" w:rsidRPr="005408CE" w:rsidRDefault="008B52F5">
            <w:pPr>
              <w:rPr>
                <w:lang w:val="ca-ES"/>
              </w:rPr>
            </w:pPr>
          </w:p>
        </w:tc>
        <w:tc>
          <w:tcPr>
            <w:tcW w:w="1576" w:type="dxa"/>
          </w:tcPr>
          <w:p w:rsidR="008B52F5" w:rsidRPr="005408CE" w:rsidRDefault="008B52F5">
            <w:pPr>
              <w:rPr>
                <w:lang w:val="ca-ES"/>
              </w:rPr>
            </w:pPr>
          </w:p>
        </w:tc>
        <w:tc>
          <w:tcPr>
            <w:tcW w:w="1766" w:type="dxa"/>
          </w:tcPr>
          <w:p w:rsidR="008B52F5" w:rsidRPr="005408CE" w:rsidRDefault="008B52F5">
            <w:pPr>
              <w:rPr>
                <w:lang w:val="ca-ES"/>
              </w:rPr>
            </w:pPr>
          </w:p>
        </w:tc>
        <w:tc>
          <w:tcPr>
            <w:tcW w:w="1666" w:type="dxa"/>
          </w:tcPr>
          <w:p w:rsidR="008B52F5" w:rsidRPr="005408CE" w:rsidRDefault="008B52F5">
            <w:pPr>
              <w:rPr>
                <w:lang w:val="ca-ES"/>
              </w:rPr>
            </w:pPr>
          </w:p>
        </w:tc>
        <w:tc>
          <w:tcPr>
            <w:tcW w:w="1475" w:type="dxa"/>
          </w:tcPr>
          <w:p w:rsidR="008B52F5" w:rsidRPr="005408CE" w:rsidRDefault="008B52F5">
            <w:pPr>
              <w:rPr>
                <w:lang w:val="ca-ES"/>
              </w:rPr>
            </w:pPr>
          </w:p>
        </w:tc>
        <w:tc>
          <w:tcPr>
            <w:tcW w:w="1740" w:type="dxa"/>
          </w:tcPr>
          <w:p w:rsidR="008B52F5" w:rsidRPr="005408CE" w:rsidRDefault="008B52F5">
            <w:pPr>
              <w:rPr>
                <w:lang w:val="ca-ES"/>
              </w:rPr>
            </w:pPr>
          </w:p>
        </w:tc>
      </w:tr>
      <w:tr w:rsidR="008B52F5" w:rsidRPr="005408CE" w:rsidTr="008B52F5">
        <w:tc>
          <w:tcPr>
            <w:tcW w:w="1739" w:type="dxa"/>
          </w:tcPr>
          <w:p w:rsidR="008B52F5" w:rsidRPr="005408CE" w:rsidRDefault="008B52F5">
            <w:pPr>
              <w:rPr>
                <w:lang w:val="ca-ES"/>
              </w:rPr>
            </w:pPr>
          </w:p>
        </w:tc>
        <w:tc>
          <w:tcPr>
            <w:tcW w:w="1576" w:type="dxa"/>
          </w:tcPr>
          <w:p w:rsidR="008B52F5" w:rsidRPr="005408CE" w:rsidRDefault="008B52F5">
            <w:pPr>
              <w:rPr>
                <w:lang w:val="ca-ES"/>
              </w:rPr>
            </w:pPr>
          </w:p>
        </w:tc>
        <w:tc>
          <w:tcPr>
            <w:tcW w:w="1766" w:type="dxa"/>
          </w:tcPr>
          <w:p w:rsidR="008B52F5" w:rsidRPr="005408CE" w:rsidRDefault="008B52F5">
            <w:pPr>
              <w:rPr>
                <w:lang w:val="ca-ES"/>
              </w:rPr>
            </w:pPr>
          </w:p>
        </w:tc>
        <w:tc>
          <w:tcPr>
            <w:tcW w:w="1666" w:type="dxa"/>
          </w:tcPr>
          <w:p w:rsidR="008B52F5" w:rsidRPr="005408CE" w:rsidRDefault="008B52F5">
            <w:pPr>
              <w:rPr>
                <w:lang w:val="ca-ES"/>
              </w:rPr>
            </w:pPr>
          </w:p>
        </w:tc>
        <w:tc>
          <w:tcPr>
            <w:tcW w:w="1475" w:type="dxa"/>
          </w:tcPr>
          <w:p w:rsidR="008B52F5" w:rsidRPr="005408CE" w:rsidRDefault="008B52F5">
            <w:pPr>
              <w:rPr>
                <w:lang w:val="ca-ES"/>
              </w:rPr>
            </w:pPr>
          </w:p>
        </w:tc>
        <w:tc>
          <w:tcPr>
            <w:tcW w:w="1740" w:type="dxa"/>
          </w:tcPr>
          <w:p w:rsidR="008B52F5" w:rsidRPr="005408CE" w:rsidRDefault="008B52F5">
            <w:pPr>
              <w:rPr>
                <w:lang w:val="ca-ES"/>
              </w:rPr>
            </w:pPr>
          </w:p>
        </w:tc>
      </w:tr>
      <w:tr w:rsidR="008B52F5" w:rsidRPr="005408CE" w:rsidTr="008B52F5">
        <w:tc>
          <w:tcPr>
            <w:tcW w:w="1739" w:type="dxa"/>
          </w:tcPr>
          <w:p w:rsidR="008B52F5" w:rsidRPr="005408CE" w:rsidRDefault="008B52F5">
            <w:pPr>
              <w:rPr>
                <w:lang w:val="ca-ES"/>
              </w:rPr>
            </w:pPr>
          </w:p>
        </w:tc>
        <w:tc>
          <w:tcPr>
            <w:tcW w:w="1576" w:type="dxa"/>
          </w:tcPr>
          <w:p w:rsidR="008B52F5" w:rsidRPr="005408CE" w:rsidRDefault="008B52F5">
            <w:pPr>
              <w:rPr>
                <w:lang w:val="ca-ES"/>
              </w:rPr>
            </w:pPr>
          </w:p>
        </w:tc>
        <w:tc>
          <w:tcPr>
            <w:tcW w:w="1766" w:type="dxa"/>
          </w:tcPr>
          <w:p w:rsidR="008B52F5" w:rsidRPr="005408CE" w:rsidRDefault="008B52F5">
            <w:pPr>
              <w:rPr>
                <w:lang w:val="ca-ES"/>
              </w:rPr>
            </w:pPr>
          </w:p>
        </w:tc>
        <w:tc>
          <w:tcPr>
            <w:tcW w:w="1666" w:type="dxa"/>
          </w:tcPr>
          <w:p w:rsidR="008B52F5" w:rsidRPr="005408CE" w:rsidRDefault="008B52F5">
            <w:pPr>
              <w:rPr>
                <w:lang w:val="ca-ES"/>
              </w:rPr>
            </w:pPr>
          </w:p>
        </w:tc>
        <w:tc>
          <w:tcPr>
            <w:tcW w:w="1475" w:type="dxa"/>
          </w:tcPr>
          <w:p w:rsidR="008B52F5" w:rsidRPr="005408CE" w:rsidRDefault="008B52F5">
            <w:pPr>
              <w:rPr>
                <w:lang w:val="ca-ES"/>
              </w:rPr>
            </w:pPr>
          </w:p>
        </w:tc>
        <w:tc>
          <w:tcPr>
            <w:tcW w:w="1740" w:type="dxa"/>
          </w:tcPr>
          <w:p w:rsidR="008B52F5" w:rsidRPr="005408CE" w:rsidRDefault="008B52F5">
            <w:pPr>
              <w:rPr>
                <w:lang w:val="ca-ES"/>
              </w:rPr>
            </w:pPr>
          </w:p>
        </w:tc>
      </w:tr>
    </w:tbl>
    <w:p w:rsidR="00FA0771" w:rsidRPr="005408CE" w:rsidRDefault="00FA0771">
      <w:pPr>
        <w:rPr>
          <w:b/>
          <w:sz w:val="28"/>
          <w:lang w:val="ca-ES"/>
        </w:rPr>
      </w:pPr>
    </w:p>
    <w:p w:rsidR="00FA0771" w:rsidRPr="005408CE" w:rsidRDefault="00FA0771">
      <w:pPr>
        <w:rPr>
          <w:b/>
          <w:sz w:val="28"/>
          <w:lang w:val="ca-ES"/>
        </w:rPr>
      </w:pPr>
    </w:p>
    <w:p w:rsidR="00FA0771" w:rsidRPr="005408CE" w:rsidRDefault="00FA0771">
      <w:pPr>
        <w:rPr>
          <w:b/>
          <w:sz w:val="28"/>
          <w:lang w:val="ca-ES"/>
        </w:rPr>
      </w:pPr>
    </w:p>
    <w:p w:rsidR="00FA0771" w:rsidRPr="005408CE" w:rsidRDefault="00FA0771" w:rsidP="00FA0771">
      <w:pPr>
        <w:rPr>
          <w:lang w:val="ca-ES"/>
        </w:rPr>
      </w:pPr>
      <w:r w:rsidRPr="005408CE">
        <w:rPr>
          <w:b/>
          <w:sz w:val="28"/>
          <w:lang w:val="ca-ES"/>
        </w:rPr>
        <w:lastRenderedPageBreak/>
        <w:t>DE PRODUCTES FERTILITZANTS</w:t>
      </w:r>
    </w:p>
    <w:tbl>
      <w:tblPr>
        <w:tblStyle w:val="Tablaconcuadrcula"/>
        <w:tblW w:w="0" w:type="auto"/>
        <w:tblLook w:val="04A0"/>
      </w:tblPr>
      <w:tblGrid>
        <w:gridCol w:w="1707"/>
        <w:gridCol w:w="1524"/>
        <w:gridCol w:w="1733"/>
        <w:gridCol w:w="1623"/>
        <w:gridCol w:w="1898"/>
        <w:gridCol w:w="1703"/>
      </w:tblGrid>
      <w:tr w:rsidR="00FA0771" w:rsidRPr="005408CE" w:rsidTr="00E3603E">
        <w:tc>
          <w:tcPr>
            <w:tcW w:w="1739" w:type="dxa"/>
            <w:shd w:val="clear" w:color="auto" w:fill="D9D9D9" w:themeFill="background1" w:themeFillShade="D9"/>
          </w:tcPr>
          <w:p w:rsidR="00FA0771" w:rsidRPr="005408CE" w:rsidRDefault="00FA0771" w:rsidP="00E3603E">
            <w:pPr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Nom i cognoms/ Empreses de serveis</w:t>
            </w:r>
          </w:p>
        </w:tc>
        <w:tc>
          <w:tcPr>
            <w:tcW w:w="1576" w:type="dxa"/>
            <w:shd w:val="clear" w:color="auto" w:fill="D9D9D9" w:themeFill="background1" w:themeFillShade="D9"/>
          </w:tcPr>
          <w:p w:rsidR="00FA0771" w:rsidRPr="005408CE" w:rsidRDefault="00FA0771" w:rsidP="00E3603E">
            <w:pPr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NIF</w:t>
            </w:r>
          </w:p>
        </w:tc>
        <w:tc>
          <w:tcPr>
            <w:tcW w:w="1766" w:type="dxa"/>
            <w:shd w:val="clear" w:color="auto" w:fill="D9D9D9" w:themeFill="background1" w:themeFillShade="D9"/>
          </w:tcPr>
          <w:p w:rsidR="00FA0771" w:rsidRPr="005408CE" w:rsidRDefault="00FA0771" w:rsidP="00FA0771">
            <w:pPr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Inscripció REGFER</w:t>
            </w:r>
          </w:p>
        </w:tc>
        <w:tc>
          <w:tcPr>
            <w:tcW w:w="1666" w:type="dxa"/>
            <w:shd w:val="clear" w:color="auto" w:fill="D9D9D9" w:themeFill="background1" w:themeFillShade="D9"/>
          </w:tcPr>
          <w:p w:rsidR="00FA0771" w:rsidRPr="005408CE" w:rsidRDefault="00FA0771" w:rsidP="00E3603E">
            <w:pPr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Tipus carnet</w:t>
            </w:r>
          </w:p>
        </w:tc>
        <w:tc>
          <w:tcPr>
            <w:tcW w:w="1475" w:type="dxa"/>
            <w:shd w:val="clear" w:color="auto" w:fill="D9D9D9" w:themeFill="background1" w:themeFillShade="D9"/>
          </w:tcPr>
          <w:p w:rsidR="00FA0771" w:rsidRPr="005408CE" w:rsidRDefault="00FA0771" w:rsidP="00E3603E">
            <w:pPr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Perfil: assessor/aplicador</w:t>
            </w:r>
          </w:p>
        </w:tc>
        <w:tc>
          <w:tcPr>
            <w:tcW w:w="1740" w:type="dxa"/>
            <w:shd w:val="clear" w:color="auto" w:fill="D9D9D9" w:themeFill="background1" w:themeFillShade="D9"/>
          </w:tcPr>
          <w:p w:rsidR="00FA0771" w:rsidRPr="005408CE" w:rsidRDefault="00FA0771" w:rsidP="00E3603E">
            <w:pPr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 xml:space="preserve">Núm. Assessor si </w:t>
            </w:r>
            <w:r w:rsidRPr="00DB1295">
              <w:rPr>
                <w:b/>
                <w:sz w:val="18"/>
                <w:szCs w:val="18"/>
                <w:lang w:val="ca-ES"/>
              </w:rPr>
              <w:t>escau</w:t>
            </w:r>
          </w:p>
        </w:tc>
      </w:tr>
      <w:tr w:rsidR="00FA0771" w:rsidRPr="005408CE" w:rsidTr="00E3603E">
        <w:tc>
          <w:tcPr>
            <w:tcW w:w="1739" w:type="dxa"/>
          </w:tcPr>
          <w:p w:rsidR="00FA0771" w:rsidRPr="005408CE" w:rsidRDefault="00FA0771" w:rsidP="00E3603E">
            <w:pPr>
              <w:rPr>
                <w:lang w:val="ca-ES"/>
              </w:rPr>
            </w:pPr>
          </w:p>
        </w:tc>
        <w:tc>
          <w:tcPr>
            <w:tcW w:w="1576" w:type="dxa"/>
          </w:tcPr>
          <w:p w:rsidR="00FA0771" w:rsidRPr="005408CE" w:rsidRDefault="00FA0771" w:rsidP="00E3603E">
            <w:pPr>
              <w:rPr>
                <w:lang w:val="ca-ES"/>
              </w:rPr>
            </w:pPr>
          </w:p>
        </w:tc>
        <w:tc>
          <w:tcPr>
            <w:tcW w:w="1766" w:type="dxa"/>
          </w:tcPr>
          <w:p w:rsidR="00FA0771" w:rsidRPr="005408CE" w:rsidRDefault="00FA0771" w:rsidP="00E3603E">
            <w:pPr>
              <w:rPr>
                <w:lang w:val="ca-ES"/>
              </w:rPr>
            </w:pPr>
          </w:p>
        </w:tc>
        <w:tc>
          <w:tcPr>
            <w:tcW w:w="1666" w:type="dxa"/>
          </w:tcPr>
          <w:p w:rsidR="00FA0771" w:rsidRPr="005408CE" w:rsidRDefault="00FA0771" w:rsidP="00E3603E">
            <w:pPr>
              <w:rPr>
                <w:lang w:val="ca-ES"/>
              </w:rPr>
            </w:pPr>
          </w:p>
        </w:tc>
        <w:tc>
          <w:tcPr>
            <w:tcW w:w="1475" w:type="dxa"/>
          </w:tcPr>
          <w:p w:rsidR="00FA0771" w:rsidRPr="005408CE" w:rsidRDefault="00FA0771" w:rsidP="00E3603E">
            <w:pPr>
              <w:rPr>
                <w:lang w:val="ca-ES"/>
              </w:rPr>
            </w:pPr>
          </w:p>
        </w:tc>
        <w:tc>
          <w:tcPr>
            <w:tcW w:w="1740" w:type="dxa"/>
          </w:tcPr>
          <w:p w:rsidR="00FA0771" w:rsidRPr="005408CE" w:rsidRDefault="00FA0771" w:rsidP="00E3603E">
            <w:pPr>
              <w:rPr>
                <w:lang w:val="ca-ES"/>
              </w:rPr>
            </w:pPr>
          </w:p>
        </w:tc>
      </w:tr>
      <w:tr w:rsidR="00FA0771" w:rsidRPr="005408CE" w:rsidTr="00E3603E">
        <w:tc>
          <w:tcPr>
            <w:tcW w:w="1739" w:type="dxa"/>
          </w:tcPr>
          <w:p w:rsidR="00FA0771" w:rsidRPr="005408CE" w:rsidRDefault="00FA0771" w:rsidP="00E3603E">
            <w:pPr>
              <w:rPr>
                <w:lang w:val="ca-ES"/>
              </w:rPr>
            </w:pPr>
          </w:p>
        </w:tc>
        <w:tc>
          <w:tcPr>
            <w:tcW w:w="1576" w:type="dxa"/>
          </w:tcPr>
          <w:p w:rsidR="00FA0771" w:rsidRPr="005408CE" w:rsidRDefault="00FA0771" w:rsidP="00E3603E">
            <w:pPr>
              <w:rPr>
                <w:lang w:val="ca-ES"/>
              </w:rPr>
            </w:pPr>
          </w:p>
        </w:tc>
        <w:tc>
          <w:tcPr>
            <w:tcW w:w="1766" w:type="dxa"/>
          </w:tcPr>
          <w:p w:rsidR="00FA0771" w:rsidRPr="005408CE" w:rsidRDefault="00FA0771" w:rsidP="00E3603E">
            <w:pPr>
              <w:rPr>
                <w:lang w:val="ca-ES"/>
              </w:rPr>
            </w:pPr>
          </w:p>
        </w:tc>
        <w:tc>
          <w:tcPr>
            <w:tcW w:w="1666" w:type="dxa"/>
          </w:tcPr>
          <w:p w:rsidR="00FA0771" w:rsidRPr="005408CE" w:rsidRDefault="00FA0771" w:rsidP="00E3603E">
            <w:pPr>
              <w:rPr>
                <w:lang w:val="ca-ES"/>
              </w:rPr>
            </w:pPr>
          </w:p>
        </w:tc>
        <w:tc>
          <w:tcPr>
            <w:tcW w:w="1475" w:type="dxa"/>
          </w:tcPr>
          <w:p w:rsidR="00FA0771" w:rsidRPr="005408CE" w:rsidRDefault="00FA0771" w:rsidP="00E3603E">
            <w:pPr>
              <w:rPr>
                <w:lang w:val="ca-ES"/>
              </w:rPr>
            </w:pPr>
          </w:p>
        </w:tc>
        <w:tc>
          <w:tcPr>
            <w:tcW w:w="1740" w:type="dxa"/>
          </w:tcPr>
          <w:p w:rsidR="00FA0771" w:rsidRPr="005408CE" w:rsidRDefault="00FA0771" w:rsidP="00E3603E">
            <w:pPr>
              <w:rPr>
                <w:lang w:val="ca-ES"/>
              </w:rPr>
            </w:pPr>
          </w:p>
        </w:tc>
      </w:tr>
      <w:tr w:rsidR="00FA0771" w:rsidRPr="005408CE" w:rsidTr="00E3603E">
        <w:tc>
          <w:tcPr>
            <w:tcW w:w="1739" w:type="dxa"/>
          </w:tcPr>
          <w:p w:rsidR="00FA0771" w:rsidRPr="005408CE" w:rsidRDefault="00FA0771" w:rsidP="00E3603E">
            <w:pPr>
              <w:rPr>
                <w:lang w:val="ca-ES"/>
              </w:rPr>
            </w:pPr>
          </w:p>
        </w:tc>
        <w:tc>
          <w:tcPr>
            <w:tcW w:w="1576" w:type="dxa"/>
          </w:tcPr>
          <w:p w:rsidR="00FA0771" w:rsidRPr="005408CE" w:rsidRDefault="00FA0771" w:rsidP="00E3603E">
            <w:pPr>
              <w:rPr>
                <w:lang w:val="ca-ES"/>
              </w:rPr>
            </w:pPr>
          </w:p>
        </w:tc>
        <w:tc>
          <w:tcPr>
            <w:tcW w:w="1766" w:type="dxa"/>
          </w:tcPr>
          <w:p w:rsidR="00FA0771" w:rsidRPr="005408CE" w:rsidRDefault="00FA0771" w:rsidP="00E3603E">
            <w:pPr>
              <w:rPr>
                <w:lang w:val="ca-ES"/>
              </w:rPr>
            </w:pPr>
          </w:p>
        </w:tc>
        <w:tc>
          <w:tcPr>
            <w:tcW w:w="1666" w:type="dxa"/>
          </w:tcPr>
          <w:p w:rsidR="00FA0771" w:rsidRPr="005408CE" w:rsidRDefault="00FA0771" w:rsidP="00E3603E">
            <w:pPr>
              <w:rPr>
                <w:lang w:val="ca-ES"/>
              </w:rPr>
            </w:pPr>
          </w:p>
        </w:tc>
        <w:tc>
          <w:tcPr>
            <w:tcW w:w="1475" w:type="dxa"/>
          </w:tcPr>
          <w:p w:rsidR="00FA0771" w:rsidRPr="005408CE" w:rsidRDefault="00FA0771" w:rsidP="00E3603E">
            <w:pPr>
              <w:rPr>
                <w:lang w:val="ca-ES"/>
              </w:rPr>
            </w:pPr>
          </w:p>
        </w:tc>
        <w:tc>
          <w:tcPr>
            <w:tcW w:w="1740" w:type="dxa"/>
          </w:tcPr>
          <w:p w:rsidR="00FA0771" w:rsidRPr="005408CE" w:rsidRDefault="00FA0771" w:rsidP="00E3603E">
            <w:pPr>
              <w:rPr>
                <w:lang w:val="ca-ES"/>
              </w:rPr>
            </w:pPr>
          </w:p>
        </w:tc>
      </w:tr>
    </w:tbl>
    <w:p w:rsidR="00FA0771" w:rsidRPr="005408CE" w:rsidRDefault="00FA0771" w:rsidP="00FA0771">
      <w:pPr>
        <w:rPr>
          <w:b/>
          <w:sz w:val="28"/>
          <w:lang w:val="ca-ES"/>
        </w:rPr>
      </w:pPr>
    </w:p>
    <w:p w:rsidR="00FA0771" w:rsidRPr="005408CE" w:rsidRDefault="00FA0771">
      <w:pPr>
        <w:rPr>
          <w:b/>
          <w:sz w:val="28"/>
          <w:lang w:val="ca-ES"/>
        </w:rPr>
      </w:pPr>
    </w:p>
    <w:p w:rsidR="00450E9B" w:rsidRPr="005408CE" w:rsidRDefault="00C4265F">
      <w:pPr>
        <w:rPr>
          <w:lang w:val="ca-ES"/>
        </w:rPr>
      </w:pPr>
      <w:r w:rsidRPr="005408CE">
        <w:rPr>
          <w:b/>
          <w:sz w:val="28"/>
          <w:lang w:val="ca-ES"/>
        </w:rPr>
        <w:t xml:space="preserve">3. </w:t>
      </w:r>
      <w:r w:rsidR="008B52F5" w:rsidRPr="005408CE">
        <w:rPr>
          <w:b/>
          <w:sz w:val="28"/>
          <w:lang w:val="ca-ES"/>
        </w:rPr>
        <w:t>EQUIPS D’APLICACIÓ DE PRODUCTES FITOSANITARIS</w:t>
      </w:r>
      <w:r w:rsidR="00FA0771" w:rsidRPr="005408CE">
        <w:rPr>
          <w:b/>
          <w:sz w:val="28"/>
          <w:lang w:val="ca-ES"/>
        </w:rPr>
        <w:t xml:space="preserve"> I FERTILITZANTS</w:t>
      </w:r>
    </w:p>
    <w:p w:rsidR="00450E9B" w:rsidRPr="005408CE" w:rsidRDefault="00450E9B">
      <w:pPr>
        <w:rPr>
          <w:lang w:val="ca-ES"/>
        </w:rPr>
      </w:pPr>
    </w:p>
    <w:tbl>
      <w:tblPr>
        <w:tblStyle w:val="Tablaconcuadrcula"/>
        <w:tblW w:w="0" w:type="auto"/>
        <w:tblLook w:val="04A0"/>
      </w:tblPr>
      <w:tblGrid>
        <w:gridCol w:w="2502"/>
        <w:gridCol w:w="2642"/>
        <w:gridCol w:w="2306"/>
        <w:gridCol w:w="2512"/>
      </w:tblGrid>
      <w:tr w:rsidR="008B52F5" w:rsidRPr="005408CE" w:rsidTr="008B52F5">
        <w:tc>
          <w:tcPr>
            <w:tcW w:w="2502" w:type="dxa"/>
            <w:shd w:val="clear" w:color="auto" w:fill="D9D9D9" w:themeFill="background1" w:themeFillShade="D9"/>
            <w:vAlign w:val="center"/>
          </w:tcPr>
          <w:p w:rsidR="008B52F5" w:rsidRPr="005408CE" w:rsidRDefault="008B52F5" w:rsidP="008B52F5">
            <w:pPr>
              <w:widowControl w:val="0"/>
              <w:jc w:val="center"/>
              <w:rPr>
                <w:sz w:val="18"/>
                <w:szCs w:val="18"/>
                <w:lang w:val="ca-ES"/>
              </w:rPr>
            </w:pPr>
            <w:r w:rsidRPr="005408CE">
              <w:rPr>
                <w:b/>
                <w:color w:val="000000"/>
                <w:sz w:val="18"/>
                <w:szCs w:val="18"/>
                <w:lang w:val="ca-ES"/>
              </w:rPr>
              <w:t xml:space="preserve">Descripció del equip </w:t>
            </w:r>
          </w:p>
        </w:tc>
        <w:tc>
          <w:tcPr>
            <w:tcW w:w="2642" w:type="dxa"/>
            <w:shd w:val="clear" w:color="auto" w:fill="D9D9D9" w:themeFill="background1" w:themeFillShade="D9"/>
            <w:vAlign w:val="center"/>
          </w:tcPr>
          <w:p w:rsidR="008B52F5" w:rsidRPr="005408CE" w:rsidRDefault="008B52F5" w:rsidP="008B52F5">
            <w:pPr>
              <w:widowControl w:val="0"/>
              <w:jc w:val="center"/>
              <w:rPr>
                <w:b/>
                <w:color w:val="000000"/>
                <w:sz w:val="18"/>
                <w:szCs w:val="18"/>
                <w:lang w:val="ca-ES"/>
              </w:rPr>
            </w:pPr>
            <w:r w:rsidRPr="005408CE">
              <w:rPr>
                <w:b/>
                <w:color w:val="000000"/>
                <w:sz w:val="18"/>
                <w:szCs w:val="18"/>
                <w:lang w:val="ca-ES"/>
              </w:rPr>
              <w:t>Núm. inscripció  ROMA</w:t>
            </w:r>
          </w:p>
        </w:tc>
        <w:tc>
          <w:tcPr>
            <w:tcW w:w="2306" w:type="dxa"/>
            <w:shd w:val="clear" w:color="auto" w:fill="D9D9D9" w:themeFill="background1" w:themeFillShade="D9"/>
            <w:vAlign w:val="center"/>
          </w:tcPr>
          <w:p w:rsidR="008B52F5" w:rsidRPr="005408CE" w:rsidRDefault="008B52F5" w:rsidP="008B52F5">
            <w:pPr>
              <w:widowControl w:val="0"/>
              <w:jc w:val="center"/>
              <w:rPr>
                <w:sz w:val="18"/>
                <w:szCs w:val="18"/>
                <w:lang w:val="ca-ES"/>
              </w:rPr>
            </w:pPr>
            <w:r w:rsidRPr="005408CE">
              <w:rPr>
                <w:b/>
                <w:color w:val="FF0000"/>
                <w:sz w:val="18"/>
                <w:szCs w:val="18"/>
                <w:lang w:val="ca-ES"/>
              </w:rPr>
              <w:t xml:space="preserve"> </w:t>
            </w:r>
            <w:r w:rsidRPr="005408CE">
              <w:rPr>
                <w:b/>
                <w:sz w:val="18"/>
                <w:szCs w:val="18"/>
                <w:lang w:val="ca-ES"/>
              </w:rPr>
              <w:t>Data d’</w:t>
            </w:r>
            <w:r w:rsidRPr="005408CE">
              <w:rPr>
                <w:b/>
                <w:color w:val="000000"/>
                <w:sz w:val="18"/>
                <w:szCs w:val="18"/>
                <w:lang w:val="ca-ES"/>
              </w:rPr>
              <w:t>adquisició</w:t>
            </w:r>
          </w:p>
        </w:tc>
        <w:tc>
          <w:tcPr>
            <w:tcW w:w="2512" w:type="dxa"/>
            <w:shd w:val="clear" w:color="auto" w:fill="D9D9D9" w:themeFill="background1" w:themeFillShade="D9"/>
            <w:vAlign w:val="center"/>
          </w:tcPr>
          <w:p w:rsidR="008B52F5" w:rsidRPr="005408CE" w:rsidRDefault="008B52F5" w:rsidP="008B52F5">
            <w:pPr>
              <w:widowControl w:val="0"/>
              <w:jc w:val="center"/>
              <w:rPr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 xml:space="preserve">Data de la darrera </w:t>
            </w:r>
            <w:r w:rsidRPr="005408CE">
              <w:rPr>
                <w:b/>
                <w:color w:val="000000"/>
                <w:sz w:val="18"/>
                <w:szCs w:val="18"/>
                <w:lang w:val="ca-ES"/>
              </w:rPr>
              <w:t>inspecció</w:t>
            </w:r>
          </w:p>
        </w:tc>
      </w:tr>
      <w:tr w:rsidR="008B52F5" w:rsidRPr="005408CE" w:rsidTr="008B52F5">
        <w:tc>
          <w:tcPr>
            <w:tcW w:w="2502" w:type="dxa"/>
          </w:tcPr>
          <w:p w:rsidR="008B52F5" w:rsidRPr="005408CE" w:rsidRDefault="008B52F5">
            <w:pPr>
              <w:rPr>
                <w:lang w:val="ca-ES"/>
              </w:rPr>
            </w:pPr>
          </w:p>
        </w:tc>
        <w:tc>
          <w:tcPr>
            <w:tcW w:w="2642" w:type="dxa"/>
          </w:tcPr>
          <w:p w:rsidR="008B52F5" w:rsidRPr="005408CE" w:rsidRDefault="008B52F5">
            <w:pPr>
              <w:rPr>
                <w:lang w:val="ca-ES"/>
              </w:rPr>
            </w:pPr>
          </w:p>
        </w:tc>
        <w:tc>
          <w:tcPr>
            <w:tcW w:w="2306" w:type="dxa"/>
          </w:tcPr>
          <w:p w:rsidR="008B52F5" w:rsidRPr="005408CE" w:rsidRDefault="008B52F5">
            <w:pPr>
              <w:rPr>
                <w:lang w:val="ca-ES"/>
              </w:rPr>
            </w:pPr>
          </w:p>
        </w:tc>
        <w:tc>
          <w:tcPr>
            <w:tcW w:w="2512" w:type="dxa"/>
          </w:tcPr>
          <w:p w:rsidR="008B52F5" w:rsidRPr="005408CE" w:rsidRDefault="008B52F5">
            <w:pPr>
              <w:rPr>
                <w:lang w:val="ca-ES"/>
              </w:rPr>
            </w:pPr>
          </w:p>
        </w:tc>
      </w:tr>
      <w:tr w:rsidR="008B52F5" w:rsidRPr="005408CE" w:rsidTr="008B52F5">
        <w:tc>
          <w:tcPr>
            <w:tcW w:w="2502" w:type="dxa"/>
          </w:tcPr>
          <w:p w:rsidR="008B52F5" w:rsidRPr="005408CE" w:rsidRDefault="008B52F5">
            <w:pPr>
              <w:rPr>
                <w:lang w:val="ca-ES"/>
              </w:rPr>
            </w:pPr>
          </w:p>
        </w:tc>
        <w:tc>
          <w:tcPr>
            <w:tcW w:w="2642" w:type="dxa"/>
          </w:tcPr>
          <w:p w:rsidR="008B52F5" w:rsidRPr="005408CE" w:rsidRDefault="008B52F5">
            <w:pPr>
              <w:rPr>
                <w:lang w:val="ca-ES"/>
              </w:rPr>
            </w:pPr>
          </w:p>
        </w:tc>
        <w:tc>
          <w:tcPr>
            <w:tcW w:w="2306" w:type="dxa"/>
          </w:tcPr>
          <w:p w:rsidR="008B52F5" w:rsidRPr="005408CE" w:rsidRDefault="008B52F5">
            <w:pPr>
              <w:rPr>
                <w:lang w:val="ca-ES"/>
              </w:rPr>
            </w:pPr>
          </w:p>
        </w:tc>
        <w:tc>
          <w:tcPr>
            <w:tcW w:w="2512" w:type="dxa"/>
          </w:tcPr>
          <w:p w:rsidR="008B52F5" w:rsidRPr="005408CE" w:rsidRDefault="008B52F5">
            <w:pPr>
              <w:rPr>
                <w:lang w:val="ca-ES"/>
              </w:rPr>
            </w:pPr>
          </w:p>
        </w:tc>
      </w:tr>
    </w:tbl>
    <w:p w:rsidR="008B52F5" w:rsidRPr="005408CE" w:rsidRDefault="008B52F5">
      <w:pPr>
        <w:rPr>
          <w:b/>
          <w:sz w:val="28"/>
          <w:lang w:val="ca-ES"/>
        </w:rPr>
      </w:pPr>
    </w:p>
    <w:p w:rsidR="00450E9B" w:rsidRPr="005408CE" w:rsidRDefault="00C4265F">
      <w:pPr>
        <w:rPr>
          <w:lang w:val="ca-ES"/>
        </w:rPr>
      </w:pPr>
      <w:r w:rsidRPr="005408CE">
        <w:rPr>
          <w:b/>
          <w:sz w:val="28"/>
          <w:lang w:val="ca-ES"/>
        </w:rPr>
        <w:t xml:space="preserve">4. </w:t>
      </w:r>
      <w:r w:rsidR="008B52F5" w:rsidRPr="005408CE">
        <w:rPr>
          <w:b/>
          <w:sz w:val="28"/>
          <w:lang w:val="ca-ES"/>
        </w:rPr>
        <w:t>DADES INDENTIFICATIVES DE LES UNITATS DE PRODUCCIÓ</w:t>
      </w:r>
    </w:p>
    <w:p w:rsidR="002A328E" w:rsidRPr="005408CE" w:rsidRDefault="002A328E">
      <w:pPr>
        <w:rPr>
          <w:lang w:val="ca-ES"/>
        </w:rPr>
      </w:pPr>
    </w:p>
    <w:tbl>
      <w:tblPr>
        <w:tblStyle w:val="Tablaconcuadrcula"/>
        <w:tblW w:w="0" w:type="auto"/>
        <w:tblLook w:val="04A0"/>
      </w:tblPr>
      <w:tblGrid>
        <w:gridCol w:w="823"/>
        <w:gridCol w:w="1205"/>
        <w:gridCol w:w="907"/>
        <w:gridCol w:w="989"/>
        <w:gridCol w:w="904"/>
        <w:gridCol w:w="1130"/>
        <w:gridCol w:w="766"/>
        <w:gridCol w:w="964"/>
        <w:gridCol w:w="1531"/>
        <w:gridCol w:w="969"/>
      </w:tblGrid>
      <w:tr w:rsidR="008B52F5" w:rsidRPr="005408CE" w:rsidTr="008B52F5">
        <w:tc>
          <w:tcPr>
            <w:tcW w:w="562" w:type="dxa"/>
            <w:shd w:val="clear" w:color="auto" w:fill="D9D9D9" w:themeFill="background1" w:themeFillShade="D9"/>
          </w:tcPr>
          <w:p w:rsidR="008B52F5" w:rsidRPr="005408CE" w:rsidRDefault="008B52F5" w:rsidP="00E3603E">
            <w:pPr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IDENT. REC</w:t>
            </w:r>
          </w:p>
        </w:tc>
        <w:tc>
          <w:tcPr>
            <w:tcW w:w="1289" w:type="dxa"/>
            <w:shd w:val="clear" w:color="auto" w:fill="D9D9D9" w:themeFill="background1" w:themeFillShade="D9"/>
          </w:tcPr>
          <w:p w:rsidR="008B52F5" w:rsidRPr="005408CE" w:rsidRDefault="008B52F5" w:rsidP="00E3603E">
            <w:pPr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Municipi</w:t>
            </w:r>
          </w:p>
        </w:tc>
        <w:tc>
          <w:tcPr>
            <w:tcW w:w="912" w:type="dxa"/>
            <w:shd w:val="clear" w:color="auto" w:fill="D9D9D9" w:themeFill="background1" w:themeFillShade="D9"/>
          </w:tcPr>
          <w:p w:rsidR="008B52F5" w:rsidRPr="005408CE" w:rsidRDefault="008B52F5" w:rsidP="00E3603E">
            <w:pPr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Polígon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8B52F5" w:rsidRPr="00DB1295" w:rsidRDefault="005408CE" w:rsidP="00E3603E">
            <w:pPr>
              <w:rPr>
                <w:b/>
                <w:sz w:val="18"/>
                <w:szCs w:val="18"/>
                <w:lang w:val="ca-ES"/>
              </w:rPr>
            </w:pPr>
            <w:r w:rsidRPr="00DB1295">
              <w:rPr>
                <w:b/>
                <w:sz w:val="18"/>
                <w:szCs w:val="18"/>
                <w:lang w:val="ca-ES"/>
              </w:rPr>
              <w:t>Parcel·la</w:t>
            </w:r>
          </w:p>
        </w:tc>
        <w:tc>
          <w:tcPr>
            <w:tcW w:w="909" w:type="dxa"/>
            <w:shd w:val="clear" w:color="auto" w:fill="D9D9D9" w:themeFill="background1" w:themeFillShade="D9"/>
          </w:tcPr>
          <w:p w:rsidR="008B52F5" w:rsidRPr="005408CE" w:rsidRDefault="008B52F5" w:rsidP="00E3603E">
            <w:pPr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Recinte</w:t>
            </w:r>
          </w:p>
        </w:tc>
        <w:tc>
          <w:tcPr>
            <w:tcW w:w="1137" w:type="dxa"/>
            <w:shd w:val="clear" w:color="auto" w:fill="D9D9D9" w:themeFill="background1" w:themeFillShade="D9"/>
          </w:tcPr>
          <w:p w:rsidR="008B52F5" w:rsidRPr="00DB1295" w:rsidRDefault="005408CE" w:rsidP="00E3603E">
            <w:pPr>
              <w:rPr>
                <w:b/>
                <w:sz w:val="18"/>
                <w:szCs w:val="18"/>
                <w:lang w:val="ca-ES"/>
              </w:rPr>
            </w:pPr>
            <w:r w:rsidRPr="00DB1295">
              <w:rPr>
                <w:b/>
                <w:sz w:val="18"/>
                <w:szCs w:val="18"/>
                <w:lang w:val="ca-ES"/>
              </w:rPr>
              <w:t>Superfície</w:t>
            </w:r>
            <w:r w:rsidR="008B52F5" w:rsidRPr="00DB1295">
              <w:rPr>
                <w:b/>
                <w:sz w:val="18"/>
                <w:szCs w:val="18"/>
                <w:lang w:val="ca-ES"/>
              </w:rPr>
              <w:t xml:space="preserve"> cultivada</w:t>
            </w:r>
          </w:p>
        </w:tc>
        <w:tc>
          <w:tcPr>
            <w:tcW w:w="770" w:type="dxa"/>
            <w:shd w:val="clear" w:color="auto" w:fill="D9D9D9" w:themeFill="background1" w:themeFillShade="D9"/>
          </w:tcPr>
          <w:p w:rsidR="008B52F5" w:rsidRPr="005408CE" w:rsidRDefault="008B52F5" w:rsidP="00E3603E">
            <w:pPr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Cultiu</w:t>
            </w:r>
          </w:p>
        </w:tc>
        <w:tc>
          <w:tcPr>
            <w:tcW w:w="969" w:type="dxa"/>
            <w:shd w:val="clear" w:color="auto" w:fill="D9D9D9" w:themeFill="background1" w:themeFillShade="D9"/>
          </w:tcPr>
          <w:p w:rsidR="008B52F5" w:rsidRPr="005408CE" w:rsidRDefault="008B52F5" w:rsidP="00E3603E">
            <w:pPr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Varietat</w:t>
            </w:r>
          </w:p>
        </w:tc>
        <w:tc>
          <w:tcPr>
            <w:tcW w:w="1540" w:type="dxa"/>
            <w:shd w:val="clear" w:color="auto" w:fill="D9D9D9" w:themeFill="background1" w:themeFillShade="D9"/>
          </w:tcPr>
          <w:p w:rsidR="008B52F5" w:rsidRPr="005408CE" w:rsidRDefault="008B52F5" w:rsidP="00E3603E">
            <w:pPr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Sistema (secà/regadiu)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8B52F5" w:rsidRPr="005408CE" w:rsidRDefault="008B52F5" w:rsidP="00E3603E">
            <w:pPr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Aire lliure/ protegit</w:t>
            </w:r>
          </w:p>
        </w:tc>
      </w:tr>
      <w:tr w:rsidR="008B52F5" w:rsidRPr="005408CE" w:rsidTr="008B52F5">
        <w:tc>
          <w:tcPr>
            <w:tcW w:w="562" w:type="dxa"/>
          </w:tcPr>
          <w:p w:rsidR="008B52F5" w:rsidRPr="005408CE" w:rsidRDefault="008B52F5" w:rsidP="00E3603E">
            <w:pPr>
              <w:rPr>
                <w:lang w:val="ca-ES"/>
              </w:rPr>
            </w:pPr>
          </w:p>
        </w:tc>
        <w:tc>
          <w:tcPr>
            <w:tcW w:w="1289" w:type="dxa"/>
          </w:tcPr>
          <w:p w:rsidR="008B52F5" w:rsidRPr="005408CE" w:rsidRDefault="008B52F5" w:rsidP="00E3603E">
            <w:pPr>
              <w:rPr>
                <w:lang w:val="ca-ES"/>
              </w:rPr>
            </w:pPr>
          </w:p>
        </w:tc>
        <w:tc>
          <w:tcPr>
            <w:tcW w:w="912" w:type="dxa"/>
          </w:tcPr>
          <w:p w:rsidR="008B52F5" w:rsidRPr="005408CE" w:rsidRDefault="008B52F5" w:rsidP="00E3603E">
            <w:pPr>
              <w:rPr>
                <w:lang w:val="ca-ES"/>
              </w:rPr>
            </w:pPr>
          </w:p>
        </w:tc>
        <w:tc>
          <w:tcPr>
            <w:tcW w:w="900" w:type="dxa"/>
          </w:tcPr>
          <w:p w:rsidR="008B52F5" w:rsidRPr="005408CE" w:rsidRDefault="008B52F5" w:rsidP="00E3603E">
            <w:pPr>
              <w:rPr>
                <w:lang w:val="ca-ES"/>
              </w:rPr>
            </w:pPr>
          </w:p>
        </w:tc>
        <w:tc>
          <w:tcPr>
            <w:tcW w:w="909" w:type="dxa"/>
          </w:tcPr>
          <w:p w:rsidR="008B52F5" w:rsidRPr="005408CE" w:rsidRDefault="008B52F5" w:rsidP="00E3603E">
            <w:pPr>
              <w:rPr>
                <w:lang w:val="ca-ES"/>
              </w:rPr>
            </w:pPr>
          </w:p>
        </w:tc>
        <w:tc>
          <w:tcPr>
            <w:tcW w:w="1137" w:type="dxa"/>
          </w:tcPr>
          <w:p w:rsidR="008B52F5" w:rsidRPr="005408CE" w:rsidRDefault="008B52F5" w:rsidP="00E3603E">
            <w:pPr>
              <w:rPr>
                <w:lang w:val="ca-ES"/>
              </w:rPr>
            </w:pPr>
          </w:p>
        </w:tc>
        <w:tc>
          <w:tcPr>
            <w:tcW w:w="770" w:type="dxa"/>
          </w:tcPr>
          <w:p w:rsidR="008B52F5" w:rsidRPr="005408CE" w:rsidRDefault="008B52F5" w:rsidP="00E3603E">
            <w:pPr>
              <w:rPr>
                <w:lang w:val="ca-ES"/>
              </w:rPr>
            </w:pPr>
          </w:p>
        </w:tc>
        <w:tc>
          <w:tcPr>
            <w:tcW w:w="969" w:type="dxa"/>
          </w:tcPr>
          <w:p w:rsidR="008B52F5" w:rsidRPr="005408CE" w:rsidRDefault="008B52F5" w:rsidP="00E3603E">
            <w:pPr>
              <w:rPr>
                <w:lang w:val="ca-ES"/>
              </w:rPr>
            </w:pPr>
          </w:p>
        </w:tc>
        <w:tc>
          <w:tcPr>
            <w:tcW w:w="1540" w:type="dxa"/>
          </w:tcPr>
          <w:p w:rsidR="008B52F5" w:rsidRPr="005408CE" w:rsidRDefault="008B52F5" w:rsidP="00E3603E">
            <w:pPr>
              <w:rPr>
                <w:lang w:val="ca-ES"/>
              </w:rPr>
            </w:pPr>
          </w:p>
        </w:tc>
        <w:tc>
          <w:tcPr>
            <w:tcW w:w="974" w:type="dxa"/>
          </w:tcPr>
          <w:p w:rsidR="008B52F5" w:rsidRPr="005408CE" w:rsidRDefault="008B52F5" w:rsidP="00E3603E">
            <w:pPr>
              <w:rPr>
                <w:lang w:val="ca-ES"/>
              </w:rPr>
            </w:pPr>
          </w:p>
        </w:tc>
      </w:tr>
      <w:tr w:rsidR="008B52F5" w:rsidRPr="005408CE" w:rsidTr="008B52F5">
        <w:tc>
          <w:tcPr>
            <w:tcW w:w="562" w:type="dxa"/>
          </w:tcPr>
          <w:p w:rsidR="008B52F5" w:rsidRPr="005408CE" w:rsidRDefault="008B52F5" w:rsidP="00E3603E">
            <w:pPr>
              <w:rPr>
                <w:lang w:val="ca-ES"/>
              </w:rPr>
            </w:pPr>
          </w:p>
        </w:tc>
        <w:tc>
          <w:tcPr>
            <w:tcW w:w="1289" w:type="dxa"/>
          </w:tcPr>
          <w:p w:rsidR="008B52F5" w:rsidRPr="005408CE" w:rsidRDefault="008B52F5" w:rsidP="00E3603E">
            <w:pPr>
              <w:rPr>
                <w:lang w:val="ca-ES"/>
              </w:rPr>
            </w:pPr>
          </w:p>
        </w:tc>
        <w:tc>
          <w:tcPr>
            <w:tcW w:w="912" w:type="dxa"/>
          </w:tcPr>
          <w:p w:rsidR="008B52F5" w:rsidRPr="005408CE" w:rsidRDefault="008B52F5" w:rsidP="00E3603E">
            <w:pPr>
              <w:rPr>
                <w:lang w:val="ca-ES"/>
              </w:rPr>
            </w:pPr>
          </w:p>
        </w:tc>
        <w:tc>
          <w:tcPr>
            <w:tcW w:w="900" w:type="dxa"/>
          </w:tcPr>
          <w:p w:rsidR="008B52F5" w:rsidRPr="005408CE" w:rsidRDefault="008B52F5" w:rsidP="00E3603E">
            <w:pPr>
              <w:rPr>
                <w:lang w:val="ca-ES"/>
              </w:rPr>
            </w:pPr>
          </w:p>
        </w:tc>
        <w:tc>
          <w:tcPr>
            <w:tcW w:w="909" w:type="dxa"/>
          </w:tcPr>
          <w:p w:rsidR="008B52F5" w:rsidRPr="005408CE" w:rsidRDefault="008B52F5" w:rsidP="00E3603E">
            <w:pPr>
              <w:rPr>
                <w:lang w:val="ca-ES"/>
              </w:rPr>
            </w:pPr>
          </w:p>
        </w:tc>
        <w:tc>
          <w:tcPr>
            <w:tcW w:w="1137" w:type="dxa"/>
          </w:tcPr>
          <w:p w:rsidR="008B52F5" w:rsidRPr="005408CE" w:rsidRDefault="008B52F5" w:rsidP="00E3603E">
            <w:pPr>
              <w:rPr>
                <w:lang w:val="ca-ES"/>
              </w:rPr>
            </w:pPr>
          </w:p>
        </w:tc>
        <w:tc>
          <w:tcPr>
            <w:tcW w:w="770" w:type="dxa"/>
          </w:tcPr>
          <w:p w:rsidR="008B52F5" w:rsidRPr="005408CE" w:rsidRDefault="008B52F5" w:rsidP="00E3603E">
            <w:pPr>
              <w:rPr>
                <w:lang w:val="ca-ES"/>
              </w:rPr>
            </w:pPr>
          </w:p>
        </w:tc>
        <w:tc>
          <w:tcPr>
            <w:tcW w:w="969" w:type="dxa"/>
          </w:tcPr>
          <w:p w:rsidR="008B52F5" w:rsidRPr="005408CE" w:rsidRDefault="008B52F5" w:rsidP="00E3603E">
            <w:pPr>
              <w:rPr>
                <w:lang w:val="ca-ES"/>
              </w:rPr>
            </w:pPr>
          </w:p>
        </w:tc>
        <w:tc>
          <w:tcPr>
            <w:tcW w:w="1540" w:type="dxa"/>
          </w:tcPr>
          <w:p w:rsidR="008B52F5" w:rsidRPr="005408CE" w:rsidRDefault="008B52F5" w:rsidP="00E3603E">
            <w:pPr>
              <w:rPr>
                <w:lang w:val="ca-ES"/>
              </w:rPr>
            </w:pPr>
          </w:p>
        </w:tc>
        <w:tc>
          <w:tcPr>
            <w:tcW w:w="974" w:type="dxa"/>
          </w:tcPr>
          <w:p w:rsidR="008B52F5" w:rsidRPr="005408CE" w:rsidRDefault="008B52F5" w:rsidP="00E3603E">
            <w:pPr>
              <w:rPr>
                <w:lang w:val="ca-ES"/>
              </w:rPr>
            </w:pPr>
          </w:p>
        </w:tc>
      </w:tr>
      <w:tr w:rsidR="008B52F5" w:rsidRPr="005408CE" w:rsidTr="008B52F5">
        <w:tc>
          <w:tcPr>
            <w:tcW w:w="562" w:type="dxa"/>
          </w:tcPr>
          <w:p w:rsidR="008B52F5" w:rsidRPr="005408CE" w:rsidRDefault="008B52F5" w:rsidP="00E3603E">
            <w:pPr>
              <w:rPr>
                <w:lang w:val="ca-ES"/>
              </w:rPr>
            </w:pPr>
          </w:p>
        </w:tc>
        <w:tc>
          <w:tcPr>
            <w:tcW w:w="1289" w:type="dxa"/>
          </w:tcPr>
          <w:p w:rsidR="008B52F5" w:rsidRPr="005408CE" w:rsidRDefault="008B52F5" w:rsidP="00E3603E">
            <w:pPr>
              <w:rPr>
                <w:lang w:val="ca-ES"/>
              </w:rPr>
            </w:pPr>
          </w:p>
        </w:tc>
        <w:tc>
          <w:tcPr>
            <w:tcW w:w="912" w:type="dxa"/>
          </w:tcPr>
          <w:p w:rsidR="008B52F5" w:rsidRPr="005408CE" w:rsidRDefault="008B52F5" w:rsidP="00E3603E">
            <w:pPr>
              <w:rPr>
                <w:lang w:val="ca-ES"/>
              </w:rPr>
            </w:pPr>
          </w:p>
        </w:tc>
        <w:tc>
          <w:tcPr>
            <w:tcW w:w="900" w:type="dxa"/>
          </w:tcPr>
          <w:p w:rsidR="008B52F5" w:rsidRPr="005408CE" w:rsidRDefault="008B52F5" w:rsidP="00E3603E">
            <w:pPr>
              <w:rPr>
                <w:lang w:val="ca-ES"/>
              </w:rPr>
            </w:pPr>
          </w:p>
        </w:tc>
        <w:tc>
          <w:tcPr>
            <w:tcW w:w="909" w:type="dxa"/>
          </w:tcPr>
          <w:p w:rsidR="008B52F5" w:rsidRPr="005408CE" w:rsidRDefault="008B52F5" w:rsidP="00E3603E">
            <w:pPr>
              <w:rPr>
                <w:lang w:val="ca-ES"/>
              </w:rPr>
            </w:pPr>
          </w:p>
        </w:tc>
        <w:tc>
          <w:tcPr>
            <w:tcW w:w="1137" w:type="dxa"/>
          </w:tcPr>
          <w:p w:rsidR="008B52F5" w:rsidRPr="005408CE" w:rsidRDefault="008B52F5" w:rsidP="00E3603E">
            <w:pPr>
              <w:rPr>
                <w:lang w:val="ca-ES"/>
              </w:rPr>
            </w:pPr>
          </w:p>
        </w:tc>
        <w:tc>
          <w:tcPr>
            <w:tcW w:w="770" w:type="dxa"/>
          </w:tcPr>
          <w:p w:rsidR="008B52F5" w:rsidRPr="005408CE" w:rsidRDefault="008B52F5" w:rsidP="00E3603E">
            <w:pPr>
              <w:rPr>
                <w:lang w:val="ca-ES"/>
              </w:rPr>
            </w:pPr>
          </w:p>
        </w:tc>
        <w:tc>
          <w:tcPr>
            <w:tcW w:w="969" w:type="dxa"/>
          </w:tcPr>
          <w:p w:rsidR="008B52F5" w:rsidRPr="005408CE" w:rsidRDefault="008B52F5" w:rsidP="00E3603E">
            <w:pPr>
              <w:rPr>
                <w:lang w:val="ca-ES"/>
              </w:rPr>
            </w:pPr>
          </w:p>
        </w:tc>
        <w:tc>
          <w:tcPr>
            <w:tcW w:w="1540" w:type="dxa"/>
          </w:tcPr>
          <w:p w:rsidR="008B52F5" w:rsidRPr="005408CE" w:rsidRDefault="008B52F5" w:rsidP="00E3603E">
            <w:pPr>
              <w:rPr>
                <w:lang w:val="ca-ES"/>
              </w:rPr>
            </w:pPr>
          </w:p>
        </w:tc>
        <w:tc>
          <w:tcPr>
            <w:tcW w:w="974" w:type="dxa"/>
          </w:tcPr>
          <w:p w:rsidR="008B52F5" w:rsidRPr="005408CE" w:rsidRDefault="008B52F5" w:rsidP="00E3603E">
            <w:pPr>
              <w:rPr>
                <w:lang w:val="ca-ES"/>
              </w:rPr>
            </w:pPr>
          </w:p>
        </w:tc>
      </w:tr>
    </w:tbl>
    <w:p w:rsidR="002A328E" w:rsidRPr="005408CE" w:rsidRDefault="002A328E">
      <w:pPr>
        <w:rPr>
          <w:lang w:val="ca-ES"/>
        </w:rPr>
      </w:pPr>
    </w:p>
    <w:p w:rsidR="00087319" w:rsidRPr="005408CE" w:rsidRDefault="00087319">
      <w:pPr>
        <w:rPr>
          <w:b/>
          <w:sz w:val="28"/>
          <w:lang w:val="ca-ES"/>
        </w:rPr>
      </w:pPr>
    </w:p>
    <w:p w:rsidR="00087319" w:rsidRPr="005408CE" w:rsidRDefault="00087319">
      <w:pPr>
        <w:rPr>
          <w:b/>
          <w:sz w:val="28"/>
          <w:lang w:val="ca-ES"/>
        </w:rPr>
      </w:pPr>
    </w:p>
    <w:p w:rsidR="00087319" w:rsidRPr="005408CE" w:rsidRDefault="00087319">
      <w:pPr>
        <w:rPr>
          <w:b/>
          <w:sz w:val="28"/>
          <w:lang w:val="ca-ES"/>
        </w:rPr>
      </w:pPr>
    </w:p>
    <w:p w:rsidR="008B52F5" w:rsidRPr="005408CE" w:rsidRDefault="00C4265F">
      <w:pPr>
        <w:rPr>
          <w:b/>
          <w:sz w:val="28"/>
          <w:lang w:val="ca-ES"/>
        </w:rPr>
      </w:pPr>
      <w:r w:rsidRPr="005408CE">
        <w:rPr>
          <w:b/>
          <w:sz w:val="28"/>
          <w:lang w:val="ca-ES"/>
        </w:rPr>
        <w:lastRenderedPageBreak/>
        <w:t xml:space="preserve">5. </w:t>
      </w:r>
      <w:r w:rsidR="008B52F5" w:rsidRPr="005408CE">
        <w:rPr>
          <w:b/>
          <w:sz w:val="28"/>
          <w:lang w:val="ca-ES"/>
        </w:rPr>
        <w:t>REGISTRE D’ACTUACION</w:t>
      </w:r>
      <w:r w:rsidR="00DB1295">
        <w:rPr>
          <w:b/>
          <w:sz w:val="28"/>
          <w:lang w:val="ca-ES"/>
        </w:rPr>
        <w:t>S FITOSANITARIS DE L’EXPLOTACIÓ</w:t>
      </w:r>
    </w:p>
    <w:tbl>
      <w:tblPr>
        <w:tblW w:w="5000" w:type="pct"/>
        <w:jc w:val="center"/>
        <w:tblLayout w:type="fixed"/>
        <w:tblLook w:val="0000"/>
      </w:tblPr>
      <w:tblGrid>
        <w:gridCol w:w="555"/>
        <w:gridCol w:w="745"/>
        <w:gridCol w:w="778"/>
        <w:gridCol w:w="527"/>
        <w:gridCol w:w="557"/>
        <w:gridCol w:w="829"/>
        <w:gridCol w:w="547"/>
        <w:gridCol w:w="648"/>
        <w:gridCol w:w="1126"/>
        <w:gridCol w:w="639"/>
        <w:gridCol w:w="883"/>
        <w:gridCol w:w="892"/>
        <w:gridCol w:w="528"/>
        <w:gridCol w:w="934"/>
      </w:tblGrid>
      <w:tr w:rsidR="008B52F5" w:rsidRPr="005408CE" w:rsidTr="008B52F5">
        <w:trPr>
          <w:trHeight w:hRule="exact" w:val="454"/>
          <w:jc w:val="center"/>
        </w:trPr>
        <w:tc>
          <w:tcPr>
            <w:tcW w:w="996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8B52F5" w:rsidRPr="005408CE" w:rsidRDefault="008B52F5" w:rsidP="008B52F5">
            <w:pPr>
              <w:widowControl w:val="0"/>
              <w:spacing w:before="60" w:after="4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 xml:space="preserve"> REGISTRE D’ACTUACIONS FITOSANITARIS </w:t>
            </w:r>
          </w:p>
        </w:tc>
      </w:tr>
      <w:tr w:rsidR="008B52F5" w:rsidRPr="005408CE" w:rsidTr="008B52F5">
        <w:trPr>
          <w:trHeight w:hRule="exact" w:val="383"/>
          <w:jc w:val="center"/>
        </w:trPr>
        <w:tc>
          <w:tcPr>
            <w:tcW w:w="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8B52F5">
            <w:pPr>
              <w:widowControl w:val="0"/>
              <w:ind w:left="-80" w:right="-75"/>
              <w:jc w:val="center"/>
              <w:rPr>
                <w:b/>
                <w:sz w:val="16"/>
                <w:szCs w:val="16"/>
                <w:lang w:val="ca-ES"/>
              </w:rPr>
            </w:pPr>
            <w:proofErr w:type="spellStart"/>
            <w:r w:rsidRPr="005408CE">
              <w:rPr>
                <w:b/>
                <w:sz w:val="16"/>
                <w:szCs w:val="16"/>
                <w:lang w:val="ca-ES"/>
              </w:rPr>
              <w:t>Id</w:t>
            </w:r>
            <w:proofErr w:type="spellEnd"/>
            <w:r w:rsidRPr="005408CE">
              <w:rPr>
                <w:b/>
                <w:sz w:val="16"/>
                <w:szCs w:val="16"/>
                <w:lang w:val="ca-ES"/>
              </w:rPr>
              <w:t>.</w:t>
            </w:r>
          </w:p>
          <w:p w:rsidR="008B52F5" w:rsidRPr="005408CE" w:rsidRDefault="008B52F5" w:rsidP="008B52F5">
            <w:pPr>
              <w:widowControl w:val="0"/>
              <w:ind w:left="-80" w:right="-75"/>
              <w:jc w:val="center"/>
              <w:rPr>
                <w:b/>
                <w:sz w:val="16"/>
                <w:szCs w:val="16"/>
                <w:lang w:val="ca-ES"/>
              </w:rPr>
            </w:pPr>
            <w:r w:rsidRPr="005408CE">
              <w:rPr>
                <w:b/>
                <w:sz w:val="16"/>
                <w:szCs w:val="16"/>
                <w:lang w:val="ca-ES"/>
              </w:rPr>
              <w:t>Rec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ind w:left="-89" w:right="-66"/>
              <w:jc w:val="center"/>
              <w:rPr>
                <w:b/>
                <w:sz w:val="16"/>
                <w:szCs w:val="16"/>
                <w:lang w:val="ca-ES"/>
              </w:rPr>
            </w:pPr>
            <w:r w:rsidRPr="005408CE">
              <w:rPr>
                <w:b/>
                <w:sz w:val="16"/>
                <w:szCs w:val="16"/>
                <w:lang w:val="ca-ES"/>
              </w:rPr>
              <w:t>Cultiu</w:t>
            </w:r>
          </w:p>
          <w:p w:rsidR="008B52F5" w:rsidRPr="005408CE" w:rsidRDefault="008B52F5" w:rsidP="00E3603E">
            <w:pPr>
              <w:widowControl w:val="0"/>
              <w:ind w:left="-89" w:right="-66"/>
              <w:jc w:val="center"/>
              <w:rPr>
                <w:b/>
                <w:sz w:val="16"/>
                <w:szCs w:val="16"/>
                <w:lang w:val="ca-ES"/>
              </w:rPr>
            </w:pPr>
          </w:p>
        </w:tc>
        <w:tc>
          <w:tcPr>
            <w:tcW w:w="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ind w:left="-89" w:right="-66"/>
              <w:jc w:val="center"/>
              <w:rPr>
                <w:b/>
                <w:sz w:val="16"/>
                <w:szCs w:val="16"/>
                <w:lang w:val="ca-ES"/>
              </w:rPr>
            </w:pPr>
            <w:r w:rsidRPr="005408CE">
              <w:rPr>
                <w:b/>
                <w:sz w:val="16"/>
                <w:szCs w:val="16"/>
                <w:lang w:val="ca-ES"/>
              </w:rPr>
              <w:t>Data</w:t>
            </w:r>
          </w:p>
        </w:tc>
        <w:tc>
          <w:tcPr>
            <w:tcW w:w="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b/>
                <w:sz w:val="16"/>
                <w:szCs w:val="16"/>
                <w:lang w:val="ca-ES"/>
              </w:rPr>
            </w:pPr>
            <w:proofErr w:type="spellStart"/>
            <w:r w:rsidRPr="005408CE">
              <w:rPr>
                <w:b/>
                <w:sz w:val="16"/>
                <w:szCs w:val="16"/>
                <w:lang w:val="ca-ES"/>
              </w:rPr>
              <w:t>Sup.tractada</w:t>
            </w:r>
            <w:proofErr w:type="spellEnd"/>
          </w:p>
          <w:p w:rsidR="008B52F5" w:rsidRPr="005408CE" w:rsidRDefault="008B52F5" w:rsidP="00E3603E">
            <w:pPr>
              <w:widowControl w:val="0"/>
              <w:jc w:val="center"/>
              <w:rPr>
                <w:b/>
                <w:sz w:val="16"/>
                <w:szCs w:val="16"/>
                <w:lang w:val="ca-ES"/>
              </w:rPr>
            </w:pPr>
            <w:r w:rsidRPr="005408CE">
              <w:rPr>
                <w:b/>
                <w:sz w:val="16"/>
                <w:szCs w:val="16"/>
                <w:lang w:val="ca-ES"/>
              </w:rPr>
              <w:t>(ha)</w:t>
            </w:r>
          </w:p>
        </w:tc>
        <w:tc>
          <w:tcPr>
            <w:tcW w:w="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b/>
                <w:sz w:val="16"/>
                <w:szCs w:val="16"/>
                <w:lang w:val="ca-ES"/>
              </w:rPr>
            </w:pPr>
            <w:r w:rsidRPr="005408CE">
              <w:rPr>
                <w:b/>
                <w:sz w:val="16"/>
                <w:szCs w:val="16"/>
                <w:lang w:val="ca-ES"/>
              </w:rPr>
              <w:t>Problema fitosanitari</w:t>
            </w:r>
          </w:p>
        </w:tc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8B52F5">
            <w:pPr>
              <w:widowControl w:val="0"/>
              <w:jc w:val="center"/>
              <w:rPr>
                <w:lang w:val="ca-ES"/>
              </w:rPr>
            </w:pPr>
            <w:r w:rsidRPr="005408CE">
              <w:rPr>
                <w:b/>
                <w:sz w:val="16"/>
                <w:szCs w:val="16"/>
                <w:lang w:val="ca-ES"/>
              </w:rPr>
              <w:t xml:space="preserve">Aplicador </w:t>
            </w:r>
          </w:p>
        </w:tc>
        <w:tc>
          <w:tcPr>
            <w:tcW w:w="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8B52F5">
            <w:pPr>
              <w:widowControl w:val="0"/>
              <w:ind w:left="-38" w:right="-61"/>
              <w:jc w:val="center"/>
              <w:rPr>
                <w:lang w:val="ca-ES"/>
              </w:rPr>
            </w:pPr>
            <w:r w:rsidRPr="005408CE">
              <w:rPr>
                <w:b/>
                <w:sz w:val="16"/>
                <w:szCs w:val="16"/>
                <w:lang w:val="ca-ES"/>
              </w:rPr>
              <w:t xml:space="preserve">Equip </w:t>
            </w:r>
          </w:p>
        </w:tc>
        <w:tc>
          <w:tcPr>
            <w:tcW w:w="34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jc w:val="center"/>
              <w:rPr>
                <w:b/>
                <w:color w:val="000000"/>
                <w:sz w:val="16"/>
                <w:szCs w:val="16"/>
                <w:lang w:val="ca-ES"/>
              </w:rPr>
            </w:pPr>
            <w:r w:rsidRPr="005408CE">
              <w:rPr>
                <w:b/>
                <w:color w:val="000000"/>
                <w:sz w:val="16"/>
                <w:szCs w:val="16"/>
                <w:lang w:val="ca-ES"/>
              </w:rPr>
              <w:t>Producte fitosanitari</w:t>
            </w:r>
          </w:p>
        </w:tc>
        <w:tc>
          <w:tcPr>
            <w:tcW w:w="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8B52F5">
            <w:pPr>
              <w:widowControl w:val="0"/>
              <w:jc w:val="center"/>
              <w:rPr>
                <w:lang w:val="ca-ES"/>
              </w:rPr>
            </w:pPr>
            <w:r w:rsidRPr="005408CE">
              <w:rPr>
                <w:b/>
                <w:sz w:val="16"/>
                <w:szCs w:val="16"/>
                <w:lang w:val="ca-ES"/>
              </w:rPr>
              <w:t xml:space="preserve">Eficàcia </w:t>
            </w:r>
          </w:p>
        </w:tc>
        <w:tc>
          <w:tcPr>
            <w:tcW w:w="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b/>
                <w:sz w:val="16"/>
                <w:szCs w:val="16"/>
                <w:lang w:val="ca-ES"/>
              </w:rPr>
            </w:pPr>
            <w:r w:rsidRPr="005408CE">
              <w:rPr>
                <w:b/>
                <w:sz w:val="16"/>
                <w:szCs w:val="16"/>
                <w:lang w:val="ca-ES"/>
              </w:rPr>
              <w:t>Observacions</w:t>
            </w:r>
          </w:p>
        </w:tc>
      </w:tr>
      <w:tr w:rsidR="008B52F5" w:rsidRPr="005408CE" w:rsidTr="008B52F5">
        <w:trPr>
          <w:trHeight w:hRule="exact" w:val="1119"/>
          <w:jc w:val="center"/>
        </w:trPr>
        <w:tc>
          <w:tcPr>
            <w:tcW w:w="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rPr>
                <w:lang w:val="ca-ES"/>
              </w:rPr>
            </w:pP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sz w:val="16"/>
                <w:szCs w:val="16"/>
                <w:lang w:val="ca-ES"/>
              </w:rPr>
            </w:pPr>
            <w:r w:rsidRPr="005408CE">
              <w:rPr>
                <w:rFonts w:ascii="Calibri" w:hAnsi="Calibri"/>
                <w:sz w:val="16"/>
                <w:szCs w:val="16"/>
                <w:lang w:val="ca-ES"/>
              </w:rPr>
              <w:t>Espècie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sz w:val="16"/>
                <w:szCs w:val="16"/>
                <w:lang w:val="ca-ES"/>
              </w:rPr>
            </w:pPr>
            <w:r w:rsidRPr="005408CE">
              <w:rPr>
                <w:rFonts w:ascii="Calibri" w:hAnsi="Calibri"/>
                <w:sz w:val="16"/>
                <w:szCs w:val="16"/>
                <w:lang w:val="ca-ES"/>
              </w:rPr>
              <w:t>Varietat</w:t>
            </w:r>
          </w:p>
        </w:tc>
        <w:tc>
          <w:tcPr>
            <w:tcW w:w="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rPr>
                <w:lang w:val="ca-ES"/>
              </w:rPr>
            </w:pPr>
          </w:p>
        </w:tc>
        <w:tc>
          <w:tcPr>
            <w:tcW w:w="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rPr>
                <w:lang w:val="ca-ES"/>
              </w:rPr>
            </w:pPr>
          </w:p>
        </w:tc>
        <w:tc>
          <w:tcPr>
            <w:tcW w:w="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rPr>
                <w:lang w:val="ca-ES"/>
              </w:rPr>
            </w:pPr>
          </w:p>
        </w:tc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rPr>
                <w:lang w:val="ca-ES"/>
              </w:rPr>
            </w:pPr>
          </w:p>
        </w:tc>
        <w:tc>
          <w:tcPr>
            <w:tcW w:w="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rPr>
                <w:lang w:val="ca-ES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color w:val="000000"/>
                <w:sz w:val="16"/>
                <w:szCs w:val="16"/>
                <w:lang w:val="ca-ES"/>
              </w:rPr>
            </w:pPr>
            <w:r w:rsidRPr="005408CE">
              <w:rPr>
                <w:color w:val="000000"/>
                <w:sz w:val="16"/>
                <w:szCs w:val="16"/>
                <w:lang w:val="ca-ES"/>
              </w:rPr>
              <w:t>Nom Comercial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color w:val="000000"/>
                <w:sz w:val="16"/>
                <w:szCs w:val="16"/>
                <w:lang w:val="ca-ES"/>
              </w:rPr>
            </w:pPr>
            <w:r w:rsidRPr="005408CE">
              <w:rPr>
                <w:color w:val="000000"/>
                <w:sz w:val="16"/>
                <w:szCs w:val="16"/>
                <w:lang w:val="ca-ES"/>
              </w:rPr>
              <w:t>Núm. Registre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8B52F5">
            <w:pPr>
              <w:widowControl w:val="0"/>
              <w:jc w:val="center"/>
              <w:rPr>
                <w:color w:val="000000"/>
                <w:sz w:val="16"/>
                <w:szCs w:val="16"/>
                <w:lang w:val="ca-ES"/>
              </w:rPr>
            </w:pPr>
            <w:r w:rsidRPr="005408CE">
              <w:rPr>
                <w:color w:val="000000"/>
                <w:sz w:val="16"/>
                <w:szCs w:val="16"/>
                <w:lang w:val="ca-ES"/>
              </w:rPr>
              <w:t xml:space="preserve">Matèria activa o </w:t>
            </w:r>
            <w:proofErr w:type="spellStart"/>
            <w:r w:rsidRPr="005408CE">
              <w:rPr>
                <w:color w:val="000000"/>
                <w:sz w:val="16"/>
                <w:szCs w:val="16"/>
                <w:lang w:val="ca-ES"/>
              </w:rPr>
              <w:t>formul</w:t>
            </w:r>
            <w:proofErr w:type="spellEnd"/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color w:val="000000"/>
                <w:sz w:val="16"/>
                <w:szCs w:val="16"/>
                <w:lang w:val="ca-ES"/>
              </w:rPr>
            </w:pPr>
            <w:r w:rsidRPr="005408CE">
              <w:rPr>
                <w:color w:val="000000"/>
                <w:sz w:val="16"/>
                <w:szCs w:val="16"/>
                <w:lang w:val="ca-ES"/>
              </w:rPr>
              <w:t>Dosis (kg/ha o l/ha)</w:t>
            </w:r>
          </w:p>
        </w:tc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rPr>
                <w:lang w:val="ca-ES"/>
              </w:rPr>
            </w:pPr>
          </w:p>
        </w:tc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rPr>
                <w:lang w:val="ca-ES"/>
              </w:rPr>
            </w:pPr>
          </w:p>
        </w:tc>
      </w:tr>
      <w:tr w:rsidR="008B52F5" w:rsidRPr="005408CE" w:rsidTr="008B52F5">
        <w:trPr>
          <w:trHeight w:hRule="exact" w:val="1202"/>
          <w:jc w:val="center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</w:tr>
      <w:tr w:rsidR="008B52F5" w:rsidRPr="005408CE" w:rsidTr="008B52F5">
        <w:trPr>
          <w:trHeight w:hRule="exact" w:val="1016"/>
          <w:jc w:val="center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cs="Noto Sans"/>
                <w:color w:val="000000"/>
                <w:vertAlign w:val="superscript"/>
                <w:lang w:val="ca-ES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</w:tr>
      <w:tr w:rsidR="008B52F5" w:rsidRPr="005408CE" w:rsidTr="008B52F5">
        <w:trPr>
          <w:trHeight w:hRule="exact" w:val="1073"/>
          <w:jc w:val="center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</w:tr>
      <w:tr w:rsidR="008B52F5" w:rsidRPr="005408CE" w:rsidTr="008B52F5">
        <w:trPr>
          <w:trHeight w:hRule="exact" w:val="1200"/>
          <w:jc w:val="center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rFonts w:ascii="Calibri" w:hAnsi="Calibri"/>
                <w:color w:val="000000"/>
                <w:sz w:val="16"/>
                <w:szCs w:val="16"/>
                <w:lang w:val="ca-ES"/>
              </w:rPr>
            </w:pPr>
          </w:p>
        </w:tc>
      </w:tr>
    </w:tbl>
    <w:p w:rsidR="008B52F5" w:rsidRPr="005408CE" w:rsidRDefault="008B52F5">
      <w:pPr>
        <w:rPr>
          <w:b/>
          <w:sz w:val="28"/>
          <w:lang w:val="ca-ES"/>
        </w:rPr>
      </w:pPr>
    </w:p>
    <w:tbl>
      <w:tblPr>
        <w:tblW w:w="5000" w:type="pct"/>
        <w:tblLook w:val="0000"/>
      </w:tblPr>
      <w:tblGrid>
        <w:gridCol w:w="983"/>
        <w:gridCol w:w="1066"/>
        <w:gridCol w:w="1467"/>
        <w:gridCol w:w="1693"/>
        <w:gridCol w:w="2457"/>
        <w:gridCol w:w="988"/>
        <w:gridCol w:w="1534"/>
      </w:tblGrid>
      <w:tr w:rsidR="008B52F5" w:rsidRPr="005408CE" w:rsidTr="008B52F5">
        <w:trPr>
          <w:trHeight w:hRule="exact" w:val="454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REGISTRE DE TRACTAMENTS POSTCOLLITA (en producte vegetal)</w:t>
            </w:r>
          </w:p>
        </w:tc>
      </w:tr>
      <w:tr w:rsidR="008B52F5" w:rsidRPr="005408CE" w:rsidTr="008B52F5">
        <w:trPr>
          <w:trHeight w:hRule="exact" w:val="397"/>
        </w:trPr>
        <w:tc>
          <w:tcPr>
            <w:tcW w:w="482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Data</w:t>
            </w:r>
          </w:p>
        </w:tc>
        <w:tc>
          <w:tcPr>
            <w:tcW w:w="523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Producte vegetal tractat</w:t>
            </w:r>
          </w:p>
        </w:tc>
        <w:tc>
          <w:tcPr>
            <w:tcW w:w="720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Problemàtica</w:t>
            </w:r>
          </w:p>
          <w:p w:rsidR="008B52F5" w:rsidRPr="005408CE" w:rsidRDefault="008B52F5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fitosanitària</w:t>
            </w:r>
          </w:p>
        </w:tc>
        <w:tc>
          <w:tcPr>
            <w:tcW w:w="831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 xml:space="preserve">Quantitat de </w:t>
            </w:r>
            <w:proofErr w:type="spellStart"/>
            <w:r w:rsidRPr="005408CE">
              <w:rPr>
                <w:b/>
                <w:sz w:val="18"/>
                <w:szCs w:val="18"/>
                <w:lang w:val="ca-ES"/>
              </w:rPr>
              <w:t>prod</w:t>
            </w:r>
            <w:proofErr w:type="spellEnd"/>
            <w:r w:rsidRPr="005408CE">
              <w:rPr>
                <w:b/>
                <w:sz w:val="18"/>
                <w:szCs w:val="18"/>
                <w:lang w:val="ca-ES"/>
              </w:rPr>
              <w:t>. veg. tractat (Tm)</w:t>
            </w:r>
          </w:p>
        </w:tc>
        <w:tc>
          <w:tcPr>
            <w:tcW w:w="2444" w:type="pct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Producte fitosanitari</w:t>
            </w:r>
          </w:p>
        </w:tc>
      </w:tr>
      <w:tr w:rsidR="008B52F5" w:rsidRPr="005408CE" w:rsidTr="008B52F5">
        <w:trPr>
          <w:trHeight w:hRule="exact" w:val="666"/>
        </w:trPr>
        <w:tc>
          <w:tcPr>
            <w:tcW w:w="4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rPr>
                <w:sz w:val="18"/>
                <w:szCs w:val="18"/>
                <w:lang w:val="ca-ES"/>
              </w:rPr>
            </w:pPr>
          </w:p>
        </w:tc>
        <w:tc>
          <w:tcPr>
            <w:tcW w:w="5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rPr>
                <w:sz w:val="18"/>
                <w:szCs w:val="18"/>
                <w:lang w:val="ca-ES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rPr>
                <w:sz w:val="18"/>
                <w:szCs w:val="18"/>
                <w:lang w:val="ca-ES"/>
              </w:rPr>
            </w:pPr>
          </w:p>
        </w:tc>
        <w:tc>
          <w:tcPr>
            <w:tcW w:w="8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rPr>
                <w:sz w:val="18"/>
                <w:szCs w:val="18"/>
                <w:lang w:val="ca-ES"/>
              </w:rPr>
            </w:pP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Nom comercial</w:t>
            </w: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Núm. Registre</w:t>
            </w:r>
          </w:p>
        </w:tc>
        <w:tc>
          <w:tcPr>
            <w:tcW w:w="7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Quantitat utilitzada</w:t>
            </w:r>
          </w:p>
          <w:p w:rsidR="008B52F5" w:rsidRPr="005408CE" w:rsidRDefault="008B52F5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(kg o l)</w:t>
            </w:r>
          </w:p>
        </w:tc>
      </w:tr>
      <w:tr w:rsidR="008B52F5" w:rsidRPr="005408CE" w:rsidTr="008B52F5">
        <w:trPr>
          <w:trHeight w:hRule="exact" w:val="397"/>
        </w:trPr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8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7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</w:tr>
      <w:tr w:rsidR="008B52F5" w:rsidRPr="005408CE" w:rsidTr="008B52F5">
        <w:trPr>
          <w:trHeight w:hRule="exact" w:val="397"/>
        </w:trPr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8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7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</w:tr>
      <w:tr w:rsidR="008B52F5" w:rsidRPr="005408CE" w:rsidTr="008B52F5">
        <w:trPr>
          <w:trHeight w:hRule="exact" w:val="397"/>
        </w:trPr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8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7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</w:tr>
      <w:tr w:rsidR="008B52F5" w:rsidRPr="005408CE" w:rsidTr="008B52F5">
        <w:trPr>
          <w:trHeight w:hRule="exact" w:val="397"/>
        </w:trPr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8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1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7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</w:tr>
    </w:tbl>
    <w:p w:rsidR="008B52F5" w:rsidRPr="005408CE" w:rsidRDefault="008B52F5">
      <w:pPr>
        <w:rPr>
          <w:b/>
          <w:sz w:val="28"/>
          <w:lang w:val="ca-ES"/>
        </w:rPr>
      </w:pPr>
    </w:p>
    <w:p w:rsidR="00087319" w:rsidRPr="005408CE" w:rsidRDefault="00087319">
      <w:pPr>
        <w:rPr>
          <w:b/>
          <w:sz w:val="28"/>
          <w:lang w:val="ca-ES"/>
        </w:rPr>
      </w:pPr>
    </w:p>
    <w:tbl>
      <w:tblPr>
        <w:tblW w:w="5000" w:type="pct"/>
        <w:tblLook w:val="0000"/>
      </w:tblPr>
      <w:tblGrid>
        <w:gridCol w:w="834"/>
        <w:gridCol w:w="2788"/>
        <w:gridCol w:w="1591"/>
        <w:gridCol w:w="862"/>
        <w:gridCol w:w="1917"/>
        <w:gridCol w:w="988"/>
        <w:gridCol w:w="1208"/>
      </w:tblGrid>
      <w:tr w:rsidR="008B52F5" w:rsidRPr="005408CE" w:rsidTr="008B52F5">
        <w:trPr>
          <w:trHeight w:hRule="exact" w:val="454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vAlign w:val="center"/>
          </w:tcPr>
          <w:p w:rsidR="008B52F5" w:rsidRPr="005408CE" w:rsidRDefault="008B52F5" w:rsidP="008B52F5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lastRenderedPageBreak/>
              <w:t>REGISTRE DE TRACTAMENTS DELS LOCALS T’EMMAGATZAMENT</w:t>
            </w:r>
          </w:p>
        </w:tc>
      </w:tr>
      <w:tr w:rsidR="008B52F5" w:rsidRPr="005408CE" w:rsidTr="008B52F5">
        <w:trPr>
          <w:trHeight w:hRule="exact" w:val="397"/>
        </w:trPr>
        <w:tc>
          <w:tcPr>
            <w:tcW w:w="409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b/>
                <w:color w:val="000000"/>
                <w:sz w:val="18"/>
                <w:szCs w:val="18"/>
                <w:lang w:val="ca-ES"/>
              </w:rPr>
            </w:pPr>
            <w:r w:rsidRPr="005408CE">
              <w:rPr>
                <w:b/>
                <w:color w:val="000000"/>
                <w:sz w:val="18"/>
                <w:szCs w:val="18"/>
                <w:lang w:val="ca-ES"/>
              </w:rPr>
              <w:t>Data</w:t>
            </w:r>
          </w:p>
        </w:tc>
        <w:tc>
          <w:tcPr>
            <w:tcW w:w="1368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b/>
                <w:color w:val="000000"/>
                <w:sz w:val="18"/>
                <w:szCs w:val="18"/>
                <w:lang w:val="ca-ES"/>
              </w:rPr>
            </w:pPr>
            <w:r w:rsidRPr="005408CE">
              <w:rPr>
                <w:b/>
                <w:color w:val="000000"/>
                <w:sz w:val="18"/>
                <w:szCs w:val="18"/>
                <w:lang w:val="ca-ES"/>
              </w:rPr>
              <w:t>Local tractat (tipus i direcció)</w:t>
            </w:r>
          </w:p>
        </w:tc>
        <w:tc>
          <w:tcPr>
            <w:tcW w:w="781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Problemàtica</w:t>
            </w:r>
          </w:p>
          <w:p w:rsidR="008B52F5" w:rsidRPr="005408CE" w:rsidRDefault="008B52F5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Fitosanitària</w:t>
            </w:r>
          </w:p>
        </w:tc>
        <w:tc>
          <w:tcPr>
            <w:tcW w:w="423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sz w:val="18"/>
                <w:szCs w:val="18"/>
                <w:lang w:val="ca-ES"/>
              </w:rPr>
            </w:pPr>
            <w:r w:rsidRPr="005408CE">
              <w:rPr>
                <w:b/>
                <w:color w:val="000000"/>
                <w:sz w:val="18"/>
                <w:szCs w:val="18"/>
                <w:lang w:val="ca-ES"/>
              </w:rPr>
              <w:t>Volum  tractat (m</w:t>
            </w:r>
            <w:r w:rsidRPr="005408CE">
              <w:rPr>
                <w:b/>
                <w:color w:val="000000"/>
                <w:sz w:val="18"/>
                <w:szCs w:val="18"/>
                <w:vertAlign w:val="superscript"/>
                <w:lang w:val="ca-ES"/>
              </w:rPr>
              <w:t>3</w:t>
            </w:r>
            <w:r w:rsidRPr="005408CE">
              <w:rPr>
                <w:b/>
                <w:color w:val="000000"/>
                <w:sz w:val="18"/>
                <w:szCs w:val="18"/>
                <w:lang w:val="ca-ES"/>
              </w:rPr>
              <w:t>)</w:t>
            </w:r>
          </w:p>
        </w:tc>
        <w:tc>
          <w:tcPr>
            <w:tcW w:w="2019" w:type="pct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b/>
                <w:color w:val="000000"/>
                <w:sz w:val="18"/>
                <w:szCs w:val="18"/>
                <w:lang w:val="ca-ES"/>
              </w:rPr>
            </w:pPr>
            <w:r w:rsidRPr="005408CE">
              <w:rPr>
                <w:b/>
                <w:color w:val="000000"/>
                <w:sz w:val="18"/>
                <w:szCs w:val="18"/>
                <w:lang w:val="ca-ES"/>
              </w:rPr>
              <w:t>Producte</w:t>
            </w:r>
          </w:p>
        </w:tc>
      </w:tr>
      <w:tr w:rsidR="008B52F5" w:rsidRPr="005408CE" w:rsidTr="00C745C5">
        <w:trPr>
          <w:trHeight w:hRule="exact" w:val="858"/>
        </w:trPr>
        <w:tc>
          <w:tcPr>
            <w:tcW w:w="4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rPr>
                <w:sz w:val="18"/>
                <w:szCs w:val="18"/>
                <w:lang w:val="ca-ES"/>
              </w:rPr>
            </w:pPr>
          </w:p>
        </w:tc>
        <w:tc>
          <w:tcPr>
            <w:tcW w:w="13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rPr>
                <w:sz w:val="18"/>
                <w:szCs w:val="18"/>
                <w:lang w:val="ca-ES"/>
              </w:rPr>
            </w:pPr>
          </w:p>
        </w:tc>
        <w:tc>
          <w:tcPr>
            <w:tcW w:w="7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rPr>
                <w:sz w:val="18"/>
                <w:szCs w:val="18"/>
                <w:lang w:val="ca-ES"/>
              </w:rPr>
            </w:pPr>
          </w:p>
        </w:tc>
        <w:tc>
          <w:tcPr>
            <w:tcW w:w="4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rPr>
                <w:sz w:val="18"/>
                <w:szCs w:val="18"/>
                <w:lang w:val="ca-ES"/>
              </w:rPr>
            </w:pPr>
          </w:p>
        </w:tc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b/>
                <w:color w:val="000000"/>
                <w:sz w:val="18"/>
                <w:szCs w:val="18"/>
                <w:lang w:val="ca-ES"/>
              </w:rPr>
            </w:pPr>
            <w:r w:rsidRPr="005408CE">
              <w:rPr>
                <w:b/>
                <w:color w:val="000000"/>
                <w:sz w:val="18"/>
                <w:szCs w:val="18"/>
                <w:lang w:val="ca-ES"/>
              </w:rPr>
              <w:t>Nom comercial</w:t>
            </w: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jc w:val="center"/>
              <w:rPr>
                <w:b/>
                <w:color w:val="000000"/>
                <w:sz w:val="18"/>
                <w:szCs w:val="18"/>
                <w:lang w:val="ca-ES"/>
              </w:rPr>
            </w:pPr>
            <w:r w:rsidRPr="005408CE">
              <w:rPr>
                <w:b/>
                <w:color w:val="000000"/>
                <w:sz w:val="18"/>
                <w:szCs w:val="18"/>
                <w:lang w:val="ca-ES"/>
              </w:rPr>
              <w:t>Núm. Registre</w:t>
            </w: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2F5" w:rsidRPr="005408CE" w:rsidRDefault="008B52F5" w:rsidP="00E3603E">
            <w:pPr>
              <w:widowControl w:val="0"/>
              <w:ind w:left="-80"/>
              <w:jc w:val="center"/>
              <w:rPr>
                <w:b/>
                <w:color w:val="000000"/>
                <w:sz w:val="18"/>
                <w:szCs w:val="18"/>
                <w:lang w:val="ca-ES"/>
              </w:rPr>
            </w:pPr>
            <w:r w:rsidRPr="005408CE">
              <w:rPr>
                <w:b/>
                <w:color w:val="000000"/>
                <w:sz w:val="18"/>
                <w:szCs w:val="18"/>
                <w:lang w:val="ca-ES"/>
              </w:rPr>
              <w:t>Quantitat utilitzada (kg o l)</w:t>
            </w:r>
          </w:p>
        </w:tc>
      </w:tr>
      <w:tr w:rsidR="008B52F5" w:rsidRPr="005408CE" w:rsidTr="008B52F5">
        <w:trPr>
          <w:trHeight w:hRule="exact" w:val="397"/>
        </w:trPr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color w:val="000000"/>
                <w:lang w:val="ca-ES"/>
              </w:rPr>
            </w:pPr>
          </w:p>
        </w:tc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color w:val="000000"/>
                <w:lang w:val="ca-ES"/>
              </w:rPr>
            </w:pP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color w:val="000000"/>
                <w:lang w:val="ca-ES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color w:val="000000"/>
                <w:lang w:val="ca-ES"/>
              </w:rPr>
            </w:pPr>
          </w:p>
        </w:tc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color w:val="000000"/>
                <w:lang w:val="ca-ES"/>
              </w:rPr>
            </w:pP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color w:val="000000"/>
                <w:lang w:val="ca-ES"/>
              </w:rPr>
            </w:pP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color w:val="000000"/>
                <w:lang w:val="ca-ES"/>
              </w:rPr>
            </w:pPr>
          </w:p>
        </w:tc>
      </w:tr>
      <w:tr w:rsidR="008B52F5" w:rsidRPr="005408CE" w:rsidTr="008B52F5">
        <w:trPr>
          <w:trHeight w:hRule="exact" w:val="397"/>
        </w:trPr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color w:val="000000"/>
                <w:lang w:val="ca-ES"/>
              </w:rPr>
            </w:pPr>
          </w:p>
        </w:tc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color w:val="000000"/>
                <w:lang w:val="ca-ES"/>
              </w:rPr>
            </w:pP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color w:val="000000"/>
                <w:lang w:val="ca-ES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color w:val="000000"/>
                <w:lang w:val="ca-ES"/>
              </w:rPr>
            </w:pPr>
          </w:p>
        </w:tc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color w:val="000000"/>
                <w:lang w:val="ca-ES"/>
              </w:rPr>
            </w:pP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color w:val="000000"/>
                <w:lang w:val="ca-ES"/>
              </w:rPr>
            </w:pP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color w:val="000000"/>
                <w:lang w:val="ca-ES"/>
              </w:rPr>
            </w:pPr>
          </w:p>
        </w:tc>
      </w:tr>
      <w:tr w:rsidR="008B52F5" w:rsidRPr="005408CE" w:rsidTr="008B52F5">
        <w:trPr>
          <w:trHeight w:hRule="exact" w:val="397"/>
        </w:trPr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color w:val="000000"/>
                <w:lang w:val="ca-ES"/>
              </w:rPr>
            </w:pPr>
          </w:p>
        </w:tc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color w:val="000000"/>
                <w:lang w:val="ca-ES"/>
              </w:rPr>
            </w:pP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color w:val="000000"/>
                <w:lang w:val="ca-ES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color w:val="000000"/>
                <w:lang w:val="ca-ES"/>
              </w:rPr>
            </w:pPr>
          </w:p>
        </w:tc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color w:val="000000"/>
                <w:lang w:val="ca-ES"/>
              </w:rPr>
            </w:pP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color w:val="000000"/>
                <w:lang w:val="ca-ES"/>
              </w:rPr>
            </w:pP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color w:val="000000"/>
                <w:lang w:val="ca-ES"/>
              </w:rPr>
            </w:pPr>
          </w:p>
        </w:tc>
      </w:tr>
      <w:tr w:rsidR="008B52F5" w:rsidRPr="005408CE" w:rsidTr="008B52F5">
        <w:trPr>
          <w:trHeight w:hRule="exact" w:val="397"/>
        </w:trPr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color w:val="000000"/>
                <w:lang w:val="ca-ES"/>
              </w:rPr>
            </w:pPr>
          </w:p>
        </w:tc>
        <w:tc>
          <w:tcPr>
            <w:tcW w:w="1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color w:val="000000"/>
                <w:lang w:val="ca-ES"/>
              </w:rPr>
            </w:pP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color w:val="000000"/>
                <w:lang w:val="ca-ES"/>
              </w:rPr>
            </w:pPr>
          </w:p>
        </w:tc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color w:val="000000"/>
                <w:lang w:val="ca-ES"/>
              </w:rPr>
            </w:pPr>
          </w:p>
        </w:tc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color w:val="000000"/>
                <w:lang w:val="ca-ES"/>
              </w:rPr>
            </w:pP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color w:val="000000"/>
                <w:lang w:val="ca-ES"/>
              </w:rPr>
            </w:pP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2F5" w:rsidRPr="005408CE" w:rsidRDefault="008B52F5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color w:val="000000"/>
                <w:lang w:val="ca-ES"/>
              </w:rPr>
            </w:pPr>
          </w:p>
        </w:tc>
      </w:tr>
    </w:tbl>
    <w:p w:rsidR="008B52F5" w:rsidRPr="005408CE" w:rsidRDefault="008B52F5">
      <w:pPr>
        <w:rPr>
          <w:b/>
          <w:sz w:val="28"/>
          <w:lang w:val="ca-ES"/>
        </w:rPr>
      </w:pPr>
    </w:p>
    <w:p w:rsidR="00FA0771" w:rsidRPr="005408CE" w:rsidRDefault="00FA0771" w:rsidP="00FA0771">
      <w:pPr>
        <w:rPr>
          <w:b/>
          <w:sz w:val="28"/>
          <w:lang w:val="ca-ES"/>
        </w:rPr>
      </w:pPr>
      <w:r w:rsidRPr="005408CE">
        <w:rPr>
          <w:b/>
          <w:sz w:val="28"/>
          <w:lang w:val="ca-ES"/>
        </w:rPr>
        <w:t>6. REGISTRE D’ACTUACIONS D</w:t>
      </w:r>
      <w:r w:rsidR="00C745C5">
        <w:rPr>
          <w:b/>
          <w:sz w:val="28"/>
          <w:lang w:val="ca-ES"/>
        </w:rPr>
        <w:t>E FERTILITZACIÓ DE L’EXPLOTACIÓ</w:t>
      </w:r>
    </w:p>
    <w:tbl>
      <w:tblPr>
        <w:tblW w:w="5000" w:type="pct"/>
        <w:tblLook w:val="0000"/>
      </w:tblPr>
      <w:tblGrid>
        <w:gridCol w:w="661"/>
        <w:gridCol w:w="913"/>
        <w:gridCol w:w="1271"/>
        <w:gridCol w:w="1104"/>
        <w:gridCol w:w="1188"/>
        <w:gridCol w:w="1282"/>
        <w:gridCol w:w="1652"/>
        <w:gridCol w:w="988"/>
        <w:gridCol w:w="1129"/>
      </w:tblGrid>
      <w:tr w:rsidR="00087319" w:rsidRPr="005408CE" w:rsidTr="00087319">
        <w:trPr>
          <w:trHeight w:hRule="exact" w:val="454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</w:tcPr>
          <w:p w:rsidR="00087319" w:rsidRPr="005408CE" w:rsidRDefault="00087319" w:rsidP="00FA0771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REGISTRE DE TRACTAMENTS DE FERTILITZACI</w:t>
            </w:r>
            <w:r w:rsidR="00C745C5">
              <w:rPr>
                <w:b/>
                <w:sz w:val="18"/>
                <w:szCs w:val="18"/>
                <w:lang w:val="ca-ES"/>
              </w:rPr>
              <w:t>Ó</w:t>
            </w:r>
          </w:p>
        </w:tc>
      </w:tr>
      <w:tr w:rsidR="00FA0771" w:rsidRPr="005408CE" w:rsidTr="00087319">
        <w:trPr>
          <w:trHeight w:hRule="exact" w:val="397"/>
        </w:trPr>
        <w:tc>
          <w:tcPr>
            <w:tcW w:w="324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771" w:rsidRPr="005408CE" w:rsidRDefault="00FA0771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Data</w:t>
            </w:r>
          </w:p>
        </w:tc>
        <w:tc>
          <w:tcPr>
            <w:tcW w:w="448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771" w:rsidRPr="005408CE" w:rsidRDefault="00FA0771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Recinte</w:t>
            </w:r>
          </w:p>
        </w:tc>
        <w:tc>
          <w:tcPr>
            <w:tcW w:w="624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771" w:rsidRPr="005408CE" w:rsidRDefault="00FA0771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Tipus de tractament</w:t>
            </w:r>
          </w:p>
        </w:tc>
        <w:tc>
          <w:tcPr>
            <w:tcW w:w="542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Tipus de material emplenat</w:t>
            </w:r>
          </w:p>
        </w:tc>
        <w:tc>
          <w:tcPr>
            <w:tcW w:w="583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Forma d’aplicació</w:t>
            </w:r>
          </w:p>
        </w:tc>
        <w:tc>
          <w:tcPr>
            <w:tcW w:w="629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771" w:rsidRPr="005408CE" w:rsidRDefault="00FA0771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C745C5">
              <w:rPr>
                <w:b/>
                <w:sz w:val="18"/>
                <w:szCs w:val="18"/>
                <w:lang w:val="ca-ES"/>
              </w:rPr>
              <w:t>Nú</w:t>
            </w:r>
            <w:r w:rsidR="005408CE" w:rsidRPr="00C745C5">
              <w:rPr>
                <w:b/>
                <w:sz w:val="18"/>
                <w:szCs w:val="18"/>
                <w:lang w:val="ca-ES"/>
              </w:rPr>
              <w:t>m</w:t>
            </w:r>
            <w:r w:rsidRPr="00C745C5">
              <w:rPr>
                <w:b/>
                <w:sz w:val="18"/>
                <w:szCs w:val="18"/>
                <w:lang w:val="ca-ES"/>
              </w:rPr>
              <w:t>.</w:t>
            </w:r>
            <w:r w:rsidRPr="005408CE">
              <w:rPr>
                <w:b/>
                <w:color w:val="EE0000"/>
                <w:sz w:val="18"/>
                <w:szCs w:val="18"/>
                <w:lang w:val="ca-ES"/>
              </w:rPr>
              <w:t xml:space="preserve"> </w:t>
            </w:r>
            <w:r w:rsidRPr="005408CE">
              <w:rPr>
                <w:b/>
                <w:sz w:val="18"/>
                <w:szCs w:val="18"/>
                <w:lang w:val="ca-ES"/>
              </w:rPr>
              <w:t xml:space="preserve">Reg. Maquinaria </w:t>
            </w:r>
          </w:p>
        </w:tc>
        <w:tc>
          <w:tcPr>
            <w:tcW w:w="1850" w:type="pct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771" w:rsidRPr="005408CE" w:rsidRDefault="00FA0771" w:rsidP="00FA0771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Producte fertilitzant</w:t>
            </w:r>
          </w:p>
        </w:tc>
      </w:tr>
      <w:tr w:rsidR="00FA0771" w:rsidRPr="005408CE" w:rsidTr="00087319">
        <w:trPr>
          <w:trHeight w:hRule="exact" w:val="666"/>
        </w:trPr>
        <w:tc>
          <w:tcPr>
            <w:tcW w:w="3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771" w:rsidRPr="005408CE" w:rsidRDefault="00FA0771" w:rsidP="00E3603E">
            <w:pPr>
              <w:widowControl w:val="0"/>
              <w:rPr>
                <w:sz w:val="18"/>
                <w:szCs w:val="18"/>
                <w:lang w:val="ca-ES"/>
              </w:rPr>
            </w:pPr>
          </w:p>
        </w:tc>
        <w:tc>
          <w:tcPr>
            <w:tcW w:w="44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771" w:rsidRPr="005408CE" w:rsidRDefault="00FA0771" w:rsidP="00E3603E">
            <w:pPr>
              <w:widowControl w:val="0"/>
              <w:rPr>
                <w:sz w:val="18"/>
                <w:szCs w:val="18"/>
                <w:lang w:val="ca-ES"/>
              </w:rPr>
            </w:pPr>
          </w:p>
        </w:tc>
        <w:tc>
          <w:tcPr>
            <w:tcW w:w="6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771" w:rsidRPr="005408CE" w:rsidRDefault="00FA0771" w:rsidP="00E3603E">
            <w:pPr>
              <w:widowControl w:val="0"/>
              <w:rPr>
                <w:sz w:val="18"/>
                <w:szCs w:val="18"/>
                <w:lang w:val="ca-ES"/>
              </w:rPr>
            </w:pPr>
          </w:p>
        </w:tc>
        <w:tc>
          <w:tcPr>
            <w:tcW w:w="54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rPr>
                <w:sz w:val="18"/>
                <w:szCs w:val="18"/>
                <w:lang w:val="ca-ES"/>
              </w:rPr>
            </w:pPr>
          </w:p>
        </w:tc>
        <w:tc>
          <w:tcPr>
            <w:tcW w:w="58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rPr>
                <w:sz w:val="18"/>
                <w:szCs w:val="18"/>
                <w:lang w:val="ca-ES"/>
              </w:rPr>
            </w:pPr>
          </w:p>
        </w:tc>
        <w:tc>
          <w:tcPr>
            <w:tcW w:w="6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771" w:rsidRPr="005408CE" w:rsidRDefault="00FA0771" w:rsidP="00E3603E">
            <w:pPr>
              <w:widowControl w:val="0"/>
              <w:rPr>
                <w:sz w:val="18"/>
                <w:szCs w:val="18"/>
                <w:lang w:val="ca-ES"/>
              </w:rPr>
            </w:pP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771" w:rsidRPr="005408CE" w:rsidRDefault="00FA0771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Nom comercial</w:t>
            </w: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771" w:rsidRPr="005408CE" w:rsidRDefault="00FA0771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Núm. Registre</w:t>
            </w:r>
          </w:p>
        </w:tc>
        <w:tc>
          <w:tcPr>
            <w:tcW w:w="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771" w:rsidRPr="005408CE" w:rsidRDefault="00FA0771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Quantitat utilitzada</w:t>
            </w:r>
          </w:p>
          <w:p w:rsidR="00FA0771" w:rsidRPr="005408CE" w:rsidRDefault="00FA0771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(kg o l)</w:t>
            </w:r>
          </w:p>
        </w:tc>
      </w:tr>
      <w:tr w:rsidR="00FA0771" w:rsidRPr="005408CE" w:rsidTr="00087319">
        <w:trPr>
          <w:trHeight w:hRule="exact" w:val="397"/>
        </w:trPr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</w:tr>
      <w:tr w:rsidR="00FA0771" w:rsidRPr="005408CE" w:rsidTr="00087319">
        <w:trPr>
          <w:trHeight w:hRule="exact" w:val="397"/>
        </w:trPr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</w:tr>
      <w:tr w:rsidR="00FA0771" w:rsidRPr="005408CE" w:rsidTr="00087319">
        <w:trPr>
          <w:trHeight w:hRule="exact" w:val="397"/>
        </w:trPr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</w:tr>
      <w:tr w:rsidR="00FA0771" w:rsidRPr="005408CE" w:rsidTr="00087319">
        <w:trPr>
          <w:trHeight w:hRule="exact" w:val="397"/>
        </w:trPr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771" w:rsidRPr="005408CE" w:rsidRDefault="00FA0771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</w:tr>
    </w:tbl>
    <w:p w:rsidR="008B52F5" w:rsidRPr="003A524A" w:rsidRDefault="008B52F5" w:rsidP="003A524A">
      <w:pPr>
        <w:spacing w:after="0"/>
        <w:rPr>
          <w:b/>
          <w:lang w:val="ca-ES"/>
        </w:rPr>
      </w:pPr>
    </w:p>
    <w:p w:rsidR="00087319" w:rsidRDefault="00087319">
      <w:pPr>
        <w:rPr>
          <w:sz w:val="18"/>
          <w:szCs w:val="18"/>
          <w:lang w:val="ca-ES"/>
        </w:rPr>
      </w:pPr>
      <w:r w:rsidRPr="005408CE">
        <w:rPr>
          <w:sz w:val="18"/>
          <w:szCs w:val="18"/>
          <w:lang w:val="ca-ES"/>
        </w:rPr>
        <w:t xml:space="preserve">Nota: guardar les etiquetes dels productes per poder saber el seu valor </w:t>
      </w:r>
      <w:r w:rsidR="005408CE" w:rsidRPr="00C745C5">
        <w:rPr>
          <w:sz w:val="18"/>
          <w:szCs w:val="18"/>
          <w:lang w:val="ca-ES"/>
        </w:rPr>
        <w:t>agronòmic</w:t>
      </w:r>
      <w:r w:rsidRPr="00C745C5">
        <w:rPr>
          <w:sz w:val="18"/>
          <w:szCs w:val="18"/>
          <w:lang w:val="ca-ES"/>
        </w:rPr>
        <w:t>.</w:t>
      </w:r>
      <w:r w:rsidRPr="005408CE">
        <w:rPr>
          <w:sz w:val="18"/>
          <w:szCs w:val="18"/>
          <w:lang w:val="ca-ES"/>
        </w:rPr>
        <w:t xml:space="preserve"> </w:t>
      </w:r>
    </w:p>
    <w:p w:rsidR="003A524A" w:rsidRPr="003A524A" w:rsidRDefault="003A524A">
      <w:pPr>
        <w:rPr>
          <w:sz w:val="18"/>
          <w:szCs w:val="18"/>
          <w:lang w:val="ca-ES"/>
        </w:rPr>
      </w:pPr>
    </w:p>
    <w:tbl>
      <w:tblPr>
        <w:tblW w:w="5000" w:type="pct"/>
        <w:tblLook w:val="0000"/>
      </w:tblPr>
      <w:tblGrid>
        <w:gridCol w:w="660"/>
        <w:gridCol w:w="913"/>
        <w:gridCol w:w="1149"/>
        <w:gridCol w:w="1149"/>
        <w:gridCol w:w="1188"/>
        <w:gridCol w:w="1410"/>
        <w:gridCol w:w="1606"/>
        <w:gridCol w:w="988"/>
        <w:gridCol w:w="1125"/>
      </w:tblGrid>
      <w:tr w:rsidR="00087319" w:rsidRPr="005408CE" w:rsidTr="00E3603E">
        <w:trPr>
          <w:trHeight w:hRule="exact" w:val="454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</w:tcPr>
          <w:p w:rsidR="00087319" w:rsidRPr="005408CE" w:rsidRDefault="00087319" w:rsidP="00087319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REGISTRE DE FERTILITZACIO PER REG</w:t>
            </w:r>
          </w:p>
        </w:tc>
      </w:tr>
      <w:tr w:rsidR="00087319" w:rsidRPr="005408CE" w:rsidTr="00087319">
        <w:trPr>
          <w:trHeight w:hRule="exact" w:val="397"/>
        </w:trPr>
        <w:tc>
          <w:tcPr>
            <w:tcW w:w="324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319" w:rsidRPr="005408CE" w:rsidRDefault="00087319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Data</w:t>
            </w:r>
          </w:p>
        </w:tc>
        <w:tc>
          <w:tcPr>
            <w:tcW w:w="448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319" w:rsidRPr="005408CE" w:rsidRDefault="00087319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Recinte</w:t>
            </w:r>
          </w:p>
        </w:tc>
        <w:tc>
          <w:tcPr>
            <w:tcW w:w="564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319" w:rsidRPr="005408CE" w:rsidRDefault="00087319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Contingut N. nítric</w:t>
            </w:r>
          </w:p>
        </w:tc>
        <w:tc>
          <w:tcPr>
            <w:tcW w:w="564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087319" w:rsidRPr="005408CE" w:rsidRDefault="00087319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Contingut Fòsfor P</w:t>
            </w:r>
            <w:r w:rsidRPr="003A524A">
              <w:rPr>
                <w:b/>
                <w:sz w:val="18"/>
                <w:szCs w:val="18"/>
                <w:vertAlign w:val="subscript"/>
                <w:lang w:val="ca-ES"/>
              </w:rPr>
              <w:t>2</w:t>
            </w:r>
            <w:r w:rsidRPr="005408CE">
              <w:rPr>
                <w:b/>
                <w:sz w:val="18"/>
                <w:szCs w:val="18"/>
                <w:lang w:val="ca-ES"/>
              </w:rPr>
              <w:t>O</w:t>
            </w:r>
            <w:r w:rsidRPr="003A524A">
              <w:rPr>
                <w:b/>
                <w:sz w:val="18"/>
                <w:szCs w:val="18"/>
                <w:vertAlign w:val="subscript"/>
                <w:lang w:val="ca-ES"/>
              </w:rPr>
              <w:t>5</w:t>
            </w:r>
          </w:p>
        </w:tc>
        <w:tc>
          <w:tcPr>
            <w:tcW w:w="583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087319" w:rsidRPr="005408CE" w:rsidRDefault="00087319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Forma d’aplicació</w:t>
            </w:r>
          </w:p>
        </w:tc>
        <w:tc>
          <w:tcPr>
            <w:tcW w:w="692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319" w:rsidRPr="005408CE" w:rsidRDefault="00087319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 xml:space="preserve">Aigua aportada en cada reg </w:t>
            </w:r>
          </w:p>
        </w:tc>
        <w:tc>
          <w:tcPr>
            <w:tcW w:w="1826" w:type="pct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319" w:rsidRPr="005408CE" w:rsidRDefault="00087319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Producte fertilitzant</w:t>
            </w:r>
          </w:p>
        </w:tc>
      </w:tr>
      <w:tr w:rsidR="00087319" w:rsidRPr="005408CE" w:rsidTr="00087319">
        <w:trPr>
          <w:trHeight w:hRule="exact" w:val="666"/>
        </w:trPr>
        <w:tc>
          <w:tcPr>
            <w:tcW w:w="3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319" w:rsidRPr="005408CE" w:rsidRDefault="00087319" w:rsidP="00E3603E">
            <w:pPr>
              <w:widowControl w:val="0"/>
              <w:rPr>
                <w:sz w:val="18"/>
                <w:szCs w:val="18"/>
                <w:lang w:val="ca-ES"/>
              </w:rPr>
            </w:pPr>
          </w:p>
        </w:tc>
        <w:tc>
          <w:tcPr>
            <w:tcW w:w="44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319" w:rsidRPr="005408CE" w:rsidRDefault="00087319" w:rsidP="00E3603E">
            <w:pPr>
              <w:widowControl w:val="0"/>
              <w:rPr>
                <w:sz w:val="18"/>
                <w:szCs w:val="18"/>
                <w:lang w:val="ca-ES"/>
              </w:rPr>
            </w:pPr>
          </w:p>
        </w:tc>
        <w:tc>
          <w:tcPr>
            <w:tcW w:w="5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319" w:rsidRPr="005408CE" w:rsidRDefault="00087319" w:rsidP="00E3603E">
            <w:pPr>
              <w:widowControl w:val="0"/>
              <w:rPr>
                <w:sz w:val="18"/>
                <w:szCs w:val="18"/>
                <w:lang w:val="ca-ES"/>
              </w:rPr>
            </w:pPr>
          </w:p>
        </w:tc>
        <w:tc>
          <w:tcPr>
            <w:tcW w:w="56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19" w:rsidRPr="005408CE" w:rsidRDefault="00087319" w:rsidP="00E3603E">
            <w:pPr>
              <w:widowControl w:val="0"/>
              <w:rPr>
                <w:sz w:val="18"/>
                <w:szCs w:val="18"/>
                <w:lang w:val="ca-ES"/>
              </w:rPr>
            </w:pPr>
          </w:p>
        </w:tc>
        <w:tc>
          <w:tcPr>
            <w:tcW w:w="58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19" w:rsidRPr="005408CE" w:rsidRDefault="00087319" w:rsidP="00E3603E">
            <w:pPr>
              <w:widowControl w:val="0"/>
              <w:rPr>
                <w:sz w:val="18"/>
                <w:szCs w:val="18"/>
                <w:lang w:val="ca-ES"/>
              </w:rPr>
            </w:pPr>
          </w:p>
        </w:tc>
        <w:tc>
          <w:tcPr>
            <w:tcW w:w="6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319" w:rsidRPr="005408CE" w:rsidRDefault="00087319" w:rsidP="00E3603E">
            <w:pPr>
              <w:widowControl w:val="0"/>
              <w:rPr>
                <w:sz w:val="18"/>
                <w:szCs w:val="18"/>
                <w:lang w:val="ca-ES"/>
              </w:rPr>
            </w:pP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319" w:rsidRPr="005408CE" w:rsidRDefault="00087319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Nom comercial</w:t>
            </w: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319" w:rsidRPr="005408CE" w:rsidRDefault="00087319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Núm. Registre</w:t>
            </w:r>
          </w:p>
        </w:tc>
        <w:tc>
          <w:tcPr>
            <w:tcW w:w="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7319" w:rsidRPr="005408CE" w:rsidRDefault="00087319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Quantitat utilitzada</w:t>
            </w:r>
          </w:p>
          <w:p w:rsidR="00087319" w:rsidRPr="005408CE" w:rsidRDefault="00087319" w:rsidP="00E3603E">
            <w:pPr>
              <w:widowControl w:val="0"/>
              <w:jc w:val="center"/>
              <w:rPr>
                <w:b/>
                <w:sz w:val="18"/>
                <w:szCs w:val="18"/>
                <w:lang w:val="ca-ES"/>
              </w:rPr>
            </w:pPr>
            <w:r w:rsidRPr="005408CE">
              <w:rPr>
                <w:b/>
                <w:sz w:val="18"/>
                <w:szCs w:val="18"/>
                <w:lang w:val="ca-ES"/>
              </w:rPr>
              <w:t>(kg o l)</w:t>
            </w:r>
          </w:p>
        </w:tc>
      </w:tr>
      <w:tr w:rsidR="00087319" w:rsidRPr="005408CE" w:rsidTr="00087319">
        <w:trPr>
          <w:trHeight w:hRule="exact" w:val="397"/>
        </w:trPr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19" w:rsidRPr="005408CE" w:rsidRDefault="00087319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19" w:rsidRPr="005408CE" w:rsidRDefault="00087319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19" w:rsidRPr="005408CE" w:rsidRDefault="00087319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19" w:rsidRPr="005408CE" w:rsidRDefault="00087319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19" w:rsidRPr="005408CE" w:rsidRDefault="00087319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19" w:rsidRPr="005408CE" w:rsidRDefault="00087319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19" w:rsidRPr="005408CE" w:rsidRDefault="00087319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19" w:rsidRPr="005408CE" w:rsidRDefault="00087319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19" w:rsidRPr="005408CE" w:rsidRDefault="00087319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</w:tr>
      <w:tr w:rsidR="00087319" w:rsidRPr="005408CE" w:rsidTr="00087319">
        <w:trPr>
          <w:trHeight w:hRule="exact" w:val="397"/>
        </w:trPr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19" w:rsidRPr="005408CE" w:rsidRDefault="00087319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19" w:rsidRPr="005408CE" w:rsidRDefault="00087319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19" w:rsidRPr="005408CE" w:rsidRDefault="00087319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19" w:rsidRPr="005408CE" w:rsidRDefault="00087319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19" w:rsidRPr="005408CE" w:rsidRDefault="00087319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19" w:rsidRPr="005408CE" w:rsidRDefault="00087319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19" w:rsidRPr="005408CE" w:rsidRDefault="00087319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19" w:rsidRPr="005408CE" w:rsidRDefault="00087319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19" w:rsidRPr="005408CE" w:rsidRDefault="00087319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</w:tr>
      <w:tr w:rsidR="00087319" w:rsidRPr="005408CE" w:rsidTr="00087319">
        <w:trPr>
          <w:trHeight w:hRule="exact" w:val="397"/>
        </w:trPr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19" w:rsidRPr="005408CE" w:rsidRDefault="00087319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19" w:rsidRPr="005408CE" w:rsidRDefault="00087319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19" w:rsidRPr="005408CE" w:rsidRDefault="00087319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19" w:rsidRPr="005408CE" w:rsidRDefault="00087319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19" w:rsidRPr="005408CE" w:rsidRDefault="00087319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19" w:rsidRPr="005408CE" w:rsidRDefault="00087319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19" w:rsidRPr="005408CE" w:rsidRDefault="00087319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19" w:rsidRPr="005408CE" w:rsidRDefault="00087319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  <w:tc>
          <w:tcPr>
            <w:tcW w:w="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319" w:rsidRPr="005408CE" w:rsidRDefault="00087319" w:rsidP="00E3603E">
            <w:pPr>
              <w:widowControl w:val="0"/>
              <w:spacing w:line="360" w:lineRule="auto"/>
              <w:jc w:val="both"/>
              <w:rPr>
                <w:rFonts w:ascii="Calibri" w:hAnsi="Calibri"/>
                <w:b/>
                <w:lang w:val="ca-ES"/>
              </w:rPr>
            </w:pPr>
          </w:p>
        </w:tc>
      </w:tr>
    </w:tbl>
    <w:p w:rsidR="00450E9B" w:rsidRPr="005408CE" w:rsidRDefault="00087319">
      <w:pPr>
        <w:rPr>
          <w:lang w:val="ca-ES"/>
        </w:rPr>
      </w:pPr>
      <w:r w:rsidRPr="005408CE">
        <w:rPr>
          <w:b/>
          <w:sz w:val="28"/>
          <w:lang w:val="ca-ES"/>
        </w:rPr>
        <w:lastRenderedPageBreak/>
        <w:t>7</w:t>
      </w:r>
      <w:r w:rsidR="00C4265F" w:rsidRPr="005408CE">
        <w:rPr>
          <w:b/>
          <w:sz w:val="28"/>
          <w:lang w:val="ca-ES"/>
        </w:rPr>
        <w:t>. REGISTRE I SEGUIMENT</w:t>
      </w:r>
    </w:p>
    <w:p w:rsidR="005408CE" w:rsidRDefault="00C4265F" w:rsidP="005408CE">
      <w:pPr>
        <w:jc w:val="both"/>
        <w:rPr>
          <w:lang w:val="ca-ES"/>
        </w:rPr>
      </w:pPr>
      <w:r w:rsidRPr="005408CE">
        <w:rPr>
          <w:lang w:val="ca-ES"/>
        </w:rPr>
        <w:t xml:space="preserve">L’explotació mantindrà actualitzat el registre de </w:t>
      </w:r>
      <w:r w:rsidR="00087319" w:rsidRPr="005408CE">
        <w:rPr>
          <w:lang w:val="ca-ES"/>
        </w:rPr>
        <w:t xml:space="preserve">tractaments fitosanitaris </w:t>
      </w:r>
      <w:r w:rsidR="005408CE" w:rsidRPr="00EE3783">
        <w:rPr>
          <w:lang w:val="ca-ES"/>
        </w:rPr>
        <w:t>i</w:t>
      </w:r>
      <w:r w:rsidR="00087319" w:rsidRPr="005408CE">
        <w:rPr>
          <w:lang w:val="ca-ES"/>
        </w:rPr>
        <w:t xml:space="preserve"> </w:t>
      </w:r>
      <w:r w:rsidRPr="005408CE">
        <w:rPr>
          <w:lang w:val="ca-ES"/>
        </w:rPr>
        <w:t>fertilització conforme a la normativa vigent.</w:t>
      </w:r>
    </w:p>
    <w:p w:rsidR="00450E9B" w:rsidRPr="005408CE" w:rsidRDefault="00087319" w:rsidP="005408CE">
      <w:pPr>
        <w:jc w:val="both"/>
        <w:rPr>
          <w:lang w:val="ca-ES"/>
        </w:rPr>
      </w:pPr>
      <w:r w:rsidRPr="005408CE">
        <w:rPr>
          <w:lang w:val="ca-ES"/>
        </w:rPr>
        <w:t>Es guardarà tota la documentació necessària per a justificar els tracta</w:t>
      </w:r>
      <w:bookmarkStart w:id="0" w:name="_GoBack"/>
      <w:bookmarkEnd w:id="0"/>
      <w:r w:rsidRPr="005408CE">
        <w:rPr>
          <w:lang w:val="ca-ES"/>
        </w:rPr>
        <w:t xml:space="preserve">ments realitzats </w:t>
      </w:r>
      <w:r w:rsidR="005408CE" w:rsidRPr="003A524A">
        <w:rPr>
          <w:lang w:val="ca-ES"/>
        </w:rPr>
        <w:t>d</w:t>
      </w:r>
      <w:r w:rsidRPr="003A524A">
        <w:rPr>
          <w:lang w:val="ca-ES"/>
        </w:rPr>
        <w:t xml:space="preserve">urant </w:t>
      </w:r>
      <w:r w:rsidR="005408CE" w:rsidRPr="003A524A">
        <w:rPr>
          <w:lang w:val="ca-ES"/>
        </w:rPr>
        <w:t>mínim</w:t>
      </w:r>
      <w:r w:rsidRPr="005408CE">
        <w:rPr>
          <w:lang w:val="ca-ES"/>
        </w:rPr>
        <w:t xml:space="preserve"> 5 anys. </w:t>
      </w:r>
    </w:p>
    <w:p w:rsidR="00450E9B" w:rsidRPr="005408CE" w:rsidRDefault="00C4265F">
      <w:pPr>
        <w:rPr>
          <w:lang w:val="ca-ES"/>
        </w:rPr>
      </w:pPr>
      <w:r w:rsidRPr="005408CE">
        <w:rPr>
          <w:lang w:val="ca-ES"/>
        </w:rPr>
        <w:t>DOCUMENTACIÓ RECOMANABLE A ADJUNTAR</w:t>
      </w:r>
    </w:p>
    <w:p w:rsidR="00450E9B" w:rsidRPr="005408CE" w:rsidRDefault="00C4265F">
      <w:pPr>
        <w:rPr>
          <w:lang w:val="ca-ES"/>
        </w:rPr>
      </w:pPr>
      <w:r w:rsidRPr="005408CE">
        <w:rPr>
          <w:lang w:val="ca-ES"/>
        </w:rPr>
        <w:t>• Analítiques de sòl.</w:t>
      </w:r>
      <w:r w:rsidRPr="005408CE">
        <w:rPr>
          <w:lang w:val="ca-ES"/>
        </w:rPr>
        <w:br/>
        <w:t>• Analítiques d’aigua.</w:t>
      </w:r>
      <w:r w:rsidRPr="005408CE">
        <w:rPr>
          <w:lang w:val="ca-ES"/>
        </w:rPr>
        <w:br/>
        <w:t>• Plànols SIGPAC.</w:t>
      </w:r>
      <w:r w:rsidRPr="005408CE">
        <w:rPr>
          <w:lang w:val="ca-ES"/>
        </w:rPr>
        <w:br/>
        <w:t>• Recomanacions tècniques.</w:t>
      </w:r>
      <w:r w:rsidRPr="005408CE">
        <w:rPr>
          <w:lang w:val="ca-ES"/>
        </w:rPr>
        <w:br/>
        <w:t>• Factures o fitxes de</w:t>
      </w:r>
      <w:r w:rsidR="00087319" w:rsidRPr="005408CE">
        <w:rPr>
          <w:lang w:val="ca-ES"/>
        </w:rPr>
        <w:t xml:space="preserve"> productes fitosanitaris i</w:t>
      </w:r>
      <w:r w:rsidRPr="005408CE">
        <w:rPr>
          <w:lang w:val="ca-ES"/>
        </w:rPr>
        <w:t xml:space="preserve"> fertilitzants.</w:t>
      </w:r>
      <w:r w:rsidRPr="005408CE">
        <w:rPr>
          <w:lang w:val="ca-ES"/>
        </w:rPr>
        <w:br/>
      </w:r>
    </w:p>
    <w:sectPr w:rsidR="00450E9B" w:rsidRPr="005408CE" w:rsidSect="002A328E">
      <w:headerReference w:type="default" r:id="rId8"/>
      <w:pgSz w:w="12240" w:h="15840"/>
      <w:pgMar w:top="2629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5AB6" w:rsidRDefault="00705AB6" w:rsidP="002A328E">
      <w:pPr>
        <w:spacing w:after="0" w:line="240" w:lineRule="auto"/>
      </w:pPr>
      <w:r>
        <w:separator/>
      </w:r>
    </w:p>
  </w:endnote>
  <w:endnote w:type="continuationSeparator" w:id="0">
    <w:p w:rsidR="00705AB6" w:rsidRDefault="00705AB6" w:rsidP="002A3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5AB6" w:rsidRDefault="00705AB6" w:rsidP="002A328E">
      <w:pPr>
        <w:spacing w:after="0" w:line="240" w:lineRule="auto"/>
      </w:pPr>
      <w:r>
        <w:separator/>
      </w:r>
    </w:p>
  </w:footnote>
  <w:footnote w:type="continuationSeparator" w:id="0">
    <w:p w:rsidR="00705AB6" w:rsidRDefault="00705AB6" w:rsidP="002A3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28E" w:rsidRDefault="002A328E">
    <w:pPr>
      <w:pStyle w:val="Encabezado"/>
    </w:pPr>
    <w:r w:rsidRPr="001426F7"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-390525</wp:posOffset>
          </wp:positionH>
          <wp:positionV relativeFrom="paragraph">
            <wp:posOffset>-57150</wp:posOffset>
          </wp:positionV>
          <wp:extent cx="2628900" cy="809625"/>
          <wp:effectExtent l="0" t="0" r="0" b="0"/>
          <wp:wrapTight wrapText="bothSides">
            <wp:wrapPolygon edited="0">
              <wp:start x="0" y="0"/>
              <wp:lineTo x="0" y="21346"/>
              <wp:lineTo x="21443" y="21346"/>
              <wp:lineTo x="21443" y="0"/>
              <wp:lineTo x="0" y="0"/>
            </wp:wrapPolygon>
          </wp:wrapTight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l="4430" t="19823" r="10701" b="17621"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087319"/>
    <w:rsid w:val="0015074B"/>
    <w:rsid w:val="0029639D"/>
    <w:rsid w:val="002A328E"/>
    <w:rsid w:val="00326F90"/>
    <w:rsid w:val="003A524A"/>
    <w:rsid w:val="00450E9B"/>
    <w:rsid w:val="005408CE"/>
    <w:rsid w:val="00554A3F"/>
    <w:rsid w:val="00705AB6"/>
    <w:rsid w:val="007213F9"/>
    <w:rsid w:val="008B52F5"/>
    <w:rsid w:val="00A54C14"/>
    <w:rsid w:val="00AA1D8D"/>
    <w:rsid w:val="00B47730"/>
    <w:rsid w:val="00C4265F"/>
    <w:rsid w:val="00C745C5"/>
    <w:rsid w:val="00CB0664"/>
    <w:rsid w:val="00D53916"/>
    <w:rsid w:val="00DB1295"/>
    <w:rsid w:val="00E40884"/>
    <w:rsid w:val="00E53603"/>
    <w:rsid w:val="00EE3783"/>
    <w:rsid w:val="00FA0771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" w:hAnsi="Noto Sans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coradenotaalpeu">
    <w:name w:val="Àncora de nota al peu"/>
    <w:rsid w:val="008B52F5"/>
    <w:rPr>
      <w:vertAlign w:val="superscript"/>
    </w:rPr>
  </w:style>
  <w:style w:type="character" w:customStyle="1" w:styleId="Carctersdenotaalpeu">
    <w:name w:val="Caràcters de nota al peu"/>
    <w:qFormat/>
    <w:rsid w:val="008B52F5"/>
  </w:style>
  <w:style w:type="paragraph" w:styleId="Textonotapie">
    <w:name w:val="footnote text"/>
    <w:basedOn w:val="Normal"/>
    <w:link w:val="TextonotapieCar"/>
    <w:rsid w:val="008B52F5"/>
    <w:pPr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rsid w:val="008B52F5"/>
    <w:rPr>
      <w:rFonts w:ascii="Times New Roman" w:eastAsia="Times New Roman" w:hAnsi="Times New Roman" w:cs="Times New Roman"/>
      <w:sz w:val="20"/>
      <w:szCs w:val="20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A88DB5-14A7-47A5-9E1F-AAE1D1B22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</Pages>
  <Words>553</Words>
  <Characters>3045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3591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Inés Lloret Pérez</cp:lastModifiedBy>
  <cp:revision>9</cp:revision>
  <cp:lastPrinted>2026-05-20T13:20:00Z</cp:lastPrinted>
  <dcterms:created xsi:type="dcterms:W3CDTF">2026-05-20T14:16:00Z</dcterms:created>
  <dcterms:modified xsi:type="dcterms:W3CDTF">2026-07-10T08:21:00Z</dcterms:modified>
  <cp:category/>
</cp:coreProperties>
</file>