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C6CB7" w14:textId="77777777" w:rsidR="00712F52" w:rsidRDefault="00712F52" w:rsidP="00BB1B9C">
      <w:pPr>
        <w:rPr>
          <w:b/>
          <w:sz w:val="24"/>
          <w:szCs w:val="24"/>
        </w:rPr>
      </w:pPr>
    </w:p>
    <w:p w14:paraId="6041259E" w14:textId="695A86A6" w:rsidR="00DB472E" w:rsidRPr="00712F52" w:rsidRDefault="00B00B3C" w:rsidP="00BB1B9C">
      <w:pPr>
        <w:rPr>
          <w:rFonts w:asciiTheme="majorHAnsi" w:hAnsiTheme="majorHAnsi" w:cstheme="majorHAnsi"/>
          <w:sz w:val="28"/>
          <w:szCs w:val="28"/>
        </w:rPr>
      </w:pPr>
      <w:r w:rsidRPr="00712F52">
        <w:rPr>
          <w:rFonts w:asciiTheme="majorHAnsi" w:hAnsiTheme="majorHAnsi" w:cstheme="majorHAnsi"/>
          <w:b/>
          <w:sz w:val="28"/>
          <w:szCs w:val="28"/>
        </w:rPr>
        <w:t xml:space="preserve">INFORME ESCOLAR D'EVOLUCIÓ </w:t>
      </w:r>
      <w:r w:rsidR="007042B1" w:rsidRPr="00712F52">
        <w:rPr>
          <w:rFonts w:asciiTheme="majorHAnsi" w:hAnsiTheme="majorHAnsi" w:cstheme="majorHAnsi"/>
          <w:b/>
          <w:sz w:val="28"/>
          <w:szCs w:val="28"/>
        </w:rPr>
        <w:t xml:space="preserve">PER </w:t>
      </w:r>
      <w:r w:rsidRPr="00712F52">
        <w:rPr>
          <w:rFonts w:asciiTheme="majorHAnsi" w:hAnsiTheme="majorHAnsi" w:cstheme="majorHAnsi"/>
          <w:b/>
          <w:sz w:val="28"/>
          <w:szCs w:val="28"/>
        </w:rPr>
        <w:t>ALUMNAT AMB TDAH</w:t>
      </w:r>
    </w:p>
    <w:p w14:paraId="3E4D06ED" w14:textId="77777777" w:rsidR="00DB472E" w:rsidRPr="00712F52" w:rsidRDefault="00B00B3C">
      <w:pPr>
        <w:pStyle w:val="Ttulo1"/>
        <w:rPr>
          <w:rFonts w:cstheme="majorHAnsi"/>
          <w:sz w:val="24"/>
          <w:szCs w:val="24"/>
        </w:rPr>
      </w:pPr>
      <w:r w:rsidRPr="00712F52">
        <w:rPr>
          <w:rFonts w:cstheme="majorHAnsi"/>
          <w:sz w:val="24"/>
          <w:szCs w:val="24"/>
        </w:rPr>
        <w:t>1. DADES DEL CENTRE EDUCATIU</w:t>
      </w:r>
    </w:p>
    <w:tbl>
      <w:tblPr>
        <w:tblStyle w:val="Tablaconcuadrcula"/>
        <w:tblpPr w:leftFromText="141" w:rightFromText="141" w:vertAnchor="text" w:horzAnchor="margin" w:tblpY="51"/>
        <w:tblW w:w="0" w:type="auto"/>
        <w:tblLook w:val="04A0" w:firstRow="1" w:lastRow="0" w:firstColumn="1" w:lastColumn="0" w:noHBand="0" w:noVBand="1"/>
      </w:tblPr>
      <w:tblGrid>
        <w:gridCol w:w="1899"/>
        <w:gridCol w:w="4206"/>
        <w:gridCol w:w="982"/>
        <w:gridCol w:w="1741"/>
      </w:tblGrid>
      <w:tr w:rsidR="00712F52" w:rsidRPr="00712F52" w14:paraId="508438AD" w14:textId="77777777" w:rsidTr="00712F52">
        <w:tc>
          <w:tcPr>
            <w:tcW w:w="1899" w:type="dxa"/>
          </w:tcPr>
          <w:p w14:paraId="038116E0" w14:textId="77777777" w:rsidR="00712F52" w:rsidRPr="00712F52" w:rsidRDefault="00712F52" w:rsidP="00712F52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Centre</w:t>
            </w:r>
          </w:p>
        </w:tc>
        <w:tc>
          <w:tcPr>
            <w:tcW w:w="6929" w:type="dxa"/>
            <w:gridSpan w:val="3"/>
          </w:tcPr>
          <w:p w14:paraId="0A5741CE" w14:textId="77777777" w:rsidR="00712F52" w:rsidRPr="00712F52" w:rsidRDefault="00712F52" w:rsidP="00712F52">
            <w:pPr>
              <w:rPr>
                <w:rFonts w:asciiTheme="majorHAnsi" w:hAnsiTheme="majorHAnsi" w:cstheme="majorHAnsi"/>
              </w:rPr>
            </w:pPr>
          </w:p>
        </w:tc>
      </w:tr>
      <w:tr w:rsidR="00712F52" w:rsidRPr="00712F52" w14:paraId="08EBD1A9" w14:textId="77777777" w:rsidTr="00712F52">
        <w:tc>
          <w:tcPr>
            <w:tcW w:w="1899" w:type="dxa"/>
          </w:tcPr>
          <w:p w14:paraId="7B7F3191" w14:textId="77777777" w:rsidR="00712F52" w:rsidRPr="00712F52" w:rsidRDefault="00712F52" w:rsidP="00712F52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Tutor/a</w:t>
            </w:r>
          </w:p>
        </w:tc>
        <w:tc>
          <w:tcPr>
            <w:tcW w:w="6929" w:type="dxa"/>
            <w:gridSpan w:val="3"/>
          </w:tcPr>
          <w:p w14:paraId="599D7705" w14:textId="77777777" w:rsidR="00712F52" w:rsidRPr="00712F52" w:rsidRDefault="00712F52" w:rsidP="00712F52">
            <w:pPr>
              <w:rPr>
                <w:rFonts w:asciiTheme="majorHAnsi" w:hAnsiTheme="majorHAnsi" w:cstheme="majorHAnsi"/>
              </w:rPr>
            </w:pPr>
          </w:p>
        </w:tc>
      </w:tr>
      <w:tr w:rsidR="00712F52" w:rsidRPr="00712F52" w14:paraId="63771AC5" w14:textId="77777777" w:rsidTr="00712F52">
        <w:tc>
          <w:tcPr>
            <w:tcW w:w="1899" w:type="dxa"/>
          </w:tcPr>
          <w:p w14:paraId="59D707E0" w14:textId="77777777" w:rsidR="00712F52" w:rsidRPr="00712F52" w:rsidRDefault="00712F52" w:rsidP="00712F52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Orientador/a</w:t>
            </w:r>
          </w:p>
        </w:tc>
        <w:tc>
          <w:tcPr>
            <w:tcW w:w="6929" w:type="dxa"/>
            <w:gridSpan w:val="3"/>
          </w:tcPr>
          <w:p w14:paraId="29560128" w14:textId="77777777" w:rsidR="00712F52" w:rsidRPr="00712F52" w:rsidRDefault="00712F52" w:rsidP="00712F52">
            <w:pPr>
              <w:rPr>
                <w:rFonts w:asciiTheme="majorHAnsi" w:hAnsiTheme="majorHAnsi" w:cstheme="majorHAnsi"/>
              </w:rPr>
            </w:pPr>
          </w:p>
        </w:tc>
      </w:tr>
      <w:tr w:rsidR="00712F52" w:rsidRPr="00712F52" w14:paraId="5A3A2DF3" w14:textId="77777777" w:rsidTr="00712F52">
        <w:tc>
          <w:tcPr>
            <w:tcW w:w="1899" w:type="dxa"/>
          </w:tcPr>
          <w:p w14:paraId="6B4ADD18" w14:textId="77777777" w:rsidR="00712F52" w:rsidRPr="00712F52" w:rsidRDefault="00712F52" w:rsidP="00712F52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Correu electrònic</w:t>
            </w:r>
          </w:p>
        </w:tc>
        <w:tc>
          <w:tcPr>
            <w:tcW w:w="4206" w:type="dxa"/>
          </w:tcPr>
          <w:p w14:paraId="3210C048" w14:textId="77777777" w:rsidR="00712F52" w:rsidRPr="00712F52" w:rsidRDefault="00712F52" w:rsidP="00712F5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82" w:type="dxa"/>
          </w:tcPr>
          <w:p w14:paraId="47AD46A0" w14:textId="77777777" w:rsidR="00712F52" w:rsidRPr="00712F52" w:rsidRDefault="00712F52" w:rsidP="00712F52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Telèfon</w:t>
            </w:r>
          </w:p>
        </w:tc>
        <w:tc>
          <w:tcPr>
            <w:tcW w:w="1741" w:type="dxa"/>
          </w:tcPr>
          <w:p w14:paraId="5D7B3201" w14:textId="77777777" w:rsidR="00712F52" w:rsidRPr="00712F52" w:rsidRDefault="00712F52" w:rsidP="00712F52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7C941EA8" w14:textId="77777777" w:rsidR="00DB472E" w:rsidRPr="00712F52" w:rsidRDefault="00B00B3C">
      <w:pPr>
        <w:pStyle w:val="Ttulo1"/>
        <w:rPr>
          <w:rFonts w:cstheme="majorHAnsi"/>
          <w:sz w:val="24"/>
          <w:szCs w:val="24"/>
        </w:rPr>
      </w:pPr>
      <w:r w:rsidRPr="00712F52">
        <w:rPr>
          <w:rFonts w:cstheme="majorHAnsi"/>
          <w:sz w:val="24"/>
          <w:szCs w:val="24"/>
        </w:rPr>
        <w:t>2. DADES DE L'ALUMNE/A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63"/>
        <w:gridCol w:w="2216"/>
        <w:gridCol w:w="1342"/>
        <w:gridCol w:w="3407"/>
      </w:tblGrid>
      <w:tr w:rsidR="00DB472E" w:rsidRPr="00712F52" w14:paraId="3075FB2E" w14:textId="77777777" w:rsidTr="00E03A94">
        <w:trPr>
          <w:jc w:val="center"/>
        </w:trPr>
        <w:tc>
          <w:tcPr>
            <w:tcW w:w="1980" w:type="dxa"/>
          </w:tcPr>
          <w:p w14:paraId="59690406" w14:textId="77777777" w:rsidR="00DB472E" w:rsidRPr="00712F52" w:rsidRDefault="00B00B3C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Nom i cognoms</w:t>
            </w:r>
          </w:p>
        </w:tc>
        <w:tc>
          <w:tcPr>
            <w:tcW w:w="7911" w:type="dxa"/>
            <w:gridSpan w:val="3"/>
          </w:tcPr>
          <w:p w14:paraId="2CCC30B9" w14:textId="77777777" w:rsidR="00DB472E" w:rsidRPr="00712F52" w:rsidRDefault="00DB472E">
            <w:pPr>
              <w:rPr>
                <w:rFonts w:asciiTheme="majorHAnsi" w:hAnsiTheme="majorHAnsi" w:cstheme="majorHAnsi"/>
              </w:rPr>
            </w:pPr>
          </w:p>
        </w:tc>
      </w:tr>
      <w:tr w:rsidR="00FF5D16" w:rsidRPr="00712F52" w14:paraId="3373C58C" w14:textId="77777777" w:rsidTr="00E03A94">
        <w:trPr>
          <w:jc w:val="center"/>
        </w:trPr>
        <w:tc>
          <w:tcPr>
            <w:tcW w:w="1980" w:type="dxa"/>
          </w:tcPr>
          <w:p w14:paraId="3931E29C" w14:textId="77777777" w:rsidR="00FF5D16" w:rsidRPr="00712F52" w:rsidRDefault="00FF5D16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Data de naixement</w:t>
            </w:r>
          </w:p>
        </w:tc>
        <w:tc>
          <w:tcPr>
            <w:tcW w:w="2551" w:type="dxa"/>
          </w:tcPr>
          <w:p w14:paraId="7BBEA3E5" w14:textId="77777777" w:rsidR="00FF5D16" w:rsidRPr="00712F52" w:rsidRDefault="00FF5D1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</w:tcPr>
          <w:p w14:paraId="5BA2756F" w14:textId="6FE95BD8" w:rsidR="00FF5D16" w:rsidRPr="00712F52" w:rsidRDefault="00FF5D16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Edat</w:t>
            </w:r>
            <w:r w:rsidR="00E03A94" w:rsidRPr="00712F52">
              <w:rPr>
                <w:rFonts w:asciiTheme="majorHAnsi" w:hAnsiTheme="majorHAnsi" w:cstheme="majorHAnsi"/>
              </w:rPr>
              <w:t xml:space="preserve"> alumne</w:t>
            </w:r>
          </w:p>
        </w:tc>
        <w:tc>
          <w:tcPr>
            <w:tcW w:w="3942" w:type="dxa"/>
          </w:tcPr>
          <w:p w14:paraId="49CF5EC7" w14:textId="322CCCEE" w:rsidR="00FF5D16" w:rsidRPr="00712F52" w:rsidRDefault="00FF5D16">
            <w:pPr>
              <w:rPr>
                <w:rFonts w:asciiTheme="majorHAnsi" w:hAnsiTheme="majorHAnsi" w:cstheme="majorHAnsi"/>
              </w:rPr>
            </w:pPr>
          </w:p>
        </w:tc>
      </w:tr>
      <w:tr w:rsidR="00FF5D16" w:rsidRPr="00712F52" w14:paraId="738C4446" w14:textId="77777777" w:rsidTr="00E03A94">
        <w:trPr>
          <w:jc w:val="center"/>
        </w:trPr>
        <w:tc>
          <w:tcPr>
            <w:tcW w:w="1980" w:type="dxa"/>
          </w:tcPr>
          <w:p w14:paraId="7B6E49BF" w14:textId="503B7315" w:rsidR="00FF5D16" w:rsidRPr="00712F52" w:rsidRDefault="00E03A94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Data de l’informe</w:t>
            </w:r>
          </w:p>
        </w:tc>
        <w:tc>
          <w:tcPr>
            <w:tcW w:w="2551" w:type="dxa"/>
          </w:tcPr>
          <w:p w14:paraId="0F25B713" w14:textId="77777777" w:rsidR="00FF5D16" w:rsidRPr="00712F52" w:rsidRDefault="00FF5D1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</w:tcPr>
          <w:p w14:paraId="34ED1551" w14:textId="470FE94C" w:rsidR="00FF5D16" w:rsidRPr="00712F52" w:rsidRDefault="00FF5D16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Grup</w:t>
            </w:r>
            <w:r w:rsidR="00E03A94" w:rsidRPr="00712F52">
              <w:rPr>
                <w:rFonts w:asciiTheme="majorHAnsi" w:hAnsiTheme="majorHAnsi" w:cstheme="majorHAnsi"/>
              </w:rPr>
              <w:t xml:space="preserve"> i curs</w:t>
            </w:r>
          </w:p>
        </w:tc>
        <w:tc>
          <w:tcPr>
            <w:tcW w:w="3942" w:type="dxa"/>
          </w:tcPr>
          <w:p w14:paraId="511025F0" w14:textId="29F74BDA" w:rsidR="00FF5D16" w:rsidRPr="00712F52" w:rsidRDefault="00FF5D16">
            <w:pPr>
              <w:rPr>
                <w:rFonts w:asciiTheme="majorHAnsi" w:hAnsiTheme="majorHAnsi" w:cstheme="majorHAnsi"/>
              </w:rPr>
            </w:pPr>
          </w:p>
        </w:tc>
      </w:tr>
      <w:tr w:rsidR="0099770E" w:rsidRPr="00712F52" w14:paraId="6EA7BCAC" w14:textId="77777777" w:rsidTr="008E0456">
        <w:trPr>
          <w:jc w:val="center"/>
        </w:trPr>
        <w:tc>
          <w:tcPr>
            <w:tcW w:w="1980" w:type="dxa"/>
          </w:tcPr>
          <w:p w14:paraId="2E5D33D5" w14:textId="1D092FAA" w:rsidR="0099770E" w:rsidRPr="00712F52" w:rsidRDefault="0099770E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Centre de salut</w:t>
            </w:r>
          </w:p>
        </w:tc>
        <w:tc>
          <w:tcPr>
            <w:tcW w:w="7911" w:type="dxa"/>
            <w:gridSpan w:val="3"/>
          </w:tcPr>
          <w:p w14:paraId="359D4D35" w14:textId="77777777" w:rsidR="0099770E" w:rsidRPr="00712F52" w:rsidRDefault="0099770E">
            <w:pPr>
              <w:rPr>
                <w:rFonts w:asciiTheme="majorHAnsi" w:hAnsiTheme="majorHAnsi" w:cstheme="majorHAnsi"/>
              </w:rPr>
            </w:pPr>
          </w:p>
        </w:tc>
      </w:tr>
    </w:tbl>
    <w:p w14:paraId="05ABC0F6" w14:textId="0BEA6036" w:rsidR="00DB472E" w:rsidRPr="00712F52" w:rsidRDefault="00FF5D16">
      <w:pPr>
        <w:pStyle w:val="Ttulo1"/>
        <w:rPr>
          <w:rFonts w:cstheme="majorHAnsi"/>
          <w:sz w:val="24"/>
          <w:szCs w:val="24"/>
        </w:rPr>
      </w:pPr>
      <w:r w:rsidRPr="00712F52">
        <w:rPr>
          <w:rFonts w:cstheme="majorHAnsi"/>
          <w:sz w:val="24"/>
          <w:szCs w:val="24"/>
        </w:rPr>
        <w:t>3</w:t>
      </w:r>
      <w:r w:rsidR="00B00B3C" w:rsidRPr="00712F52">
        <w:rPr>
          <w:rFonts w:cstheme="majorHAnsi"/>
          <w:sz w:val="24"/>
          <w:szCs w:val="24"/>
        </w:rPr>
        <w:t>. VALORACIÓ EDUCATIVA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1415"/>
        <w:gridCol w:w="1693"/>
        <w:gridCol w:w="1792"/>
        <w:gridCol w:w="1665"/>
      </w:tblGrid>
      <w:tr w:rsidR="00B6368A" w:rsidRPr="00712F52" w14:paraId="1DA06884" w14:textId="77777777" w:rsidTr="00712F52">
        <w:tc>
          <w:tcPr>
            <w:tcW w:w="2263" w:type="dxa"/>
          </w:tcPr>
          <w:p w14:paraId="0F9110C3" w14:textId="26FB7776" w:rsidR="00B6368A" w:rsidRPr="00712F52" w:rsidRDefault="00B6368A" w:rsidP="008C4418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Nivell Dificultats</w:t>
            </w:r>
          </w:p>
        </w:tc>
        <w:tc>
          <w:tcPr>
            <w:tcW w:w="1415" w:type="dxa"/>
          </w:tcPr>
          <w:p w14:paraId="4B3CD471" w14:textId="1A42458D" w:rsidR="00B6368A" w:rsidRPr="00712F52" w:rsidRDefault="0DB08F2D" w:rsidP="20CBC525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No presenta</w:t>
            </w:r>
          </w:p>
        </w:tc>
        <w:tc>
          <w:tcPr>
            <w:tcW w:w="1693" w:type="dxa"/>
          </w:tcPr>
          <w:p w14:paraId="77AED774" w14:textId="77777777" w:rsidR="00B6368A" w:rsidRPr="00712F52" w:rsidRDefault="00B6368A" w:rsidP="008C4418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Lleu</w:t>
            </w:r>
          </w:p>
        </w:tc>
        <w:tc>
          <w:tcPr>
            <w:tcW w:w="1792" w:type="dxa"/>
          </w:tcPr>
          <w:p w14:paraId="098C6645" w14:textId="77777777" w:rsidR="00B6368A" w:rsidRPr="00712F52" w:rsidRDefault="00B6368A" w:rsidP="008C4418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Moderat</w:t>
            </w:r>
          </w:p>
        </w:tc>
        <w:tc>
          <w:tcPr>
            <w:tcW w:w="1665" w:type="dxa"/>
          </w:tcPr>
          <w:p w14:paraId="6A3C128C" w14:textId="77777777" w:rsidR="00B6368A" w:rsidRPr="00712F52" w:rsidRDefault="00B6368A" w:rsidP="008C4418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Alt</w:t>
            </w:r>
          </w:p>
        </w:tc>
      </w:tr>
      <w:tr w:rsidR="005C053C" w:rsidRPr="00712F52" w14:paraId="300B0BF6" w14:textId="77777777" w:rsidTr="00712F52">
        <w:tc>
          <w:tcPr>
            <w:tcW w:w="2263" w:type="dxa"/>
          </w:tcPr>
          <w:p w14:paraId="2DD659C2" w14:textId="7AC70121" w:rsidR="005C053C" w:rsidRPr="00712F52" w:rsidRDefault="005C053C" w:rsidP="005C053C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Atenció sostinguda</w:t>
            </w:r>
          </w:p>
        </w:tc>
        <w:sdt>
          <w:sdtPr>
            <w:rPr>
              <w:rFonts w:asciiTheme="majorHAnsi" w:hAnsiTheme="majorHAnsi" w:cstheme="majorHAnsi"/>
            </w:rPr>
            <w:id w:val="980581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5" w:type="dxa"/>
              </w:tcPr>
              <w:p w14:paraId="133E3E19" w14:textId="4026EC08" w:rsidR="005C053C" w:rsidRPr="00712F52" w:rsidRDefault="7A257595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946121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3" w:type="dxa"/>
              </w:tcPr>
              <w:p w14:paraId="55E0F7A8" w14:textId="12D11FD6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400133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92" w:type="dxa"/>
              </w:tcPr>
              <w:p w14:paraId="3289D92D" w14:textId="271D6EDE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1169678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5" w:type="dxa"/>
              </w:tcPr>
              <w:p w14:paraId="6D5D5176" w14:textId="2681AC87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C053C" w:rsidRPr="00712F52" w14:paraId="60EA6EAF" w14:textId="77777777" w:rsidTr="00712F52">
        <w:tc>
          <w:tcPr>
            <w:tcW w:w="2263" w:type="dxa"/>
          </w:tcPr>
          <w:p w14:paraId="32D6AC04" w14:textId="77777777" w:rsidR="005C053C" w:rsidRPr="00712F52" w:rsidRDefault="005C053C" w:rsidP="005C053C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Hiperactivitat</w:t>
            </w:r>
          </w:p>
        </w:tc>
        <w:sdt>
          <w:sdtPr>
            <w:rPr>
              <w:rFonts w:asciiTheme="majorHAnsi" w:hAnsiTheme="majorHAnsi" w:cstheme="majorHAnsi"/>
            </w:rPr>
            <w:id w:val="-1691685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5" w:type="dxa"/>
              </w:tcPr>
              <w:p w14:paraId="7091F283" w14:textId="27C0F9AA" w:rsidR="005C053C" w:rsidRPr="00712F52" w:rsidRDefault="2F7C6532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387265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3" w:type="dxa"/>
              </w:tcPr>
              <w:p w14:paraId="2A117C5C" w14:textId="08D40EF1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1306041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92" w:type="dxa"/>
              </w:tcPr>
              <w:p w14:paraId="7BDC9721" w14:textId="7D29D704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152270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5" w:type="dxa"/>
              </w:tcPr>
              <w:p w14:paraId="589ED8A7" w14:textId="39010B85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C053C" w:rsidRPr="00712F52" w14:paraId="6E277AA8" w14:textId="77777777" w:rsidTr="00712F52">
        <w:tc>
          <w:tcPr>
            <w:tcW w:w="2263" w:type="dxa"/>
          </w:tcPr>
          <w:p w14:paraId="1CA51E9F" w14:textId="77777777" w:rsidR="005C053C" w:rsidRPr="00712F52" w:rsidRDefault="005C053C" w:rsidP="005C053C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Impulsivitat</w:t>
            </w:r>
          </w:p>
        </w:tc>
        <w:sdt>
          <w:sdtPr>
            <w:rPr>
              <w:rFonts w:asciiTheme="majorHAnsi" w:hAnsiTheme="majorHAnsi" w:cstheme="majorHAnsi"/>
            </w:rPr>
            <w:id w:val="208920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5" w:type="dxa"/>
              </w:tcPr>
              <w:p w14:paraId="05947496" w14:textId="40883468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1442882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3" w:type="dxa"/>
              </w:tcPr>
              <w:p w14:paraId="2B494229" w14:textId="74071F45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465394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92" w:type="dxa"/>
              </w:tcPr>
              <w:p w14:paraId="347BE40E" w14:textId="293DAFD3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513582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5" w:type="dxa"/>
              </w:tcPr>
              <w:p w14:paraId="0FE8B9AA" w14:textId="113D6B84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C053C" w:rsidRPr="00712F52" w14:paraId="066162AA" w14:textId="77777777" w:rsidTr="00712F52">
        <w:tc>
          <w:tcPr>
            <w:tcW w:w="2263" w:type="dxa"/>
          </w:tcPr>
          <w:p w14:paraId="7B997F4E" w14:textId="77777777" w:rsidR="005C053C" w:rsidRPr="00712F52" w:rsidRDefault="005C053C" w:rsidP="005C053C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Organització</w:t>
            </w:r>
          </w:p>
        </w:tc>
        <w:sdt>
          <w:sdtPr>
            <w:rPr>
              <w:rFonts w:asciiTheme="majorHAnsi" w:hAnsiTheme="majorHAnsi" w:cstheme="majorHAnsi"/>
            </w:rPr>
            <w:id w:val="1431248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5" w:type="dxa"/>
              </w:tcPr>
              <w:p w14:paraId="4AB5D257" w14:textId="08F02549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965344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3" w:type="dxa"/>
              </w:tcPr>
              <w:p w14:paraId="3C5328F3" w14:textId="198805AE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15623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92" w:type="dxa"/>
              </w:tcPr>
              <w:p w14:paraId="5D56C7D8" w14:textId="1B80E482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932631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5" w:type="dxa"/>
              </w:tcPr>
              <w:p w14:paraId="653D93F1" w14:textId="3A7947F5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C053C" w:rsidRPr="00712F52" w14:paraId="099948D2" w14:textId="77777777" w:rsidTr="00712F52">
        <w:tc>
          <w:tcPr>
            <w:tcW w:w="2263" w:type="dxa"/>
          </w:tcPr>
          <w:p w14:paraId="6112CCA0" w14:textId="77777777" w:rsidR="005C053C" w:rsidRPr="00712F52" w:rsidRDefault="005C053C" w:rsidP="005C053C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Autonomia</w:t>
            </w:r>
          </w:p>
        </w:tc>
        <w:sdt>
          <w:sdtPr>
            <w:rPr>
              <w:rFonts w:asciiTheme="majorHAnsi" w:hAnsiTheme="majorHAnsi" w:cstheme="majorHAnsi"/>
            </w:rPr>
            <w:id w:val="1961603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5" w:type="dxa"/>
              </w:tcPr>
              <w:p w14:paraId="29411129" w14:textId="2BEB3019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678822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3" w:type="dxa"/>
              </w:tcPr>
              <w:p w14:paraId="403C0F1C" w14:textId="17427A02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2144306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92" w:type="dxa"/>
              </w:tcPr>
              <w:p w14:paraId="5B1C8E5F" w14:textId="3B91FB69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30844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5" w:type="dxa"/>
              </w:tcPr>
              <w:p w14:paraId="718EAD3F" w14:textId="44F073A8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588B4860" w14:textId="77777777" w:rsidR="00B6368A" w:rsidRPr="00712F52" w:rsidRDefault="00B6368A" w:rsidP="00B6368A">
      <w:pPr>
        <w:rPr>
          <w:rFonts w:asciiTheme="majorHAnsi" w:hAnsiTheme="majorHAnsi" w:cstheme="majorHAnsi"/>
        </w:rPr>
      </w:pPr>
      <w:r w:rsidRPr="00712F52">
        <w:rPr>
          <w:rFonts w:asciiTheme="majorHAnsi" w:hAnsiTheme="majorHAnsi" w:cstheme="majorHAnsi"/>
        </w:rPr>
        <w:t>Observacions: __________________________________________</w:t>
      </w:r>
    </w:p>
    <w:p w14:paraId="275E4CE4" w14:textId="77777777" w:rsidR="00DB472E" w:rsidRPr="00712F52" w:rsidRDefault="00B00B3C">
      <w:pPr>
        <w:pStyle w:val="Ttulo2"/>
        <w:rPr>
          <w:rFonts w:cstheme="majorHAnsi"/>
          <w:sz w:val="22"/>
          <w:szCs w:val="22"/>
        </w:rPr>
      </w:pPr>
      <w:r w:rsidRPr="00712F52">
        <w:rPr>
          <w:rFonts w:cstheme="majorHAnsi"/>
          <w:sz w:val="22"/>
          <w:szCs w:val="22"/>
        </w:rPr>
        <w:t>Rendiment acadèmic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82"/>
        <w:gridCol w:w="2248"/>
        <w:gridCol w:w="2096"/>
        <w:gridCol w:w="2202"/>
      </w:tblGrid>
      <w:tr w:rsidR="00DB472E" w:rsidRPr="00712F52" w14:paraId="3B389C23" w14:textId="77777777" w:rsidTr="20CBC525">
        <w:tc>
          <w:tcPr>
            <w:tcW w:w="2492" w:type="dxa"/>
          </w:tcPr>
          <w:p w14:paraId="67B895A7" w14:textId="6ABD2B65" w:rsidR="00DB472E" w:rsidRPr="00712F52" w:rsidRDefault="00B6368A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Dificultats</w:t>
            </w:r>
          </w:p>
        </w:tc>
        <w:tc>
          <w:tcPr>
            <w:tcW w:w="2490" w:type="dxa"/>
          </w:tcPr>
          <w:p w14:paraId="2F5204CE" w14:textId="3294AB6E" w:rsidR="00DB472E" w:rsidRPr="00712F52" w:rsidRDefault="00B6368A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Significatives</w:t>
            </w:r>
          </w:p>
        </w:tc>
        <w:tc>
          <w:tcPr>
            <w:tcW w:w="2490" w:type="dxa"/>
          </w:tcPr>
          <w:p w14:paraId="788F2434" w14:textId="341C067F" w:rsidR="00DB472E" w:rsidRPr="00712F52" w:rsidRDefault="58A56C37" w:rsidP="20CBC525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Lleus</w:t>
            </w:r>
          </w:p>
        </w:tc>
        <w:tc>
          <w:tcPr>
            <w:tcW w:w="2490" w:type="dxa"/>
          </w:tcPr>
          <w:p w14:paraId="266CE923" w14:textId="3B849CB8" w:rsidR="00DB472E" w:rsidRPr="00712F52" w:rsidRDefault="00B6368A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 xml:space="preserve">Bon rendiment </w:t>
            </w:r>
          </w:p>
        </w:tc>
      </w:tr>
      <w:tr w:rsidR="005C053C" w:rsidRPr="00712F52" w14:paraId="1E732945" w14:textId="77777777" w:rsidTr="20CBC525">
        <w:tc>
          <w:tcPr>
            <w:tcW w:w="2492" w:type="dxa"/>
          </w:tcPr>
          <w:p w14:paraId="05CABBF1" w14:textId="77777777" w:rsidR="005C053C" w:rsidRPr="00712F52" w:rsidRDefault="005C053C" w:rsidP="005C053C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Aprenentatge general</w:t>
            </w:r>
          </w:p>
        </w:tc>
        <w:sdt>
          <w:sdtPr>
            <w:rPr>
              <w:rFonts w:asciiTheme="majorHAnsi" w:hAnsiTheme="majorHAnsi" w:cstheme="majorHAnsi"/>
            </w:rPr>
            <w:id w:val="-1457168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90" w:type="dxa"/>
              </w:tcPr>
              <w:p w14:paraId="4D98BC21" w14:textId="1ECD0A68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1447384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90" w:type="dxa"/>
              </w:tcPr>
              <w:p w14:paraId="777624F0" w14:textId="5ECA76E4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1249959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90" w:type="dxa"/>
              </w:tcPr>
              <w:p w14:paraId="0A73FB0F" w14:textId="257EFEDA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C053C" w:rsidRPr="00712F52" w14:paraId="0E180640" w14:textId="77777777" w:rsidTr="20CBC525">
        <w:tc>
          <w:tcPr>
            <w:tcW w:w="2492" w:type="dxa"/>
          </w:tcPr>
          <w:p w14:paraId="43030618" w14:textId="77777777" w:rsidR="005C053C" w:rsidRPr="00712F52" w:rsidRDefault="005C053C" w:rsidP="005C053C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Lectura</w:t>
            </w:r>
          </w:p>
        </w:tc>
        <w:sdt>
          <w:sdtPr>
            <w:rPr>
              <w:rFonts w:asciiTheme="majorHAnsi" w:hAnsiTheme="majorHAnsi" w:cstheme="majorHAnsi"/>
            </w:rPr>
            <w:id w:val="-1959942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90" w:type="dxa"/>
              </w:tcPr>
              <w:p w14:paraId="660DB23D" w14:textId="79C00C40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720441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90" w:type="dxa"/>
              </w:tcPr>
              <w:p w14:paraId="367BC11A" w14:textId="5E44547A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668636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90" w:type="dxa"/>
              </w:tcPr>
              <w:p w14:paraId="44ABCE59" w14:textId="4E0CE9BE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C053C" w:rsidRPr="00712F52" w14:paraId="34703EA5" w14:textId="77777777" w:rsidTr="20CBC525">
        <w:tc>
          <w:tcPr>
            <w:tcW w:w="2492" w:type="dxa"/>
          </w:tcPr>
          <w:p w14:paraId="4AB47787" w14:textId="77777777" w:rsidR="005C053C" w:rsidRPr="00712F52" w:rsidRDefault="005C053C" w:rsidP="005C053C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Escriptura</w:t>
            </w:r>
          </w:p>
        </w:tc>
        <w:sdt>
          <w:sdtPr>
            <w:rPr>
              <w:rFonts w:asciiTheme="majorHAnsi" w:hAnsiTheme="majorHAnsi" w:cstheme="majorHAnsi"/>
            </w:rPr>
            <w:id w:val="770286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90" w:type="dxa"/>
              </w:tcPr>
              <w:p w14:paraId="085A4B51" w14:textId="21D85583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1971789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90" w:type="dxa"/>
              </w:tcPr>
              <w:p w14:paraId="0B080AAA" w14:textId="13E0967F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1960173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90" w:type="dxa"/>
              </w:tcPr>
              <w:p w14:paraId="4E8DE3FD" w14:textId="5D8A4245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C053C" w:rsidRPr="00712F52" w14:paraId="37ACEFE4" w14:textId="77777777" w:rsidTr="20CBC525">
        <w:tc>
          <w:tcPr>
            <w:tcW w:w="2492" w:type="dxa"/>
          </w:tcPr>
          <w:p w14:paraId="512022B2" w14:textId="77777777" w:rsidR="005C053C" w:rsidRPr="00712F52" w:rsidRDefault="005C053C" w:rsidP="005C053C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Matemàtiques</w:t>
            </w:r>
          </w:p>
        </w:tc>
        <w:sdt>
          <w:sdtPr>
            <w:rPr>
              <w:rFonts w:asciiTheme="majorHAnsi" w:hAnsiTheme="majorHAnsi" w:cstheme="majorHAnsi"/>
            </w:rPr>
            <w:id w:val="-1386017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90" w:type="dxa"/>
              </w:tcPr>
              <w:p w14:paraId="58DFEFF0" w14:textId="7A63752D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27841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90" w:type="dxa"/>
              </w:tcPr>
              <w:p w14:paraId="2204ABE5" w14:textId="02A6FB99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1385915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90" w:type="dxa"/>
              </w:tcPr>
              <w:p w14:paraId="284344A3" w14:textId="2FD41D8B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2462BEF3" w14:textId="01E97185" w:rsidR="00E03A94" w:rsidRPr="00712F52" w:rsidRDefault="00E03A94" w:rsidP="00E03A94">
      <w:pPr>
        <w:pStyle w:val="Ttulo2"/>
        <w:rPr>
          <w:rFonts w:cstheme="majorHAnsi"/>
          <w:sz w:val="22"/>
          <w:szCs w:val="22"/>
        </w:rPr>
      </w:pPr>
      <w:r w:rsidRPr="00712F52">
        <w:rPr>
          <w:rFonts w:cstheme="majorHAnsi"/>
          <w:sz w:val="22"/>
          <w:szCs w:val="22"/>
        </w:rPr>
        <w:t>Contextos on sorgeixen dificultats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79"/>
        <w:gridCol w:w="6549"/>
      </w:tblGrid>
      <w:tr w:rsidR="00E03A94" w:rsidRPr="00712F52" w14:paraId="0760FD66" w14:textId="77777777" w:rsidTr="20CBC525">
        <w:tc>
          <w:tcPr>
            <w:tcW w:w="2492" w:type="dxa"/>
          </w:tcPr>
          <w:p w14:paraId="7B44350F" w14:textId="5956DE6C" w:rsidR="00E03A94" w:rsidRPr="00712F52" w:rsidRDefault="00E03A94" w:rsidP="00043506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Context</w:t>
            </w:r>
          </w:p>
        </w:tc>
        <w:tc>
          <w:tcPr>
            <w:tcW w:w="7470" w:type="dxa"/>
          </w:tcPr>
          <w:p w14:paraId="7862F514" w14:textId="5438D768" w:rsidR="00E03A94" w:rsidRPr="00712F52" w:rsidRDefault="00E03A94" w:rsidP="00043506">
            <w:pPr>
              <w:rPr>
                <w:rFonts w:asciiTheme="majorHAnsi" w:hAnsiTheme="majorHAnsi" w:cstheme="majorHAnsi"/>
                <w:i/>
                <w:iCs/>
              </w:rPr>
            </w:pPr>
            <w:r w:rsidRPr="00712F52">
              <w:rPr>
                <w:rFonts w:asciiTheme="majorHAnsi" w:hAnsiTheme="majorHAnsi" w:cstheme="majorHAnsi"/>
                <w:i/>
                <w:iCs/>
              </w:rPr>
              <w:t>Descriviu breument</w:t>
            </w:r>
          </w:p>
        </w:tc>
      </w:tr>
      <w:tr w:rsidR="005C053C" w:rsidRPr="00712F52" w14:paraId="2CF27BAC" w14:textId="77777777" w:rsidTr="20CBC525">
        <w:tc>
          <w:tcPr>
            <w:tcW w:w="2492" w:type="dxa"/>
          </w:tcPr>
          <w:p w14:paraId="2EE5F2B8" w14:textId="2FCF222C" w:rsidR="005C053C" w:rsidRPr="00712F52" w:rsidRDefault="005C053C" w:rsidP="005C053C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Aula</w:t>
            </w:r>
          </w:p>
        </w:tc>
        <w:sdt>
          <w:sdtPr>
            <w:rPr>
              <w:rFonts w:asciiTheme="majorHAnsi" w:hAnsiTheme="majorHAnsi" w:cstheme="majorHAnsi"/>
            </w:rPr>
            <w:id w:val="-435743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70" w:type="dxa"/>
              </w:tcPr>
              <w:p w14:paraId="2F8C1AF2" w14:textId="2ECFD6CC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C053C" w:rsidRPr="00712F52" w14:paraId="74E325A4" w14:textId="77777777" w:rsidTr="20CBC525">
        <w:tc>
          <w:tcPr>
            <w:tcW w:w="2492" w:type="dxa"/>
          </w:tcPr>
          <w:p w14:paraId="6D7F5371" w14:textId="780DAB57" w:rsidR="005C053C" w:rsidRPr="00712F52" w:rsidRDefault="005C053C" w:rsidP="005C053C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Educació Física</w:t>
            </w:r>
          </w:p>
        </w:tc>
        <w:sdt>
          <w:sdtPr>
            <w:rPr>
              <w:rFonts w:asciiTheme="majorHAnsi" w:hAnsiTheme="majorHAnsi" w:cstheme="majorHAnsi"/>
            </w:rPr>
            <w:id w:val="1570150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70" w:type="dxa"/>
              </w:tcPr>
              <w:p w14:paraId="6A73BB3E" w14:textId="7281EE53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C053C" w:rsidRPr="00712F52" w14:paraId="241393C2" w14:textId="77777777" w:rsidTr="20CBC525">
        <w:tc>
          <w:tcPr>
            <w:tcW w:w="2492" w:type="dxa"/>
          </w:tcPr>
          <w:p w14:paraId="492808E7" w14:textId="7B9BCE47" w:rsidR="005C053C" w:rsidRPr="00712F52" w:rsidRDefault="005C053C" w:rsidP="005C053C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Esplai</w:t>
            </w:r>
          </w:p>
        </w:tc>
        <w:sdt>
          <w:sdtPr>
            <w:rPr>
              <w:rFonts w:asciiTheme="majorHAnsi" w:hAnsiTheme="majorHAnsi" w:cstheme="majorHAnsi"/>
            </w:rPr>
            <w:id w:val="67707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70" w:type="dxa"/>
              </w:tcPr>
              <w:p w14:paraId="6A7BA270" w14:textId="4CAF9EAE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C053C" w:rsidRPr="00712F52" w14:paraId="297066FC" w14:textId="77777777" w:rsidTr="20CBC525">
        <w:tc>
          <w:tcPr>
            <w:tcW w:w="2492" w:type="dxa"/>
          </w:tcPr>
          <w:p w14:paraId="1E1830A0" w14:textId="43D8B061" w:rsidR="005C053C" w:rsidRPr="00712F52" w:rsidRDefault="005C053C" w:rsidP="005C053C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  <w:i/>
                <w:iCs/>
                <w:color w:val="A6A6A6" w:themeColor="background1" w:themeShade="A6"/>
              </w:rPr>
              <w:t>Altres:</w:t>
            </w:r>
          </w:p>
        </w:tc>
        <w:sdt>
          <w:sdtPr>
            <w:rPr>
              <w:rFonts w:asciiTheme="majorHAnsi" w:hAnsiTheme="majorHAnsi" w:cstheme="majorHAnsi"/>
            </w:rPr>
            <w:id w:val="1127287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70" w:type="dxa"/>
              </w:tcPr>
              <w:p w14:paraId="6E7C164C" w14:textId="7BE02672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007BCD08" w14:textId="135C4A06" w:rsidR="00DB472E" w:rsidRPr="00712F52" w:rsidRDefault="00B00B3C">
      <w:pPr>
        <w:pStyle w:val="Ttulo2"/>
        <w:rPr>
          <w:rFonts w:cstheme="majorHAnsi"/>
          <w:sz w:val="22"/>
          <w:szCs w:val="22"/>
        </w:rPr>
      </w:pPr>
      <w:r w:rsidRPr="00712F52">
        <w:rPr>
          <w:rFonts w:cstheme="majorHAnsi"/>
          <w:sz w:val="22"/>
          <w:szCs w:val="22"/>
        </w:rPr>
        <w:t xml:space="preserve">Conducta i aspectes </w:t>
      </w:r>
      <w:r w:rsidR="005C053C" w:rsidRPr="00712F52">
        <w:rPr>
          <w:rFonts w:cstheme="majorHAnsi"/>
          <w:sz w:val="22"/>
          <w:szCs w:val="22"/>
        </w:rPr>
        <w:t>soci emocionals</w:t>
      </w:r>
    </w:p>
    <w:p w14:paraId="28755F29" w14:textId="77777777" w:rsidR="00DB472E" w:rsidRPr="00712F52" w:rsidRDefault="00B00B3C">
      <w:pPr>
        <w:rPr>
          <w:rFonts w:asciiTheme="majorHAnsi" w:hAnsiTheme="majorHAnsi" w:cstheme="majorHAnsi"/>
        </w:rPr>
      </w:pPr>
      <w:r w:rsidRPr="00712F52">
        <w:rPr>
          <w:rFonts w:asciiTheme="majorHAnsi" w:hAnsiTheme="majorHAnsi" w:cstheme="majorHAnsi"/>
        </w:rPr>
        <w:t>Relació amb companys/es:</w:t>
      </w:r>
    </w:p>
    <w:p w14:paraId="39D064AA" w14:textId="77777777" w:rsidR="00DB472E" w:rsidRPr="00712F52" w:rsidRDefault="00B00B3C">
      <w:pPr>
        <w:rPr>
          <w:rFonts w:asciiTheme="majorHAnsi" w:hAnsiTheme="majorHAnsi" w:cstheme="majorHAnsi"/>
        </w:rPr>
      </w:pPr>
      <w:r w:rsidRPr="00712F52">
        <w:rPr>
          <w:rFonts w:asciiTheme="majorHAnsi" w:hAnsiTheme="majorHAnsi" w:cstheme="majorHAnsi"/>
        </w:rPr>
        <w:lastRenderedPageBreak/>
        <w:t>__________________________________________________</w:t>
      </w:r>
    </w:p>
    <w:p w14:paraId="0AB298A7" w14:textId="77777777" w:rsidR="00DB472E" w:rsidRPr="00712F52" w:rsidRDefault="00B00B3C">
      <w:pPr>
        <w:rPr>
          <w:rFonts w:asciiTheme="majorHAnsi" w:hAnsiTheme="majorHAnsi" w:cstheme="majorHAnsi"/>
        </w:rPr>
      </w:pPr>
      <w:r w:rsidRPr="00712F52">
        <w:rPr>
          <w:rFonts w:asciiTheme="majorHAnsi" w:hAnsiTheme="majorHAnsi" w:cstheme="majorHAnsi"/>
        </w:rPr>
        <w:t>Relació amb professorat i adults:</w:t>
      </w:r>
    </w:p>
    <w:p w14:paraId="0096F405" w14:textId="77777777" w:rsidR="00DB472E" w:rsidRPr="00712F52" w:rsidRDefault="00B00B3C">
      <w:pPr>
        <w:rPr>
          <w:rFonts w:asciiTheme="majorHAnsi" w:hAnsiTheme="majorHAnsi" w:cstheme="majorHAnsi"/>
        </w:rPr>
      </w:pPr>
      <w:r w:rsidRPr="00712F52">
        <w:rPr>
          <w:rFonts w:asciiTheme="majorHAnsi" w:hAnsiTheme="majorHAnsi" w:cstheme="majorHAnsi"/>
        </w:rPr>
        <w:t>__________________________________________________</w:t>
      </w:r>
    </w:p>
    <w:p w14:paraId="3A1C23E1" w14:textId="77777777" w:rsidR="00DB472E" w:rsidRPr="00712F52" w:rsidRDefault="00B00B3C">
      <w:pPr>
        <w:rPr>
          <w:rFonts w:asciiTheme="majorHAnsi" w:hAnsiTheme="majorHAnsi" w:cstheme="majorHAnsi"/>
        </w:rPr>
      </w:pPr>
      <w:r w:rsidRPr="00712F52">
        <w:rPr>
          <w:rFonts w:asciiTheme="majorHAnsi" w:hAnsiTheme="majorHAnsi" w:cstheme="majorHAnsi"/>
        </w:rPr>
        <w:t>Gestió emocional i conducta:</w:t>
      </w:r>
    </w:p>
    <w:p w14:paraId="64995431" w14:textId="77777777" w:rsidR="00DB472E" w:rsidRPr="00712F52" w:rsidRDefault="00B00B3C">
      <w:pPr>
        <w:rPr>
          <w:rFonts w:asciiTheme="majorHAnsi" w:hAnsiTheme="majorHAnsi" w:cstheme="majorHAnsi"/>
        </w:rPr>
      </w:pPr>
      <w:r w:rsidRPr="00712F52">
        <w:rPr>
          <w:rFonts w:asciiTheme="majorHAnsi" w:hAnsiTheme="majorHAnsi" w:cstheme="majorHAnsi"/>
        </w:rPr>
        <w:t>__________________________________________________</w:t>
      </w:r>
    </w:p>
    <w:p w14:paraId="693FBEDB" w14:textId="49FD4FE0" w:rsidR="00DB472E" w:rsidRPr="00712F52" w:rsidRDefault="7FB813BE">
      <w:pPr>
        <w:pStyle w:val="Ttulo2"/>
        <w:rPr>
          <w:rFonts w:cstheme="majorHAnsi"/>
          <w:sz w:val="22"/>
          <w:szCs w:val="22"/>
        </w:rPr>
      </w:pPr>
      <w:r w:rsidRPr="00712F52">
        <w:rPr>
          <w:rFonts w:cstheme="majorHAnsi"/>
          <w:sz w:val="22"/>
          <w:szCs w:val="22"/>
        </w:rPr>
        <w:t>A</w:t>
      </w:r>
      <w:r w:rsidR="5155AFCC" w:rsidRPr="00712F52">
        <w:rPr>
          <w:rFonts w:cstheme="majorHAnsi"/>
          <w:sz w:val="22"/>
          <w:szCs w:val="22"/>
        </w:rPr>
        <w:t>bsentisme</w:t>
      </w:r>
      <w:r w:rsidR="634E334A" w:rsidRPr="00712F52">
        <w:rPr>
          <w:rFonts w:cstheme="majorHAnsi"/>
          <w:sz w:val="22"/>
          <w:szCs w:val="22"/>
        </w:rPr>
        <w:t xml:space="preserve"> de l’alumne al centre</w:t>
      </w:r>
    </w:p>
    <w:p w14:paraId="4D89B658" w14:textId="5E0B38F3" w:rsidR="00DB472E" w:rsidRPr="00712F52" w:rsidRDefault="0033297C">
      <w:pPr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-1794203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90C391A" w:rsidRPr="00712F52">
            <w:rPr>
              <w:rFonts w:ascii="Segoe UI Symbol" w:eastAsia="MS Gothic" w:hAnsi="Segoe UI Symbol" w:cs="Segoe UI Symbol"/>
            </w:rPr>
            <w:t>☐</w:t>
          </w:r>
        </w:sdtContent>
      </w:sdt>
      <w:r w:rsidR="7FB813BE" w:rsidRPr="00712F52">
        <w:rPr>
          <w:rFonts w:asciiTheme="majorHAnsi" w:hAnsiTheme="majorHAnsi" w:cstheme="majorHAnsi"/>
        </w:rPr>
        <w:t xml:space="preserve"> </w:t>
      </w:r>
      <w:r w:rsidR="1C3A4CEB" w:rsidRPr="00712F52">
        <w:rPr>
          <w:rFonts w:asciiTheme="majorHAnsi" w:hAnsiTheme="majorHAnsi" w:cstheme="majorHAnsi"/>
        </w:rPr>
        <w:t xml:space="preserve">Presenta   </w:t>
      </w:r>
      <w:r w:rsidR="7FB813BE" w:rsidRPr="00712F52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-852036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51D08D0C" w:rsidRPr="00712F52">
            <w:rPr>
              <w:rFonts w:ascii="Segoe UI Symbol" w:eastAsia="MS Gothic" w:hAnsi="Segoe UI Symbol" w:cs="Segoe UI Symbol"/>
            </w:rPr>
            <w:t>☐</w:t>
          </w:r>
        </w:sdtContent>
      </w:sdt>
      <w:r w:rsidR="7FB813BE" w:rsidRPr="00712F52">
        <w:rPr>
          <w:rFonts w:asciiTheme="majorHAnsi" w:hAnsiTheme="majorHAnsi" w:cstheme="majorHAnsi"/>
        </w:rPr>
        <w:t xml:space="preserve"> </w:t>
      </w:r>
      <w:r w:rsidR="175095DF" w:rsidRPr="00712F52">
        <w:rPr>
          <w:rFonts w:asciiTheme="majorHAnsi" w:hAnsiTheme="majorHAnsi" w:cstheme="majorHAnsi"/>
        </w:rPr>
        <w:t>No Presenta</w:t>
      </w:r>
    </w:p>
    <w:p w14:paraId="37251F31" w14:textId="5C477DDB" w:rsidR="00DB472E" w:rsidRPr="00712F52" w:rsidRDefault="00FF5D16">
      <w:pPr>
        <w:pStyle w:val="Ttulo1"/>
        <w:rPr>
          <w:rFonts w:cstheme="majorHAnsi"/>
          <w:sz w:val="24"/>
          <w:szCs w:val="24"/>
        </w:rPr>
      </w:pPr>
      <w:r w:rsidRPr="00712F52">
        <w:rPr>
          <w:rFonts w:cstheme="majorHAnsi"/>
          <w:sz w:val="24"/>
          <w:szCs w:val="24"/>
        </w:rPr>
        <w:t>4</w:t>
      </w:r>
      <w:r w:rsidR="00B00B3C" w:rsidRPr="00712F52">
        <w:rPr>
          <w:rFonts w:cstheme="majorHAnsi"/>
          <w:sz w:val="24"/>
          <w:szCs w:val="24"/>
        </w:rPr>
        <w:t>. MESURES I SUPORTS EDUCATIUS</w:t>
      </w:r>
      <w:r w:rsidR="005C053C" w:rsidRPr="00712F52">
        <w:rPr>
          <w:rFonts w:cstheme="majorHAnsi"/>
          <w:sz w:val="24"/>
          <w:szCs w:val="24"/>
        </w:rPr>
        <w:t xml:space="preserve"> CONCRETS PER TDAH</w:t>
      </w:r>
      <w:r w:rsidR="00DA0D45" w:rsidRPr="00712F52">
        <w:rPr>
          <w:rFonts w:cstheme="majorHAnsi"/>
          <w:sz w:val="24"/>
          <w:szCs w:val="24"/>
        </w:rPr>
        <w:t xml:space="preserve"> </w:t>
      </w:r>
    </w:p>
    <w:p w14:paraId="262A70BF" w14:textId="77777777" w:rsidR="00DB472E" w:rsidRPr="00712F52" w:rsidRDefault="00B00B3C">
      <w:pPr>
        <w:rPr>
          <w:rFonts w:asciiTheme="majorHAnsi" w:hAnsiTheme="majorHAnsi" w:cstheme="majorHAnsi"/>
        </w:rPr>
      </w:pPr>
      <w:r w:rsidRPr="00712F52">
        <w:rPr>
          <w:rFonts w:asciiTheme="majorHAnsi" w:hAnsiTheme="majorHAnsi" w:cstheme="majorHAnsi"/>
        </w:rPr>
        <w:t>Suports i adaptacions aplicats:</w:t>
      </w:r>
    </w:p>
    <w:p w14:paraId="45340FFA" w14:textId="77777777" w:rsidR="00DB472E" w:rsidRPr="00712F52" w:rsidRDefault="00B00B3C">
      <w:pPr>
        <w:rPr>
          <w:rFonts w:asciiTheme="majorHAnsi" w:hAnsiTheme="majorHAnsi" w:cstheme="majorHAnsi"/>
        </w:rPr>
      </w:pPr>
      <w:r w:rsidRPr="00712F52">
        <w:rPr>
          <w:rFonts w:asciiTheme="majorHAnsi" w:hAnsiTheme="majorHAnsi" w:cstheme="majorHAnsi"/>
        </w:rPr>
        <w:t>__________________________________________________</w:t>
      </w:r>
    </w:p>
    <w:p w14:paraId="7955B352" w14:textId="77777777" w:rsidR="00DB472E" w:rsidRPr="00712F52" w:rsidRDefault="00B00B3C">
      <w:pPr>
        <w:rPr>
          <w:rFonts w:asciiTheme="majorHAnsi" w:hAnsiTheme="majorHAnsi" w:cstheme="majorHAnsi"/>
        </w:rPr>
      </w:pPr>
      <w:r w:rsidRPr="00712F52">
        <w:rPr>
          <w:rFonts w:asciiTheme="majorHAnsi" w:hAnsiTheme="majorHAnsi" w:cstheme="majorHAnsi"/>
        </w:rPr>
        <w:t>Estratègies eficaces:</w:t>
      </w:r>
    </w:p>
    <w:p w14:paraId="67CD5842" w14:textId="77777777" w:rsidR="00DB472E" w:rsidRPr="00712F52" w:rsidRDefault="00B00B3C">
      <w:pPr>
        <w:rPr>
          <w:rFonts w:asciiTheme="majorHAnsi" w:hAnsiTheme="majorHAnsi" w:cstheme="majorHAnsi"/>
        </w:rPr>
      </w:pPr>
      <w:r w:rsidRPr="00712F52">
        <w:rPr>
          <w:rFonts w:asciiTheme="majorHAnsi" w:hAnsiTheme="majorHAnsi" w:cstheme="majorHAnsi"/>
        </w:rPr>
        <w:t>__________________________________________________</w:t>
      </w:r>
    </w:p>
    <w:p w14:paraId="4BBFC566" w14:textId="77777777" w:rsidR="00DB472E" w:rsidRPr="00712F52" w:rsidRDefault="00B00B3C">
      <w:pPr>
        <w:rPr>
          <w:rFonts w:asciiTheme="majorHAnsi" w:hAnsiTheme="majorHAnsi" w:cstheme="majorHAnsi"/>
        </w:rPr>
      </w:pPr>
      <w:r w:rsidRPr="00712F52">
        <w:rPr>
          <w:rFonts w:asciiTheme="majorHAnsi" w:hAnsiTheme="majorHAnsi" w:cstheme="majorHAnsi"/>
        </w:rPr>
        <w:t>Evolució observada:</w:t>
      </w:r>
    </w:p>
    <w:p w14:paraId="1704C9B3" w14:textId="77777777" w:rsidR="00DB472E" w:rsidRPr="00712F52" w:rsidRDefault="00B00B3C">
      <w:pPr>
        <w:rPr>
          <w:rFonts w:asciiTheme="majorHAnsi" w:hAnsiTheme="majorHAnsi" w:cstheme="majorHAnsi"/>
        </w:rPr>
      </w:pPr>
      <w:r w:rsidRPr="00712F52">
        <w:rPr>
          <w:rFonts w:asciiTheme="majorHAnsi" w:hAnsiTheme="majorHAnsi" w:cstheme="majorHAnsi"/>
        </w:rPr>
        <w:t>__________________________________________________</w:t>
      </w:r>
    </w:p>
    <w:p w14:paraId="1B5ECF9C" w14:textId="77777777" w:rsidR="00B6368A" w:rsidRPr="00712F52" w:rsidRDefault="00B6368A" w:rsidP="00B6368A">
      <w:pPr>
        <w:pStyle w:val="Ttulo1"/>
        <w:rPr>
          <w:rFonts w:cstheme="majorHAnsi"/>
          <w:sz w:val="24"/>
          <w:szCs w:val="24"/>
        </w:rPr>
      </w:pPr>
      <w:r w:rsidRPr="00712F52">
        <w:rPr>
          <w:rFonts w:cstheme="majorHAnsi"/>
          <w:sz w:val="24"/>
          <w:szCs w:val="24"/>
        </w:rPr>
        <w:t>5. EVOLUCIÓ RESPECTE INFORME ANTERIOR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80"/>
        <w:gridCol w:w="2180"/>
        <w:gridCol w:w="2135"/>
        <w:gridCol w:w="2233"/>
      </w:tblGrid>
      <w:tr w:rsidR="00B6368A" w:rsidRPr="00712F52" w14:paraId="0EFD92CD" w14:textId="77777777" w:rsidTr="005C053C">
        <w:tc>
          <w:tcPr>
            <w:tcW w:w="2504" w:type="dxa"/>
          </w:tcPr>
          <w:p w14:paraId="1F4F511E" w14:textId="77777777" w:rsidR="00B6368A" w:rsidRPr="00712F52" w:rsidRDefault="00B6368A" w:rsidP="008C4418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Aspecte</w:t>
            </w:r>
          </w:p>
        </w:tc>
        <w:tc>
          <w:tcPr>
            <w:tcW w:w="2485" w:type="dxa"/>
          </w:tcPr>
          <w:p w14:paraId="40E79D47" w14:textId="77777777" w:rsidR="00B6368A" w:rsidRPr="00712F52" w:rsidRDefault="00B6368A" w:rsidP="008C4418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Millora</w:t>
            </w:r>
          </w:p>
        </w:tc>
        <w:tc>
          <w:tcPr>
            <w:tcW w:w="2477" w:type="dxa"/>
          </w:tcPr>
          <w:p w14:paraId="10897B2C" w14:textId="77777777" w:rsidR="00B6368A" w:rsidRPr="00712F52" w:rsidRDefault="00B6368A" w:rsidP="008C4418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Igual</w:t>
            </w:r>
          </w:p>
        </w:tc>
        <w:tc>
          <w:tcPr>
            <w:tcW w:w="2496" w:type="dxa"/>
          </w:tcPr>
          <w:p w14:paraId="0546FA50" w14:textId="77777777" w:rsidR="00B6368A" w:rsidRPr="00712F52" w:rsidRDefault="00B6368A" w:rsidP="008C4418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Empitjora</w:t>
            </w:r>
          </w:p>
        </w:tc>
      </w:tr>
      <w:tr w:rsidR="005C053C" w:rsidRPr="00712F52" w14:paraId="0C65DD77" w14:textId="77777777" w:rsidTr="005C053C">
        <w:tc>
          <w:tcPr>
            <w:tcW w:w="2504" w:type="dxa"/>
          </w:tcPr>
          <w:p w14:paraId="30F57DBE" w14:textId="77777777" w:rsidR="005C053C" w:rsidRPr="00712F52" w:rsidRDefault="005C053C" w:rsidP="005C053C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Atenció</w:t>
            </w:r>
          </w:p>
        </w:tc>
        <w:sdt>
          <w:sdtPr>
            <w:rPr>
              <w:rFonts w:asciiTheme="majorHAnsi" w:hAnsiTheme="majorHAnsi" w:cstheme="majorHAnsi"/>
            </w:rPr>
            <w:id w:val="610244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85" w:type="dxa"/>
              </w:tcPr>
              <w:p w14:paraId="54E5AF80" w14:textId="68D9CBE7" w:rsidR="005C053C" w:rsidRPr="00712F52" w:rsidRDefault="00BD67FD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623422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77" w:type="dxa"/>
              </w:tcPr>
              <w:p w14:paraId="0A8A944D" w14:textId="45BCD750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350486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96" w:type="dxa"/>
              </w:tcPr>
              <w:p w14:paraId="0167F670" w14:textId="437592D6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C053C" w:rsidRPr="00712F52" w14:paraId="796291D7" w14:textId="77777777" w:rsidTr="005C053C">
        <w:tc>
          <w:tcPr>
            <w:tcW w:w="2504" w:type="dxa"/>
          </w:tcPr>
          <w:p w14:paraId="3AEDC93E" w14:textId="77777777" w:rsidR="005C053C" w:rsidRPr="00712F52" w:rsidRDefault="005C053C" w:rsidP="005C053C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Conducta</w:t>
            </w:r>
          </w:p>
        </w:tc>
        <w:sdt>
          <w:sdtPr>
            <w:rPr>
              <w:rFonts w:asciiTheme="majorHAnsi" w:hAnsiTheme="majorHAnsi" w:cstheme="majorHAnsi"/>
            </w:rPr>
            <w:id w:val="-100037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85" w:type="dxa"/>
              </w:tcPr>
              <w:p w14:paraId="4F4E188A" w14:textId="2CA497C4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595526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77" w:type="dxa"/>
              </w:tcPr>
              <w:p w14:paraId="02105388" w14:textId="0DC50040" w:rsidR="005C053C" w:rsidRPr="00712F52" w:rsidRDefault="00BD67FD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95862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96" w:type="dxa"/>
              </w:tcPr>
              <w:p w14:paraId="47614360" w14:textId="3264943E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C053C" w:rsidRPr="00712F52" w14:paraId="606696DC" w14:textId="77777777" w:rsidTr="005C053C">
        <w:tc>
          <w:tcPr>
            <w:tcW w:w="2504" w:type="dxa"/>
          </w:tcPr>
          <w:p w14:paraId="5581DF63" w14:textId="77777777" w:rsidR="005C053C" w:rsidRPr="00712F52" w:rsidRDefault="005C053C" w:rsidP="005C053C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Rendiment</w:t>
            </w:r>
          </w:p>
        </w:tc>
        <w:sdt>
          <w:sdtPr>
            <w:rPr>
              <w:rFonts w:asciiTheme="majorHAnsi" w:hAnsiTheme="majorHAnsi" w:cstheme="majorHAnsi"/>
            </w:rPr>
            <w:id w:val="-276484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85" w:type="dxa"/>
              </w:tcPr>
              <w:p w14:paraId="7263C396" w14:textId="76A94CC3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213860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77" w:type="dxa"/>
              </w:tcPr>
              <w:p w14:paraId="78533D89" w14:textId="15F2E610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439068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96" w:type="dxa"/>
              </w:tcPr>
              <w:p w14:paraId="2C6CAE47" w14:textId="194CA912" w:rsidR="005C053C" w:rsidRPr="00712F52" w:rsidRDefault="00BD67FD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5C053C" w:rsidRPr="00712F52" w14:paraId="2912DDE9" w14:textId="77777777" w:rsidTr="005C053C">
        <w:tc>
          <w:tcPr>
            <w:tcW w:w="2504" w:type="dxa"/>
          </w:tcPr>
          <w:p w14:paraId="5AB6512F" w14:textId="77777777" w:rsidR="005C053C" w:rsidRPr="00712F52" w:rsidRDefault="005C053C" w:rsidP="005C053C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Socialització</w:t>
            </w:r>
          </w:p>
        </w:tc>
        <w:sdt>
          <w:sdtPr>
            <w:rPr>
              <w:rFonts w:asciiTheme="majorHAnsi" w:hAnsiTheme="majorHAnsi" w:cstheme="majorHAnsi"/>
            </w:rPr>
            <w:id w:val="565305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85" w:type="dxa"/>
              </w:tcPr>
              <w:p w14:paraId="1F555B0F" w14:textId="71E38806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504554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77" w:type="dxa"/>
              </w:tcPr>
              <w:p w14:paraId="2892FFE7" w14:textId="3D08AB60" w:rsidR="005C053C" w:rsidRPr="00712F52" w:rsidRDefault="00BD67FD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1795356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96" w:type="dxa"/>
              </w:tcPr>
              <w:p w14:paraId="2A701643" w14:textId="63175BF5" w:rsidR="005C053C" w:rsidRPr="00712F52" w:rsidRDefault="005C053C" w:rsidP="005C053C">
                <w:pPr>
                  <w:rPr>
                    <w:rFonts w:asciiTheme="majorHAnsi" w:hAnsiTheme="majorHAnsi" w:cstheme="majorHAnsi"/>
                  </w:rPr>
                </w:pPr>
                <w:r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2DBAA43B" w14:textId="40DA36E4" w:rsidR="00DB472E" w:rsidRPr="00712F52" w:rsidRDefault="00B6368A">
      <w:pPr>
        <w:pStyle w:val="Ttulo1"/>
        <w:rPr>
          <w:rFonts w:cstheme="majorHAnsi"/>
          <w:sz w:val="24"/>
          <w:szCs w:val="24"/>
        </w:rPr>
      </w:pPr>
      <w:r w:rsidRPr="00712F52">
        <w:rPr>
          <w:rFonts w:cstheme="majorHAnsi"/>
          <w:sz w:val="24"/>
          <w:szCs w:val="24"/>
        </w:rPr>
        <w:t>6</w:t>
      </w:r>
      <w:r w:rsidR="00B00B3C" w:rsidRPr="00712F52">
        <w:rPr>
          <w:rFonts w:cstheme="majorHAnsi"/>
          <w:sz w:val="24"/>
          <w:szCs w:val="24"/>
        </w:rPr>
        <w:t>. CONCLUSIONS I RECOMANACIONS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39"/>
        <w:gridCol w:w="2205"/>
        <w:gridCol w:w="2273"/>
        <w:gridCol w:w="2111"/>
      </w:tblGrid>
      <w:tr w:rsidR="00FF2DCC" w:rsidRPr="00712F52" w14:paraId="519661F8" w14:textId="77777777" w:rsidTr="00FF2DCC">
        <w:tc>
          <w:tcPr>
            <w:tcW w:w="2494" w:type="dxa"/>
          </w:tcPr>
          <w:p w14:paraId="31005A64" w14:textId="5AB56B6B" w:rsidR="00FF2DCC" w:rsidRPr="00712F52" w:rsidRDefault="00FF2DCC" w:rsidP="008C4418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Evolució</w:t>
            </w:r>
          </w:p>
        </w:tc>
        <w:tc>
          <w:tcPr>
            <w:tcW w:w="2463" w:type="dxa"/>
          </w:tcPr>
          <w:p w14:paraId="75986CAA" w14:textId="3AAA7C87" w:rsidR="00FF2DCC" w:rsidRPr="00712F52" w:rsidRDefault="0033297C" w:rsidP="008C441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707321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053C"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F2DCC" w:rsidRPr="00712F52">
              <w:rPr>
                <w:rFonts w:asciiTheme="majorHAnsi" w:hAnsiTheme="majorHAnsi" w:cstheme="majorHAnsi"/>
              </w:rPr>
              <w:t xml:space="preserve"> Favorable   </w:t>
            </w:r>
          </w:p>
        </w:tc>
        <w:tc>
          <w:tcPr>
            <w:tcW w:w="5005" w:type="dxa"/>
            <w:gridSpan w:val="2"/>
          </w:tcPr>
          <w:p w14:paraId="1F4267D7" w14:textId="5965771D" w:rsidR="00FF2DCC" w:rsidRPr="00712F52" w:rsidRDefault="0033297C" w:rsidP="008C441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2008095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053C"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F2DCC" w:rsidRPr="00712F52">
              <w:rPr>
                <w:rFonts w:asciiTheme="majorHAnsi" w:hAnsiTheme="majorHAnsi" w:cstheme="majorHAnsi"/>
              </w:rPr>
              <w:t xml:space="preserve"> Desfavorable</w:t>
            </w:r>
          </w:p>
        </w:tc>
      </w:tr>
      <w:tr w:rsidR="00BB1B9C" w:rsidRPr="00712F52" w14:paraId="781D42B9" w14:textId="77777777" w:rsidTr="00FF2DCC">
        <w:tc>
          <w:tcPr>
            <w:tcW w:w="2494" w:type="dxa"/>
          </w:tcPr>
          <w:p w14:paraId="11395025" w14:textId="194E5037" w:rsidR="00BB1B9C" w:rsidRPr="00712F52" w:rsidRDefault="00BB1B9C" w:rsidP="008C4418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Necessitat de suport</w:t>
            </w:r>
          </w:p>
        </w:tc>
        <w:tc>
          <w:tcPr>
            <w:tcW w:w="2463" w:type="dxa"/>
          </w:tcPr>
          <w:p w14:paraId="5EC4683E" w14:textId="729BF2FB" w:rsidR="00BB1B9C" w:rsidRPr="00712F52" w:rsidRDefault="0033297C" w:rsidP="008C441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961847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053C"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B1B9C" w:rsidRPr="00712F52">
              <w:rPr>
                <w:rFonts w:asciiTheme="majorHAnsi" w:hAnsiTheme="majorHAnsi" w:cstheme="majorHAnsi"/>
              </w:rPr>
              <w:t xml:space="preserve"> Baixa</w:t>
            </w:r>
          </w:p>
        </w:tc>
        <w:tc>
          <w:tcPr>
            <w:tcW w:w="2535" w:type="dxa"/>
          </w:tcPr>
          <w:p w14:paraId="2FDFF355" w14:textId="3572F3A0" w:rsidR="00BB1B9C" w:rsidRPr="00712F52" w:rsidRDefault="0033297C" w:rsidP="008C441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636063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053C"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B1B9C" w:rsidRPr="00712F52">
              <w:rPr>
                <w:rFonts w:asciiTheme="majorHAnsi" w:hAnsiTheme="majorHAnsi" w:cstheme="majorHAnsi"/>
              </w:rPr>
              <w:t xml:space="preserve">  Moderada</w:t>
            </w:r>
          </w:p>
        </w:tc>
        <w:tc>
          <w:tcPr>
            <w:tcW w:w="2470" w:type="dxa"/>
          </w:tcPr>
          <w:p w14:paraId="3D86D16E" w14:textId="61C71EC9" w:rsidR="00BB1B9C" w:rsidRPr="00712F52" w:rsidRDefault="0033297C" w:rsidP="008C4418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751732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053C" w:rsidRPr="00712F5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B1B9C" w:rsidRPr="00712F52">
              <w:rPr>
                <w:rFonts w:asciiTheme="majorHAnsi" w:hAnsiTheme="majorHAnsi" w:cstheme="majorHAnsi"/>
              </w:rPr>
              <w:t xml:space="preserve"> Alta</w:t>
            </w:r>
          </w:p>
        </w:tc>
      </w:tr>
    </w:tbl>
    <w:p w14:paraId="374DD214" w14:textId="43DA593E" w:rsidR="00DB472E" w:rsidRPr="00712F52" w:rsidRDefault="00B6368A">
      <w:pPr>
        <w:pStyle w:val="Ttulo1"/>
        <w:rPr>
          <w:rFonts w:cstheme="majorHAnsi"/>
          <w:sz w:val="22"/>
          <w:szCs w:val="22"/>
        </w:rPr>
      </w:pPr>
      <w:r w:rsidRPr="00712F52">
        <w:rPr>
          <w:rFonts w:cstheme="majorHAnsi"/>
          <w:sz w:val="22"/>
          <w:szCs w:val="22"/>
        </w:rPr>
        <w:t>7</w:t>
      </w:r>
      <w:r w:rsidR="00B00B3C" w:rsidRPr="00712F52">
        <w:rPr>
          <w:rFonts w:cstheme="majorHAnsi"/>
          <w:sz w:val="22"/>
          <w:szCs w:val="22"/>
        </w:rPr>
        <w:t>. SIGNATURES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88"/>
        <w:gridCol w:w="3788"/>
      </w:tblGrid>
      <w:tr w:rsidR="0099770E" w:rsidRPr="00712F52" w14:paraId="06488073" w14:textId="77777777" w:rsidTr="005521EB">
        <w:trPr>
          <w:trHeight w:val="761"/>
        </w:trPr>
        <w:tc>
          <w:tcPr>
            <w:tcW w:w="3788" w:type="dxa"/>
          </w:tcPr>
          <w:p w14:paraId="3F81201C" w14:textId="77777777" w:rsidR="0099770E" w:rsidRPr="00712F52" w:rsidRDefault="0099770E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Tutor/a</w:t>
            </w:r>
          </w:p>
        </w:tc>
        <w:tc>
          <w:tcPr>
            <w:tcW w:w="3788" w:type="dxa"/>
          </w:tcPr>
          <w:p w14:paraId="57B999A7" w14:textId="77777777" w:rsidR="0099770E" w:rsidRPr="00712F52" w:rsidRDefault="0099770E">
            <w:pPr>
              <w:rPr>
                <w:rFonts w:asciiTheme="majorHAnsi" w:hAnsiTheme="majorHAnsi" w:cstheme="majorHAnsi"/>
              </w:rPr>
            </w:pPr>
            <w:r w:rsidRPr="00712F52">
              <w:rPr>
                <w:rFonts w:asciiTheme="majorHAnsi" w:hAnsiTheme="majorHAnsi" w:cstheme="majorHAnsi"/>
              </w:rPr>
              <w:t>Orientador/a</w:t>
            </w:r>
          </w:p>
        </w:tc>
      </w:tr>
    </w:tbl>
    <w:p w14:paraId="51BE5FB4" w14:textId="77777777" w:rsidR="00B00B3C" w:rsidRPr="00712F52" w:rsidRDefault="00B00B3C">
      <w:pPr>
        <w:rPr>
          <w:rFonts w:asciiTheme="majorHAnsi" w:hAnsiTheme="majorHAnsi" w:cstheme="majorHAnsi"/>
        </w:rPr>
      </w:pPr>
    </w:p>
    <w:sectPr w:rsidR="00B00B3C" w:rsidRPr="00712F52" w:rsidSect="00712F52">
      <w:headerReference w:type="default" r:id="rId11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4FE4D" w14:textId="77777777" w:rsidR="0033297C" w:rsidRDefault="0033297C" w:rsidP="002C3561">
      <w:pPr>
        <w:spacing w:after="0" w:line="240" w:lineRule="auto"/>
      </w:pPr>
      <w:r>
        <w:separator/>
      </w:r>
    </w:p>
  </w:endnote>
  <w:endnote w:type="continuationSeparator" w:id="0">
    <w:p w14:paraId="4CA34527" w14:textId="77777777" w:rsidR="0033297C" w:rsidRDefault="0033297C" w:rsidP="002C3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4497F" w14:textId="77777777" w:rsidR="0033297C" w:rsidRDefault="0033297C" w:rsidP="002C3561">
      <w:pPr>
        <w:spacing w:after="0" w:line="240" w:lineRule="auto"/>
      </w:pPr>
      <w:r>
        <w:separator/>
      </w:r>
    </w:p>
  </w:footnote>
  <w:footnote w:type="continuationSeparator" w:id="0">
    <w:p w14:paraId="054F8C69" w14:textId="77777777" w:rsidR="0033297C" w:rsidRDefault="0033297C" w:rsidP="002C35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88D00" w14:textId="59781A5A" w:rsidR="002C3561" w:rsidRDefault="002C3561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F97DEB6" wp14:editId="2A3BEA28">
          <wp:simplePos x="0" y="0"/>
          <wp:positionH relativeFrom="margin">
            <wp:posOffset>-190500</wp:posOffset>
          </wp:positionH>
          <wp:positionV relativeFrom="topMargin">
            <wp:align>bottom</wp:align>
          </wp:positionV>
          <wp:extent cx="2143125" cy="775335"/>
          <wp:effectExtent l="0" t="0" r="9525" b="0"/>
          <wp:wrapNone/>
          <wp:docPr id="1" name="Imatge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43125" cy="77533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8424882">
    <w:abstractNumId w:val="8"/>
  </w:num>
  <w:num w:numId="2" w16cid:durableId="1239054890">
    <w:abstractNumId w:val="6"/>
  </w:num>
  <w:num w:numId="3" w16cid:durableId="213469814">
    <w:abstractNumId w:val="5"/>
  </w:num>
  <w:num w:numId="4" w16cid:durableId="301740641">
    <w:abstractNumId w:val="4"/>
  </w:num>
  <w:num w:numId="5" w16cid:durableId="1526017470">
    <w:abstractNumId w:val="7"/>
  </w:num>
  <w:num w:numId="6" w16cid:durableId="1271014561">
    <w:abstractNumId w:val="3"/>
  </w:num>
  <w:num w:numId="7" w16cid:durableId="329410888">
    <w:abstractNumId w:val="2"/>
  </w:num>
  <w:num w:numId="8" w16cid:durableId="1228565423">
    <w:abstractNumId w:val="1"/>
  </w:num>
  <w:num w:numId="9" w16cid:durableId="1092510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493"/>
    <w:rsid w:val="0006063C"/>
    <w:rsid w:val="0015074B"/>
    <w:rsid w:val="0029639D"/>
    <w:rsid w:val="002C3561"/>
    <w:rsid w:val="00326F90"/>
    <w:rsid w:val="0033297C"/>
    <w:rsid w:val="00441D74"/>
    <w:rsid w:val="004F1C6F"/>
    <w:rsid w:val="005C053C"/>
    <w:rsid w:val="0064588D"/>
    <w:rsid w:val="006C08D0"/>
    <w:rsid w:val="007042B1"/>
    <w:rsid w:val="00712F52"/>
    <w:rsid w:val="007A7D1D"/>
    <w:rsid w:val="0099374E"/>
    <w:rsid w:val="0099770E"/>
    <w:rsid w:val="00A83814"/>
    <w:rsid w:val="00AA1D8D"/>
    <w:rsid w:val="00B00B3C"/>
    <w:rsid w:val="00B47730"/>
    <w:rsid w:val="00B6368A"/>
    <w:rsid w:val="00BB1B9C"/>
    <w:rsid w:val="00BD67FD"/>
    <w:rsid w:val="00C26024"/>
    <w:rsid w:val="00CB0664"/>
    <w:rsid w:val="00D2307C"/>
    <w:rsid w:val="00DA0D45"/>
    <w:rsid w:val="00DB472E"/>
    <w:rsid w:val="00DE525B"/>
    <w:rsid w:val="00E03A94"/>
    <w:rsid w:val="00EF79C6"/>
    <w:rsid w:val="00F00E73"/>
    <w:rsid w:val="00FC693F"/>
    <w:rsid w:val="00FF2DCC"/>
    <w:rsid w:val="00FF5D16"/>
    <w:rsid w:val="0DB08F2D"/>
    <w:rsid w:val="145967F4"/>
    <w:rsid w:val="175095DF"/>
    <w:rsid w:val="1C3A4CEB"/>
    <w:rsid w:val="20CBC525"/>
    <w:rsid w:val="25884664"/>
    <w:rsid w:val="2F7C6532"/>
    <w:rsid w:val="4126F45C"/>
    <w:rsid w:val="5155AFCC"/>
    <w:rsid w:val="51D08D0C"/>
    <w:rsid w:val="58A56C37"/>
    <w:rsid w:val="634E334A"/>
    <w:rsid w:val="6580CA2C"/>
    <w:rsid w:val="699F31E9"/>
    <w:rsid w:val="790C391A"/>
    <w:rsid w:val="7A257595"/>
    <w:rsid w:val="7FB8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EF69D2"/>
  <w14:defaultImageDpi w14:val="300"/>
  <w15:docId w15:val="{99FAD5A8-74FA-4973-9C89-8649D98BF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8940C0FFC7504D823F0E2F489005E1" ma:contentTypeVersion="4" ma:contentTypeDescription="Create a new document." ma:contentTypeScope="" ma:versionID="0ab3eb364547e7bc584a9ff1cf48598a">
  <xsd:schema xmlns:xsd="http://www.w3.org/2001/XMLSchema" xmlns:xs="http://www.w3.org/2001/XMLSchema" xmlns:p="http://schemas.microsoft.com/office/2006/metadata/properties" xmlns:ns2="4d72f93e-f3d9-455a-9e26-8cb1568c5a59" targetNamespace="http://schemas.microsoft.com/office/2006/metadata/properties" ma:root="true" ma:fieldsID="b8fbeb4dc88b03a58f42881cd4e54b58" ns2:_="">
    <xsd:import namespace="4d72f93e-f3d9-455a-9e26-8cb1568c5a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omentario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2f93e-f3d9-455a-9e26-8cb1568c5a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entarios" ma:index="11" nillable="true" ma:displayName="Comentarios" ma:format="Dropdown" ma:internalName="Comentario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entarios xmlns="4d72f93e-f3d9-455a-9e26-8cb1568c5a59" xsi:nil="true"/>
  </documentManagement>
</p:properties>
</file>

<file path=customXml/itemProps1.xml><?xml version="1.0" encoding="utf-8"?>
<ds:datastoreItem xmlns:ds="http://schemas.openxmlformats.org/officeDocument/2006/customXml" ds:itemID="{0F3C277B-12CE-4A6D-80AA-4DF95E8324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AD10E5-26CF-4BB5-83B9-9AD3F0655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72f93e-f3d9-455a-9e26-8cb1568c5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B73CE4-6CDC-4879-91E4-3AC46CC4B25B}">
  <ds:schemaRefs>
    <ds:schemaRef ds:uri="http://schemas.microsoft.com/office/2006/metadata/properties"/>
    <ds:schemaRef ds:uri="http://schemas.microsoft.com/office/infopath/2007/PartnerControls"/>
    <ds:schemaRef ds:uri="4d72f93e-f3d9-455a-9e26-8cb1568c5a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275</Words>
  <Characters>1515</Characters>
  <Application>Microsoft Office Word</Application>
  <DocSecurity>0</DocSecurity>
  <Lines>12</Lines>
  <Paragraphs>3</Paragraphs>
  <ScaleCrop>false</ScaleCrop>
  <Manager/>
  <Company/>
  <LinksUpToDate>false</LinksUpToDate>
  <CharactersWithSpaces>1787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Eduardo Vicent Primo</dc:creator>
  <cp:keywords/>
  <dc:description>generated by python-docx</dc:description>
  <cp:lastModifiedBy>Equip Alteració Comportament</cp:lastModifiedBy>
  <cp:revision>8</cp:revision>
  <dcterms:created xsi:type="dcterms:W3CDTF">2026-07-22T09:16:00Z</dcterms:created>
  <dcterms:modified xsi:type="dcterms:W3CDTF">2026-10-08T09:45:00Z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0x010100EB8940C0FFC7504D823F0E2F489005E1</vt:lpwstr>
  </property>
</Properties>
</file>